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- 31/07/2020 - ISSUE"</w:t>
      </w:r>
      <w:r>
        <w:br/>
      </w:r>
      <w:r>
        <w:rPr>
          <w:b w:val="0"/>
          <w:i w:val="0"/>
        </w:rPr>
        <w:br/>
        <w:t>date_original: "31/07/2020 - ISSUE"</w:t>
      </w:r>
      <w:r>
        <w:br/>
      </w:r>
      <w:r>
        <w:rPr>
          <w:b w:val="0"/>
          <w:i w:val="0"/>
        </w:rPr>
        <w:br/>
        <w:t>source_url: "https://www.ourdogs.co.uk/members/breednotes/RetrieverLabradorMain.php"</w:t>
      </w:r>
      <w:r>
        <w:br/>
      </w:r>
      <w:r>
        <w:rPr>
          <w:b w:val="0"/>
          <w:i w:val="0"/>
        </w:rPr>
        <w:br/>
        <w:t>scraped_at: "2026-09-13T15:17:01"</w:t>
      </w:r>
      <w:r>
        <w:br/>
      </w:r>
      <w:r>
        <w:rPr>
          <w:b w:val="0"/>
          <w:i w:val="0"/>
        </w:rPr>
        <w:br/>
        <w:t>word_count: 1429</w:t>
      </w:r>
    </w:p>
    <w:p>
      <w:r>
        <w:t>――――――――――――――――――――――――――――――</w:t>
      </w:r>
    </w:p>
    <w:p>
      <w:r>
        <w:rPr>
          <w:b w:val="0"/>
          <w:i w:val="0"/>
        </w:rPr>
        <w:t>NEWS MEMBERS' AREA SHOP SUBSCRIBE UPCOMING SHOWS MORE</w:t>
      </w:r>
    </w:p>
    <w:p>
      <w:r>
        <w:rPr>
          <w:b w:val="0"/>
          <w:i w:val="0"/>
        </w:rPr>
        <w:t>RETRIEVER LABRADOR</w:t>
      </w:r>
    </w:p>
    <w:p>
      <w:r>
        <w:rPr>
          <w:b w:val="0"/>
          <w:i w:val="0"/>
        </w:rPr>
        <w:t>Issue: 31/07/2020</w:t>
      </w:r>
    </w:p>
    <w:p>
      <w:r>
        <w:rPr>
          <w:b w:val="0"/>
          <w:i w:val="0"/>
        </w:rPr>
        <w:t>During four months of solitary confinement at home to comply with Covid 19 precautions, my sparkling canine conversation has primarily consisted of "Who wants a Bonio?", "Who wants a clean bed?", "Who wants dinner?" or "Who's coming for a walk?". Irate questions have sometimes been voiced, including, "Who dug that hole?" or "Oh no! Who stole the whole roast chicken? How could you?" The latter also applied to bread, biscuits and Lurpak all disappearing from the back of the kitchen worktop at various stages of the four month isolation. Yes, I know, everyone elses dogs are perfect. Mine clearly are challenged!</w:t>
      </w:r>
    </w:p>
    <w:p>
      <w:r>
        <w:rPr>
          <w:b w:val="0"/>
          <w:i w:val="0"/>
        </w:rPr>
        <w:t>However, at last, I am enjoying a break and whilst most of the dogs are looked after by my live in dog-sitter at home, I have actually ventured out into civilisation, accompanied by the colourful, Little and Large comedy duo, Louis the black Labrador and his devoted side kick, seven month old Mabel, the Jack Russell. I have taken a short holiday away, revelling in driving the car again. Well Mabel didn't enjoy the ride initially, as she was sick, it being a new experience and only the second long car journey of her life, the first being at eight weeks, leaving home and brothers and sisters in Scotland's Fort William, bound for Ross on Wye many hours later, about four days before the country was put in lockdown.</w:t>
      </w:r>
    </w:p>
    <w:p>
      <w:r>
        <w:rPr>
          <w:b w:val="0"/>
          <w:i w:val="0"/>
        </w:rPr>
        <w:t>I am enjoying human company and non Bonio conversation. Consequently, with my grateful thanks, this week the stage is taken by Mr Pepys, Labrador, who continues his clever writings during similar times of plague a few centuries ago, care of his scribe Tony Jury.</w:t>
      </w:r>
    </w:p>
    <w:p>
      <w:r>
        <w:rPr>
          <w:b w:val="0"/>
          <w:i w:val="0"/>
        </w:rPr>
        <w:t>The Occasional Diary of Mr Pepys - Thurs. June 25th 1665 (or thereabouts), p.xiv</w:t>
      </w:r>
    </w:p>
    <w:p>
      <w:r>
        <w:rPr>
          <w:b w:val="0"/>
          <w:i w:val="0"/>
        </w:rPr>
        <w:t>As the tardy lamp-lighter damped the last tallow at the foot of the High Street, heavenly rain did torrent from the skies turning the gilded paving outside Lord Saintbury's Hall (Motto: Tap and Get Next Best Guess) into a Venetian highway in summer. Now that ale-downing restrictions are more relaxed (and, delightfully, some consumers relaxed even more so!) Our Ladies may now assemble in the 'Salon du Jour' in the velvety depths of the Hollow Bottom Inn. Note: Muddy overshoes and parasols de pluie to be jettisoned at the door.</w:t>
      </w:r>
    </w:p>
    <w:p>
      <w:r>
        <w:rPr>
          <w:b w:val="0"/>
          <w:i w:val="0"/>
        </w:rPr>
        <w:t>I, Pepys the yellow is now mud-adorned like a Zebra. Mistress hastens me inside. 'Tarry here in the vestibule with a wary eye, Pepys my boy. Make pretence of harrying hawkers and circle any circulars that might pilfer whilst our Committee are in sÃƒÂ©ance.' She favours me with a conspiratorial glance. 'Two wings of fowl and a crisp Glaswegian Hard-boiled shall be thy reward.' Yum!</w:t>
      </w:r>
    </w:p>
    <w:p>
      <w:r>
        <w:rPr>
          <w:b w:val="0"/>
          <w:i w:val="0"/>
        </w:rPr>
        <w:t>The salon is now dually dedicated to allow detached debating in accordance with advanced Apothecary's advisings. Tiny topply tables, duly arranged with a sword's-length spacingÃ‚Â¹Ã¢ÂÂ¹ between them are now partitioned by Oriental screens of fine silk. Thus, occupants must apple-bob up and down when in discourse with a neighbour. Hilarity may be engendered. At a charitable SoirÃƒÂ©e, held on the eve previous, much ribald merriment was engendered between persons of large girth when 'Progressive Whist' was attempted. (The charity in question was providentially entitled 'Weighing, Watching and Still Waiting' FYI)</w:t>
      </w:r>
    </w:p>
    <w:p>
      <w:r>
        <w:rPr>
          <w:b w:val="0"/>
          <w:i w:val="0"/>
        </w:rPr>
        <w:t>[Note: Ã‚Â¹Ã¢ÂÂ¹. Parliamentary Procedures in the reign of merry Charles II were revised periodically and to this day the carrying of swords into the House by Honourable Members is discouraged Ã¢â‚¬â€œ as also is the wearing of knuckledusters (Hansard 1887). In these restricted days, one would presume there is less chance of a challenge between members of our Ladies Committee say, than, those more combative members in their Lordship's House by the Thames. But it is better to be safe thanÃ¢â‚¬Â¦.etc. etc.]</w:t>
      </w:r>
    </w:p>
    <w:p>
      <w:r>
        <w:rPr>
          <w:b w:val="0"/>
          <w:i w:val="0"/>
        </w:rPr>
        <w:t>As is customary, Lady Pendleton takes the Chair - and places it beyond the silk-screens so that she may view the proceeding without apple-bobbing. (Obvs.) The agenda drawn up by Mistress Chipping had been comprehensively crafted in cursive script by Miss Charity Bouquet. From the corner of my eye, I, Pepys (Guard Dog for the day) do observe my dutiful Mistress taking verse of such deliberations using her Eye-pad (such tecknology is now preferred of the minutiae, enabling its swift dissemination by e-letter, virtuous Mail, Wah-Wey, or even Wey! Hey!Ã‚Â²Ã‚Â° Attendances are duly recorded: Miss Comely, Miss Pitta Warburton, Lady Pendleton's daughter, Penny, Madame Dusty Miller, Mistress Bun (A Wife of Bath Ã¢â‚¬â€œ one of the Bath Buns. FYI.) Grateful note is taken of the attendance of the Token Gent. The Keeper of the Purse-strings is applauded upon his arrival.</w:t>
      </w:r>
    </w:p>
    <w:p>
      <w:r>
        <w:rPr>
          <w:b w:val="0"/>
          <w:i w:val="0"/>
        </w:rPr>
        <w:t>[Note Ã‚Â²Ã‚Â°: Def. of Virtuous Mail: see NoteÃ‚Â³, Chapter v. (Historical Note: Wah-Wey - or even Wey! Hey! (Newcastle version) had not yet been invented in 1665. (Although?)]</w:t>
      </w:r>
    </w:p>
    <w:p>
      <w:r>
        <w:rPr>
          <w:b w:val="0"/>
          <w:i w:val="0"/>
        </w:rPr>
        <w:t xml:space="preserve">Miss Comely is highly enervated and can scarce keep her seat. She stands and waves her little hands over her head. 'Please address AOB soonest. Please! I do implore. I have important news.' Lady Pendleton is unmoved. She is kind, but firm. </w:t>
      </w:r>
    </w:p>
    <w:p>
      <w:r>
        <w:rPr>
          <w:b w:val="0"/>
          <w:i w:val="0"/>
        </w:rPr>
        <w:t xml:space="preserve">SILENCE!' she bawls. Above, a row of tankards tinkle tremulously. Obediently, silence falls. </w:t>
      </w:r>
    </w:p>
    <w:p>
      <w:r>
        <w:rPr>
          <w:b w:val="0"/>
          <w:i w:val="0"/>
        </w:rPr>
        <w:t xml:space="preserve">Mistress Chipping coughs: 'Pray attend Item 1. The silver cup for BIS has been kindly loaned from the Belvoir Bassets for sketching and etching. Daguerreotype printing in 'Dogs of Our Own' is planned' Ã¢â‚¬â€œ Applause! She continues:- </w:t>
      </w:r>
    </w:p>
    <w:p>
      <w:r>
        <w:rPr>
          <w:b w:val="0"/>
          <w:i w:val="0"/>
        </w:rPr>
        <w:t xml:space="preserve">'Item 2: Judge of BIS of the Virtuous Exposition, prop. The Hon. Royal Canin (or his Handler) Ã¢â‚¬â€œ unopposed. </w:t>
      </w:r>
    </w:p>
    <w:p>
      <w:r>
        <w:rPr>
          <w:b w:val="0"/>
          <w:i w:val="0"/>
        </w:rPr>
        <w:t>Item 3: Grouping Judges: David Windsor (Hounds, Sports and Lap Dogs,) Paul Newman (Retrievers, Carriage Dogs and Ratters.) Lady Pendleton's daughter, Penny (Any Variety Special Beginners and Import Register (to include: Cornish Chough Chaser, Cardigan Wool Winder, Don Valley Pit Bull and Edam Churn Dog. Token Gent tries to raise a pertinent point. They ignore him and proceed to:-</w:t>
      </w:r>
    </w:p>
    <w:p>
      <w:r>
        <w:rPr>
          <w:b w:val="0"/>
          <w:i w:val="0"/>
        </w:rPr>
        <w:t xml:space="preserve">Item 4: Awarding of the Awards (Lady Pendleton): Welcoming Adulation (Lady Pendleton): Judge Thanking (Lady Pendleton) Ã¢â‚¬â€œ Applause! </w:t>
      </w:r>
    </w:p>
    <w:p>
      <w:r>
        <w:rPr>
          <w:b w:val="0"/>
          <w:i w:val="0"/>
        </w:rPr>
        <w:t xml:space="preserve">Item 5: Judges perks - BotÃ‚Â¹. Fine Madeira, BotÃ‚Â¹. Cheval Blanc, Bushel of Turnips. A high degree of chattering and laughter follows - which is soon quelled. The Keeper of the Purse-strings raises his hand Ã¢â‚¬â€œ (Ignored.) </w:t>
      </w:r>
    </w:p>
    <w:p>
      <w:r>
        <w:rPr>
          <w:b w:val="0"/>
          <w:i w:val="0"/>
        </w:rPr>
        <w:t>Item 6: Judges Expenses: (Ref. Keeper of the Purse-strings who may now be found in the Snug. (Applause.)</w:t>
      </w:r>
    </w:p>
    <w:p>
      <w:r>
        <w:rPr>
          <w:b w:val="0"/>
          <w:i w:val="0"/>
        </w:rPr>
        <w:t>Alone and bored in the draughty vestibule, I, Pepys, the yellow one, am sorely thirsty. I spy a leather water pail made ready for the keeling of scullery pans. Thankfully, I drink deeply and splashily. Now, where is my 'bon amigo' Norman, the Normandy spaniel? Do I smell warmed chipolatas?</w:t>
      </w:r>
    </w:p>
    <w:p>
      <w:r>
        <w:rPr>
          <w:b w:val="0"/>
          <w:i w:val="0"/>
        </w:rPr>
        <w:t xml:space="preserve">Miss Comely has now reached the point of spontaneous combustion. She stands and stamps her little feet to no avail. She waves her little hands in the air Ã¢â‚¬â€œ ditto. She falls to the ground and assumes the Sukhasana Ã‚Â²Ã‚Â¹. Silence falls. </w:t>
      </w:r>
    </w:p>
    <w:p>
      <w:r>
        <w:rPr>
          <w:b w:val="0"/>
          <w:i w:val="0"/>
        </w:rPr>
        <w:t>[Note Ã‚Â²Ã‚Â¹: Sukhasana is a prayerful posing Yogi position where oft the mind becomes totally detached and there may be numbness of the knees. Such devotees may leave the room temporarily, sometimes never to return, me-thinks. Do not try this at home without supervision of an adult or KC Member.]</w:t>
      </w:r>
    </w:p>
    <w:p>
      <w:r>
        <w:rPr>
          <w:b w:val="0"/>
          <w:i w:val="0"/>
        </w:rPr>
        <w:t xml:space="preserve">Lady Pendleton nods graciously. Miss Comely bursts forth breathily. 'There is news from my dear cousin Gracie of Morecambe Bay. Yet another show is planned for All Hallows Eve. A Grand Exposition of Canines is to be held in the grounds of Lord Butlin of North Peer (Motto: 'Just call me Billy. Hi-de-Hi!') Dear cousin's husband, a Major in the 6th Dragoons is to oversee the marshalling of carriages.' At this, sweet Miss Comely did gently drift floor-wards in a swoon - shortly to be followed by several members of the committee. </w:t>
      </w:r>
    </w:p>
    <w:p>
      <w:r>
        <w:rPr>
          <w:b w:val="0"/>
          <w:i w:val="0"/>
        </w:rPr>
        <w:t xml:space="preserve">Thank you Pepys and Tony.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