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title: "Labrador Breed Notes - 26/04/2024 - ISSUE"</w:t>
      </w:r>
      <w:r>
        <w:br/>
      </w:r>
      <w:r>
        <w:rPr>
          <w:b w:val="0"/>
          <w:i w:val="0"/>
        </w:rPr>
        <w:br/>
        <w:t>date_original: "26/04/2024 - ISSUE"</w:t>
      </w:r>
      <w:r>
        <w:br/>
      </w:r>
      <w:r>
        <w:rPr>
          <w:b w:val="0"/>
          <w:i w:val="0"/>
        </w:rPr>
        <w:br/>
        <w:t>source_url: "https://www.ourdogs.co.uk/members/breednotes/RetrieverLabradorMain.php"</w:t>
      </w:r>
      <w:r>
        <w:br/>
      </w:r>
      <w:r>
        <w:rPr>
          <w:b w:val="0"/>
          <w:i w:val="0"/>
        </w:rPr>
        <w:br/>
        <w:t>scraped_at: "2026-09-13T15:08:20"</w:t>
      </w:r>
      <w:r>
        <w:br/>
      </w:r>
      <w:r>
        <w:rPr>
          <w:b w:val="0"/>
          <w:i w:val="0"/>
        </w:rPr>
        <w:br/>
        <w:t>word_count: 634</w:t>
      </w:r>
    </w:p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NEWS MEMBERS' AREA SHOP SUBSCRIBE UPCOMING SHOWS MORE</w:t>
      </w:r>
    </w:p>
    <w:p>
      <w:r>
        <w:rPr>
          <w:b w:val="0"/>
          <w:i w:val="0"/>
        </w:rPr>
        <w:t>RETRIEVER LABRADOR</w:t>
      </w:r>
    </w:p>
    <w:p>
      <w:r>
        <w:rPr>
          <w:b w:val="0"/>
          <w:i w:val="0"/>
        </w:rPr>
        <w:t>Issue: 26/04/2024</w:t>
      </w:r>
    </w:p>
    <w:p>
      <w:r>
        <w:rPr>
          <w:b w:val="0"/>
          <w:i w:val="0"/>
        </w:rPr>
        <w:t>I start these notes with some very sad news of the passing of two Golden Retriever enthusiasts. Yvonne Froud owner of the Mayfleurdean goldens died suddenly leaving behind 8 dogs. Her close friend Paula Hill has had the unenviable task of securing good homes for them. I understand that all 8 have now placed into forever homes.</w:t>
      </w:r>
    </w:p>
    <w:p>
      <w:r>
        <w:rPr>
          <w:b w:val="0"/>
          <w:i w:val="0"/>
        </w:rPr>
        <w:t>Bob Hargrave of the Harsett affix has also passed recently. I clearly remember him campaigning the rather lovely Harsett Grebe back in the late nineties.</w:t>
      </w:r>
    </w:p>
    <w:p>
      <w:r>
        <w:rPr>
          <w:b w:val="0"/>
          <w:i w:val="0"/>
        </w:rPr>
        <w:t>Further to last weekâ€™s article on escalating veterinary fees, I have conducted a small survey on social media asking for prices quoted for â€˜out of hoursâ€™ service. This is the charge levied before any treatment is administered. The highest was Â£500 &amp; the lowest Â£90 with the average price being about Â£250. It does make you wonder how many people have to hold off taking their dog to the vets after hours, even when the treatment is urgent? I have now registered with an independent vet in addition to my regular one. This will allow me to â€˜shop aroundâ€™ should the need for a similar procedure arise.</w:t>
      </w:r>
    </w:p>
    <w:p>
      <w:r>
        <w:rPr>
          <w:b w:val="0"/>
          <w:i w:val="0"/>
        </w:rPr>
        <w:t>This past weekend I attended my local clubâ€™s open show held at the Matford Centre in Exeter. South Western GRC always hold their spring show in conjunction with South Western Gundog Clubâ€™s Premier open show and this arrangement always seems to work well. With staggered starting times, there didnâ€™t seem to be too much rushing between the two rings. With no dogs entered it made a pleasant  change to be able to sit ringside and watch the judging &amp; catch-up with old friends. The sun shone &amp; hopefully will continue to do so as it is WELKS the first outdoor general championship show of the year, later on in the week. Both judges had drawn excellent entries â€" Karen Williams (Busheyhall) judged the SWGRC show &amp; Kate Hurry (Catnnels) was the judge at SW Gundog Club.</w:t>
      </w:r>
    </w:p>
    <w:p>
      <w:r>
        <w:rPr>
          <w:b w:val="0"/>
          <w:i w:val="0"/>
        </w:rPr>
        <w:t>Karen awarded Best In Show to Laylandâ€™s Maddhouse Could Be Trouble who was handled by Maria Fosdike, Reserve BIS was Ives Balsamina Bellini JW, Best Opp Sex Carter â€˜s Kadaka Kauldrun JW, Best Veteran Clunieâ€™s Warrentor Maplemoon VW, Best Puppy In Show Linfieldâ€™s Tonara Yellowstone &amp; Best Baby Puppy In Show was Russell-Bondâ€™s Rosinante Guinevere.</w:t>
      </w:r>
    </w:p>
    <w:p>
      <w:r>
        <w:rPr>
          <w:b w:val="0"/>
          <w:i w:val="0"/>
        </w:rPr>
        <w:t>Kate awarded Best of Breed to Chanâ€™s Lovissa Hello Dolly of Wemcrest, Reserve BOB to Haines Leighsham Tullamore JW &amp; Best Puppy to Smythâ€™s Kadaka Krumpet.</w:t>
      </w:r>
    </w:p>
    <w:p>
      <w:r>
        <w:rPr>
          <w:b w:val="0"/>
          <w:i w:val="0"/>
        </w:rPr>
        <w:t>Another super win for one of the youngsters in our breed, at Hitchin &amp; District open show, Pauline Leonard-Mountneyâ€™s   Ambersun Summersault back to Wynrita won Best Puppy In Breed under Simon Oâ€™Gorman (Berrymeade),  Puppy Group 1 under Daniela Pinto Tranquada (Castenho) &amp; finally with Roxanne McDonald (Roanjora) judging, she was awarded Best Puppy In Show.</w:t>
      </w:r>
    </w:p>
    <w:p>
      <w:r>
        <w:rPr>
          <w:b w:val="0"/>
          <w:i w:val="0"/>
        </w:rPr>
        <w:t>Jenny Kolodziejczak on behalf of the North West GRC has asked me to mention that they have been donated a copy of the interesting book â€˜Golden Retrievers - Research into the First Century in the Show Ringâ€™ by Marilynn Morphet. A raffle is being run &amp; tickets are available on the Facebook page NW Golden Retriever Club.</w:t>
      </w:r>
    </w:p>
    <w:p>
      <w:r>
        <w:rPr>
          <w:b w:val="0"/>
          <w:i w:val="0"/>
        </w:rPr>
        <w:t>Any news or views should be sent to</w:t>
      </w:r>
    </w:p>
    <w:p>
      <w:r>
        <w:rPr>
          <w:b w:val="0"/>
          <w:i w:val="0"/>
        </w:rPr>
        <w:t>Cheryl Bawden MBE</w:t>
      </w:r>
    </w:p>
    <w:p>
      <w:r>
        <w:rPr>
          <w:b w:val="0"/>
          <w:i w:val="0"/>
        </w:rPr>
        <w:t>Darthillgold3@gmail.com</w:t>
      </w:r>
    </w:p>
    <w:p>
      <w:r>
        <w:rPr>
          <w:b w:val="0"/>
          <w:i w:val="0"/>
        </w:rPr>
        <w:t>Back to Archive</w:t>
      </w:r>
    </w:p>
    <w:p>
      <w:r>
        <w:rPr>
          <w:b w:val="0"/>
          <w:i w:val="0"/>
        </w:rPr>
        <w:t>Back to Breed Notes Index</w:t>
      </w:r>
    </w:p>
    <w:p>
      <w:r>
        <w:rPr>
          <w:b w:val="0"/>
          <w:i w:val="0"/>
        </w:rPr>
        <w:t>Tel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Advertising</w:t>
      </w:r>
      <w:r>
        <w:br/>
      </w:r>
      <w:r>
        <w:rPr>
          <w:b w:val="0"/>
          <w:i w:val="0"/>
        </w:rPr>
        <w:br/>
        <w:t>0161 709 4576</w:t>
      </w:r>
      <w:r>
        <w:br/>
      </w:r>
      <w:r>
        <w:rPr>
          <w:b w:val="0"/>
          <w:i w:val="0"/>
        </w:rPr>
        <w:br/>
        <w:t>Editorial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Subscriptions</w:t>
      </w:r>
      <w:r>
        <w:br/>
      </w:r>
      <w:r>
        <w:rPr>
          <w:b w:val="0"/>
          <w:i w:val="0"/>
        </w:rPr>
        <w:br/>
        <w:t>0161 709 4559</w:t>
      </w:r>
      <w:r>
        <w:br/>
      </w:r>
      <w:r>
        <w:rPr>
          <w:b w:val="0"/>
          <w:i w:val="0"/>
        </w:rPr>
        <w:br/>
        <w:t>Mail Order</w:t>
      </w:r>
      <w:r>
        <w:br/>
      </w:r>
      <w:r>
        <w:rPr>
          <w:b w:val="0"/>
          <w:i w:val="0"/>
        </w:rPr>
        <w:br/>
        <w:t>0161 709 4562</w:t>
      </w:r>
      <w:r>
        <w:br/>
      </w:r>
      <w:r>
        <w:rPr>
          <w:b w:val="0"/>
          <w:i w:val="0"/>
        </w:rPr>
        <w:br/>
        <w:t>Show Reports</w:t>
      </w:r>
      <w:r>
        <w:br/>
      </w:r>
      <w:r>
        <w:rPr>
          <w:b w:val="0"/>
          <w:i w:val="0"/>
        </w:rPr>
        <w:br/>
        <w:t>0161 709 4571</w:t>
      </w:r>
      <w:r>
        <w:br/>
      </w:r>
      <w:r>
        <w:rPr>
          <w:b w:val="0"/>
          <w:i w:val="0"/>
        </w:rPr>
        <w:br/>
        <w:t>SEND YOUR REPORT</w:t>
      </w:r>
      <w:r>
        <w:br/>
      </w:r>
      <w:r>
        <w:rPr>
          <w:b w:val="0"/>
          <w:i w:val="0"/>
        </w:rPr>
        <w:br/>
        <w:t>Competitions</w:t>
      </w:r>
      <w:r>
        <w:br/>
      </w:r>
      <w:r>
        <w:rPr>
          <w:b w:val="0"/>
          <w:i w:val="0"/>
        </w:rPr>
        <w:br/>
        <w:t>TOP DOG</w:t>
      </w:r>
      <w:r>
        <w:br/>
      </w:r>
      <w:r>
        <w:rPr>
          <w:b w:val="0"/>
          <w:i w:val="0"/>
        </w:rPr>
        <w:br/>
        <w:t>TOP PUPPY</w:t>
      </w:r>
      <w:r>
        <w:br/>
      </w:r>
      <w:r>
        <w:rPr>
          <w:b w:val="0"/>
          <w:i w:val="0"/>
        </w:rPr>
        <w:br/>
        <w:t>TOP BREEDER</w:t>
      </w:r>
      <w:r>
        <w:br/>
      </w:r>
      <w:r>
        <w:rPr>
          <w:b w:val="0"/>
          <w:i w:val="0"/>
        </w:rPr>
        <w:br/>
        <w:t>TOP STUD</w:t>
      </w:r>
      <w:r>
        <w:br/>
      </w:r>
      <w:r>
        <w:rPr>
          <w:b w:val="0"/>
          <w:i w:val="0"/>
        </w:rPr>
        <w:br/>
        <w:t>TOP BROOD</w:t>
      </w:r>
      <w:r>
        <w:br/>
      </w:r>
      <w:r>
        <w:rPr>
          <w:b w:val="0"/>
          <w:i w:val="0"/>
        </w:rPr>
        <w:br/>
        <w:t>Members' Area</w:t>
      </w:r>
      <w:r>
        <w:br/>
      </w:r>
      <w:r>
        <w:rPr>
          <w:b w:val="0"/>
          <w:i w:val="0"/>
        </w:rPr>
        <w:br/>
        <w:t>BREED NOTES</w:t>
      </w:r>
      <w:r>
        <w:br/>
      </w:r>
      <w:r>
        <w:rPr>
          <w:b w:val="0"/>
          <w:i w:val="0"/>
        </w:rPr>
        <w:br/>
        <w:t>CHAMP SHOWS</w:t>
      </w:r>
      <w:r>
        <w:br/>
      </w:r>
      <w:r>
        <w:rPr>
          <w:b w:val="0"/>
          <w:i w:val="0"/>
        </w:rPr>
        <w:br/>
        <w:t>GENERAL SHOWS</w:t>
      </w:r>
      <w:r>
        <w:br/>
      </w:r>
      <w:r>
        <w:rPr>
          <w:b w:val="0"/>
          <w:i w:val="0"/>
        </w:rPr>
        <w:br/>
        <w:t>REGULAR FEATURES</w:t>
      </w:r>
      <w:r>
        <w:br/>
      </w:r>
      <w:r>
        <w:rPr>
          <w:b w:val="0"/>
          <w:i w:val="0"/>
        </w:rPr>
        <w:br/>
        <w:t>DIGITAL EDITION</w:t>
      </w:r>
      <w:r>
        <w:br/>
      </w:r>
      <w:r>
        <w:rPr>
          <w:b w:val="0"/>
          <w:i w:val="0"/>
        </w:rPr>
        <w:br/>
        <w:t>Sign up for our newsletter</w:t>
      </w:r>
      <w:r>
        <w:br/>
      </w:r>
      <w:r>
        <w:rPr>
          <w:b w:val="0"/>
          <w:i w:val="0"/>
        </w:rPr>
        <w:br/>
        <w:t>Subscribe</w:t>
      </w:r>
      <w:r>
        <w:br/>
      </w:r>
      <w:r>
        <w:rPr>
          <w:b w:val="0"/>
          <w:i w:val="0"/>
        </w:rPr>
        <w:br/>
        <w:t>Follow Us</w:t>
      </w:r>
    </w:p>
    <w:p>
      <w:r>
        <w:rPr>
          <w:b w:val="0"/>
          <w:i w:val="0"/>
        </w:rPr>
        <w:t>© Our Dogs Publishing All Rights Reserved. | Privacy Policy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