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- 11/08/2017 - ISSUE"</w:t>
      </w:r>
      <w:r>
        <w:br/>
      </w:r>
      <w:r>
        <w:rPr>
          <w:b w:val="0"/>
          <w:i w:val="0"/>
        </w:rPr>
        <w:br/>
        <w:t>date_original: "11/08/2017 - ISSUE"</w:t>
      </w:r>
      <w:r>
        <w:br/>
      </w:r>
      <w:r>
        <w:rPr>
          <w:b w:val="0"/>
          <w:i w:val="0"/>
        </w:rPr>
        <w:br/>
        <w:t>source_url: "https://www.ourdogs.co.uk/members/breednotes/RetrieverLabradorMain.php"</w:t>
      </w:r>
      <w:r>
        <w:br/>
      </w:r>
      <w:r>
        <w:rPr>
          <w:b w:val="0"/>
          <w:i w:val="0"/>
        </w:rPr>
        <w:br/>
        <w:t>scraped_at: "2026-09-13T15:25:23"</w:t>
      </w:r>
      <w:r>
        <w:br/>
      </w:r>
      <w:r>
        <w:rPr>
          <w:b w:val="0"/>
          <w:i w:val="0"/>
        </w:rPr>
        <w:br/>
        <w:t>word_count: 1244</w:t>
      </w:r>
    </w:p>
    <w:p>
      <w:r>
        <w:t>――――――――――――――――――――――――――――――</w:t>
      </w:r>
    </w:p>
    <w:p>
      <w:r>
        <w:rPr>
          <w:b w:val="0"/>
          <w:i w:val="0"/>
        </w:rPr>
        <w:t>NEWS MEMBERS' AREA SHOP SUBSCRIBE UPCOMING SHOWS MORE</w:t>
      </w:r>
    </w:p>
    <w:p>
      <w:r>
        <w:rPr>
          <w:b w:val="0"/>
          <w:i w:val="0"/>
        </w:rPr>
        <w:t>RETRIEVER LABRADOR</w:t>
      </w:r>
    </w:p>
    <w:p>
      <w:r>
        <w:rPr>
          <w:b w:val="0"/>
          <w:i w:val="0"/>
        </w:rPr>
        <w:t>Issue: 11/08/2017</w:t>
      </w:r>
    </w:p>
    <w:p>
      <w:r>
        <w:rPr>
          <w:b w:val="0"/>
          <w:i w:val="0"/>
        </w:rPr>
        <w:t>Apologies to anyone who has been trying to contact me. My BT phones have been off for a whole week. Now mended.</w:t>
      </w:r>
    </w:p>
    <w:p>
      <w:r>
        <w:rPr>
          <w:b w:val="0"/>
          <w:i w:val="0"/>
        </w:rPr>
        <w:t>Optigen are again offering their better than ever discounts off DNA tests, at Val Tiller's postal Optigen 20/20 Clinic, shipping 19th September. Labradors are invited to be DNA tested for prcd-PRA, RD/OSD, HNPK, ACHM, CNM, EIC, HUU, NARC &amp; SD2.  Full details and test kits available now at val.tiller@talk21.com or Tel: (01372) 273597.   www.Foxbarton.com "Foxbarton", 15 Beaconsfield Road, Langley Vale, Epsom, Surrey KT18 6HA (01372) 273597</w:t>
      </w:r>
    </w:p>
    <w:p>
      <w:r>
        <w:rPr>
          <w:b w:val="0"/>
          <w:i w:val="0"/>
        </w:rPr>
        <w:t xml:space="preserve">Last weekend was especially busy with two championship shows taking place (Paignton at Clyst St Mary near Exeter, and National Gundog at Malvern) For those attempting to attend both it ended up a somewhat stressful experience and they must have found, like I did, that the whole population of the United Kingdom had taken to the roads in their cars, motorhomes or were towing a long cumbersome caravan for the first time ever. </w:t>
      </w:r>
    </w:p>
    <w:p>
      <w:r>
        <w:rPr>
          <w:b w:val="0"/>
          <w:i w:val="0"/>
        </w:rPr>
        <w:t xml:space="preserve">At about 4.30am on Saturday morning, just as I was getting up to sort the dogs out before setting off for Paington, a lorry laden with flour turned over on the M5 at the busy Almondsbury Interchange going south near Bristol, spewing its load of flour all over the carriageway, closely followed by a car which was towing a caravan; the latter turning over into the pile of flour. The M5 shut and chaos ensued for the rest of the day. </w:t>
      </w:r>
    </w:p>
    <w:p>
      <w:r>
        <w:rPr>
          <w:b w:val="0"/>
          <w:i w:val="0"/>
        </w:rPr>
        <w:t>I heard that poor Judith Charlton who had organised her overnight accommodation and routes between both shows intricately, spent several hours sitting in her car, stationary on the M5.</w:t>
      </w:r>
    </w:p>
    <w:p>
      <w:r>
        <w:rPr>
          <w:b w:val="0"/>
          <w:i w:val="0"/>
        </w:rPr>
        <w:t>Paington is now a four day show. Carparking was nearby and our benching tent, with in and out rings, (which helped when the occasional heavy downpour occurred) was conveniently sited. All the show attendants were most pleasant and helpful.</w:t>
      </w:r>
    </w:p>
    <w:p>
      <w:r>
        <w:rPr>
          <w:b w:val="0"/>
          <w:i w:val="0"/>
        </w:rPr>
        <w:t xml:space="preserve">As judges find out, there is far more to judging Labradors than just looking at a basic plain dog of yellow, black or chocolate colour. There are very many in depth, breed specific points to be appreciated, but often missed, consequently Labrador exhibitors tend to prefer breed specialist judges. There was an entry of just 135 at Paignton. </w:t>
      </w:r>
    </w:p>
    <w:p>
      <w:r>
        <w:rPr>
          <w:b w:val="0"/>
          <w:i w:val="0"/>
        </w:rPr>
        <w:t>Successful exhibitor and Gundog all-rounded John Thirlwell judged and his Dog CC winner and eventual winner of the Gundog Group under Jenny Miller was Sharon Lamberts well known yellow Ch Mattand Exodus JW in good form and looking fit and well on the day. There was a lovely photo of Exodus and his Mum Sharon on the Higham Press website. Well done Sharon. Of course, the only downside of winning the Group at Paignton on a Saturday, for someone who lives in Derbyshire was that she had to return for the finals on Tuesday (results not known as I write these notes) and repeat all that ghastly M5 journey. The Dog RCC was another for David Coodes Ch Warringahs Perth JW ShCM. The Bitch CC was won by Richard Staffords yellow Sh Ch Arrowmoy Fairytale of New York Farnfield and the Bitch RCC winner was Marion Hopkinsons HayleySun in Their Eyes. Best puppy was Linda Majors yellow Linjor with Attitude and Best Veteran Mandy and Katie Stewarts yellow Sh Ch Streamanda Top Knotch JW.</w:t>
      </w:r>
    </w:p>
    <w:p>
      <w:r>
        <w:rPr>
          <w:b w:val="0"/>
          <w:i w:val="0"/>
        </w:rPr>
        <w:t xml:space="preserve">I left the showground before the dog CC was judged and drove straight into another traffic jam, queuing ages to even get on the M5 north as a car had broken down on the busy island. After that it was stop and start for the whole journey which took four hours instead of just the usual two. </w:t>
      </w:r>
    </w:p>
    <w:p>
      <w:r>
        <w:rPr>
          <w:b w:val="0"/>
          <w:i w:val="0"/>
        </w:rPr>
        <w:t xml:space="preserve">The following day it was National Gundog at Malvern with an entry of 265 under two very experienced and popular breed specialist judges, Janet Cole (Dogs) and Margaret Litherland (Bitches). Carole Coode was the Best in Show Judge, looking very sound once again after her recent hip surgery. </w:t>
      </w:r>
    </w:p>
    <w:p>
      <w:r>
        <w:rPr>
          <w:b w:val="0"/>
          <w:i w:val="0"/>
        </w:rPr>
        <w:t>The winners were Dog CC Carole and Mervyn Reynolds black dog Sh Ch Carromers Blue Lagoon. Dog RCC Chriss Bailiss's yellow Tissalian Hi Jack. Bitch CC and Best of Breed Karen Powells Junior yellow Seatallan Yellow Archangel, Bitch RCC- Miss C Jones black Hafnau Anastasia and Best Puppy Lynda and Derek Miles yellow LLanstinan Sugar Daddy, who was shortlisted in the Puppy Group. Congratulations to you all.</w:t>
      </w:r>
    </w:p>
    <w:p>
      <w:r>
        <w:rPr>
          <w:b w:val="0"/>
          <w:i w:val="0"/>
        </w:rPr>
        <w:t xml:space="preserve">David and Carole Coode had been invited to judge in Kenya. Unfortunately as previously reported in these notes, Carole had been tripped up by a puppy and had broken her hip. The hip replacement went well but she was unable to fly at the time of the Kenya appointment, hence Lorraine Tooth was invited to take over her judging, which she did. On the Saturday David and Lorraine both judged, on Sunday there was a working test and on Monday there was a safari for them to enjoy.. David relays one memorable tale from the trip which I am sure Lorraine is unlikely to ever forget. </w:t>
      </w:r>
    </w:p>
    <w:p>
      <w:r>
        <w:rPr>
          <w:b w:val="0"/>
          <w:i w:val="0"/>
        </w:rPr>
        <w:t>David entitled it "Don't take your knickers down when the lions are about!"</w:t>
      </w:r>
    </w:p>
    <w:p>
      <w:r>
        <w:rPr>
          <w:b w:val="0"/>
          <w:i w:val="0"/>
        </w:rPr>
        <w:t>"On the Monday the club organisers took us on a trip to the Nairobi National Game Park for the day. We went in at 6.30am, taking breakfast and lunch with us, picnic tableand chairs etc,</w:t>
      </w:r>
    </w:p>
    <w:p>
      <w:r>
        <w:rPr>
          <w:b w:val="0"/>
          <w:i w:val="0"/>
        </w:rPr>
        <w:t xml:space="preserve">We drove around looking at animals for 1.5 hours. </w:t>
      </w:r>
    </w:p>
    <w:p>
      <w:r>
        <w:rPr>
          <w:b w:val="0"/>
          <w:i w:val="0"/>
        </w:rPr>
        <w:t xml:space="preserve">'Then we were taken to one of the designated Picnic Areas in the Park, where we set up the picnic table and chairs and sat there having a very leisurely breakfast.  </w:t>
      </w:r>
    </w:p>
    <w:p>
      <w:r>
        <w:rPr>
          <w:b w:val="0"/>
          <w:i w:val="0"/>
        </w:rPr>
        <w:t xml:space="preserve">'After breakfast Lorraine said she needed to answer the call of nature and went off for some privacy behind some bushes. As she left us, a number of birds got up and flew about squarking, making a lot of noise. This was followed shortly afterwards by a hyena running by with a lion in fast pursuit, all about 30 yards on the other side of our vehicle. </w:t>
      </w:r>
    </w:p>
    <w:p>
      <w:r>
        <w:rPr>
          <w:b w:val="0"/>
          <w:i w:val="0"/>
        </w:rPr>
        <w:t>'In alarm, I called out to Lorraine shouting " LION!"</w:t>
      </w:r>
    </w:p>
    <w:p>
      <w:r>
        <w:rPr>
          <w:b w:val="0"/>
          <w:i w:val="0"/>
        </w:rPr>
        <w:t>'Lorraine thought I was fooling about and joking.</w:t>
      </w:r>
    </w:p>
    <w:p>
      <w:r>
        <w:rPr>
          <w:b w:val="0"/>
          <w:i w:val="0"/>
        </w:rPr>
        <w:t>'I called out again loudly "LION", as did one of our hosts! "Lion!"</w:t>
      </w:r>
    </w:p>
    <w:p>
      <w:r>
        <w:rPr>
          <w:b w:val="0"/>
          <w:i w:val="0"/>
        </w:rPr>
        <w:t>'By which time, Lorriane realised we weren't joking at all. There really was a lion, and she appeared at extra quick pace, out of the bushes, still pulling her jeans up!</w:t>
      </w:r>
    </w:p>
    <w:p>
      <w:r>
        <w:rPr>
          <w:b w:val="0"/>
          <w:i w:val="0"/>
        </w:rPr>
        <w:t xml:space="preserve">'We then checked the other side of our vehicle and could see the kill, a cape buffalo, just 20 yards away with another lion about 20 yards further on in the bushes.  </w:t>
      </w:r>
    </w:p>
    <w:p>
      <w:r>
        <w:rPr>
          <w:b w:val="0"/>
          <w:i w:val="0"/>
        </w:rPr>
        <w:t>'We drove in for a closer look at the now dead Cape Buffalo and a second lion came down and stood by the buffalos tail. It eyed us up and then casually sauntered off into the bushes again, (presumably thinking we were nowhere near meaty enough to catch for its dinner AMB).'</w:t>
      </w:r>
    </w:p>
    <w:p>
      <w:r>
        <w:rPr>
          <w:b w:val="0"/>
          <w:i w:val="0"/>
        </w:rPr>
        <w:t>Glad to see you are both home again, still in one piece.</w:t>
      </w:r>
    </w:p>
    <w:p>
      <w:r>
        <w:rPr>
          <w:b w:val="0"/>
          <w:i w:val="0"/>
        </w:rPr>
        <w:t xml:space="preserve">Ann Britton </w:t>
      </w:r>
    </w:p>
    <w:p>
      <w:r>
        <w:rPr>
          <w:b w:val="0"/>
          <w:i w:val="0"/>
        </w:rPr>
        <w:t xml:space="preserve">01989720665 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