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Apr 2008"</w:t>
      </w:r>
      <w:r>
        <w:br/>
      </w:r>
      <w:r>
        <w:rPr>
          <w:b w:val="0"/>
          <w:i w:val="0"/>
        </w:rPr>
        <w:br/>
        <w:t>date_original: "18 Apr 2008"</w:t>
      </w:r>
      <w:r>
        <w:br/>
      </w:r>
      <w:r>
        <w:rPr>
          <w:b w:val="0"/>
          <w:i w:val="0"/>
        </w:rPr>
        <w:br/>
        <w:t>source_url: "https://www.ourdogs.co.uk/members/breednotes/2008/RetrieverLabrador/RetrieverLabrador-apr18.htm"</w:t>
      </w:r>
      <w:r>
        <w:br/>
      </w:r>
      <w:r>
        <w:rPr>
          <w:b w:val="0"/>
          <w:i w:val="0"/>
        </w:rPr>
        <w:br/>
        <w:t>archive_type: "static_html"</w:t>
      </w:r>
      <w:r>
        <w:br/>
      </w:r>
      <w:r>
        <w:rPr>
          <w:b w:val="0"/>
          <w:i w:val="0"/>
        </w:rPr>
        <w:br/>
        <w:t>scraped_at: "2026-09-13T22:03:58"</w:t>
      </w:r>
      <w:r>
        <w:br/>
      </w:r>
      <w:r>
        <w:rPr>
          <w:b w:val="0"/>
          <w:i w:val="0"/>
        </w:rPr>
        <w:br/>
        <w:t>word_count: 1588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Well done to David Coode whose yellow bitch, Ch Warringah's Bunya, won the United Retriever Club's Founders Trophy for the Best Dual Purpose Retriever for the second year in a row. Bunya was also 3rd in the Flatcoated Retriever Working Test on Easter Saturday.</w:t>
      </w:r>
    </w:p>
    <w:p>
      <w:r>
        <w:rPr>
          <w:b w:val="0"/>
          <w:i w:val="0"/>
        </w:rPr>
        <w:t>Tragic news that John Gambon has died. John was a hard-working committee member of Windsor Championship show. He successfully showed his black CC winning dog, Birchbrook Gordon Bennett Sh CM. He also showed a son of Gordon Bennett, the black dog, Nookery Ardent Warrior, who gained his stud book number. These two black dogs were Johns first show dogs. Until his recent illness John and his wife Alyson, were regular show goers in the south-east and both were popular members of the KSS Labrador Retriever Club. Many of Johns friends will not be aware that he was the brother of the famous actor, Michael Gambon. Johns will be greatly missed by his very many friends in the Labrador world. A gentleman through and through, he was always kind and thoughtful and most generous with his comments to everyone, whether he himself had won or lost on the day. Our condolences and sympathy go to Alyson at this sad time.</w:t>
      </w:r>
    </w:p>
    <w:p>
      <w:r>
        <w:rPr>
          <w:b w:val="0"/>
          <w:i w:val="0"/>
        </w:rPr>
        <w:t>More awful news comes from Shaun Williamson (Chairperson of NWLRC) who writes “It is with great sadness that I report the death of Margaret Carney, show secretary of the North West Lab Club, who died on the eve of Wed 2nd April.</w:t>
      </w:r>
    </w:p>
    <w:p>
      <w:r>
        <w:rPr>
          <w:b w:val="0"/>
          <w:i w:val="0"/>
        </w:rPr>
        <w:t>Margaret was a steadfast and long serving committee member of the NWLRC for as long as I can remember. She had held the position of show secretary for at least the last 10 years and was a wealth of knowledge to the committee, she was very proud of the club.</w:t>
      </w:r>
    </w:p>
    <w:p>
      <w:r>
        <w:rPr>
          <w:b w:val="0"/>
          <w:i w:val="0"/>
        </w:rPr>
        <w:t>Margaret and her late husband Kevin showed in the 70s and 80s under the "Lonabarc" affix. Deepest sympathy goes to her 4 children, Diane, Michael, Suzanne and Pauline and their families. Margaret’s funeral took place on Monday 14th April.”</w:t>
      </w:r>
    </w:p>
    <w:p>
      <w:r>
        <w:rPr>
          <w:b w:val="0"/>
          <w:i w:val="0"/>
        </w:rPr>
        <w:t>There were two breed club championship shows held at opposite ends of the UK over the weekend of 5th/6th April. The Scottish Lab club show was judged by Gary Johnson (Dogs) and Mrs Agnes May Pollock (Bitches). Their winners were - Dog CC Marion Hopkinsons yellow Rocheby Statesman (Rocheby Old Smokey x Brambleridge Rave Review of Bridgeford). Dog RCC the Allen family’s yellow, Allenies Maverick JW ShCM (Allenies MacCallum JW x Allenies Graceful). The Bitch CC, her first, and Best in Show went to Angela Williams and David Craig’s black, Foulby Buttons And Bows (Sh Ch Sudeo Chevalier of Ramsayville x Foulby Paper Lace) whilst the Bitch RCC went to Ms Sadie Holliday and Mr Robert Aulds yellow, Lindall Strawberry Cream with Farbrae JW (Rocheby Old Smokey x Lindall Russian Rhythm). Best Puppy was Linda Major and Allens yellow dogs Brockburrow Cassanova in Linjor (Linjor Valentino Jw Sh CM x Eneleon Amethyst).</w:t>
      </w:r>
    </w:p>
    <w:p>
      <w:r>
        <w:rPr>
          <w:b w:val="0"/>
          <w:i w:val="0"/>
        </w:rPr>
        <w:t>The following day it was KSS LRC Ch show at Maidstone, Kent. This was to be our first show for many weeks, and at last having fully recovered from the flu we were all packed, boots blacked and ready, sandwiches cut, flask filled, dogs gleaming, when I turned on the weather forecast at 6am and heard that deep snow was falling on the M4 and spreading into Kent for most of the day. The thought of six hours driving there and back in heavy snow was a complete put off, so we stayed at home and I worked on the show layout, rings and timings for the National all day, instead! Many thanks for the marked catalogue and the phone calls with news from the show, which kept us in touch. The judges were Joy Venturi Rose (Dogs) and Ronwein Phillips (Bitches). The Hodge family did their second wonderful double, winning both the Dog and Bitch CCs on the day, repeating their previous double won at the Welsh Kennel Club in 1996 under John Crook when Naiken Eduardo Esquire and Naiken Fairy Footsteps won both CCs. The Dog CC and RBIS was won by their black, Naiken Quincy JW (Ravenswood Black Label x Naiken Peperusha) and the Bitch CC and BIS was won by their black bitch Ch Naiken Russian Rhythm (Sh Ch Ramsayville Rogue Trader x Naiken Old Curiosity). Taking the RCC spots were the black dog owned by Penny Carpanini, Abbeystead Wykeham of Carpenny (Ch Int Ch Carpenny Walpole x Sh Ch Abbeystead Tranquill) and the previous days CC winner, the black bitch, David Craig and Angela Williams Foulby Buttons And Bows (Sh Ch Sudeo Chevalier of Ramsayville x Foulby Paper Lace). Best Puppy in Show was Frank, Margaret and Karl Gawthorpes yellow dog, Simandem Silver Charm for Waterbrook ( Sh Ch Silver Suede over Rocheby x Rocheby Ice Dance at Simandem).</w:t>
      </w:r>
    </w:p>
    <w:p>
      <w:r>
        <w:rPr>
          <w:b w:val="0"/>
          <w:i w:val="0"/>
        </w:rPr>
        <w:t>Ann Britton</w:t>
      </w:r>
      <w:r>
        <w:br/>
      </w:r>
      <w:r>
        <w:rPr>
          <w:b w:val="0"/>
          <w:i w:val="0"/>
        </w:rPr>
        <w:br/>
        <w:t>01989 720665</w:t>
      </w:r>
      <w:r>
        <w:br/>
      </w:r>
      <w:r>
        <w:rPr>
          <w:b w:val="0"/>
          <w:i w:val="0"/>
        </w:rPr>
        <w:br/>
        <w:t>bowstones@btinternet.com</w:t>
      </w:r>
    </w:p>
    <w:p>
      <w:r>
        <w:rPr>
          <w:b w:val="0"/>
          <w:i w:val="0"/>
        </w:rPr>
        <w:t>The Labrador Club of Scotland's Championship Show held at Lanark Agricultural Centre was very successful. The hall has the best indoor lighting I have ever seen and the catering is first class. Good car parking and a good entry ensured an enjoyable day. Gary Johnson (Cremino) and Agnes May Pollock (Pollham) finished early enough for most of us to get home before darkness fell. Referee, Maurice Givan (Sudeo) was called on to decide on Best of Breed between Foulby Buttons and Bows and Rocheby Statesman and the honour fell to the bitch. A nice touch just before he decided was when Maurice pinned his White Heather buttonhole on Margie Cairns, the club's Hon. President. Margie has been through the mill over the past year and is not long out of hospital. Margie, of course, hates being fussed over but I am sure she was secretly charmed by this gentlemanly gesture. It was great to see her and Roy Ellison at the show and both in good spirits. Reserve Dog CC was the Allen family's Allenies Maverick JW SH CM, and Reserve Bitch CC was Auld and Holiday's Lindall Strawberry Cream With Farbrae JW. Best Puppy was Major and Allen's BROCKBurrow Cassanova In Linjor.</w:t>
      </w:r>
    </w:p>
    <w:p>
      <w:r>
        <w:rPr>
          <w:b w:val="0"/>
          <w:i w:val="0"/>
        </w:rPr>
        <w:t>Hamish Lippe has passed away. A phone call from Margie on Wednesday 9th broke the sad news. Hamish and his wife, Vera, were for many years stalwarts in Scottish labrador circles. With his military bearing and impressive moustache, he was the epitome of the Scottish Regimental Sergeant Major. Having served in the Second World War, Hamish became a professional soldier, eventually retiring to Ayr, where he lived happily for many years. He carried shrapnel wounds and occasionally one could see his discomfort but he was a real man. His stories about dogs and life in general kept us going at many club meetings and of course, we have missed his presence at shows over the past few years as his health declined. I am sure his funeral will be well attended by his many friends. The Oakrowan labradors competed at the top in shows with at least two champions springing to mind, Oakrowan Clansman, and Oakrowan Tarka, and he was well-known in shooting circles with his expertise in guns ensuring a retirement hobby of loading guns at shoots. Our condolences to Vera and his two daughters, home from Australia, during this sad time. If anyone out there has a copy of Our Dogs, April 5th 1991, could they contact me.</w:t>
      </w:r>
    </w:p>
    <w:p>
      <w:r>
        <w:rPr>
          <w:b w:val="0"/>
          <w:i w:val="0"/>
        </w:rPr>
        <w:t>Jim Nolan</w:t>
      </w:r>
      <w:r>
        <w:br/>
      </w:r>
      <w:r>
        <w:rPr>
          <w:b w:val="0"/>
          <w:i w:val="0"/>
        </w:rPr>
        <w:br/>
        <w:t>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