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――――――――――――――――――――――――――――――</w:t>
      </w:r>
    </w:p>
    <w:p>
      <w:r>
        <w:rPr>
          <w:b w:val="0"/>
          <w:i w:val="0"/>
        </w:rPr>
        <w:t>title: "Labrador Breed Notes - 06/09/2024 - ISSUE"</w:t>
      </w:r>
      <w:r>
        <w:br/>
      </w:r>
      <w:r>
        <w:rPr>
          <w:b w:val="0"/>
          <w:i w:val="0"/>
        </w:rPr>
        <w:br/>
        <w:t>date_original: "06/09/2024 - ISSUE"</w:t>
      </w:r>
      <w:r>
        <w:br/>
      </w:r>
      <w:r>
        <w:rPr>
          <w:b w:val="0"/>
          <w:i w:val="0"/>
        </w:rPr>
        <w:br/>
        <w:t>source_url: "https://www.ourdogs.co.uk/members/breednotes/RetrieverLabradorMain.php"</w:t>
      </w:r>
      <w:r>
        <w:br/>
      </w:r>
      <w:r>
        <w:rPr>
          <w:b w:val="0"/>
          <w:i w:val="0"/>
        </w:rPr>
        <w:br/>
        <w:t>scraped_at: "2026-09-13T15:07:28"</w:t>
      </w:r>
      <w:r>
        <w:br/>
      </w:r>
      <w:r>
        <w:rPr>
          <w:b w:val="0"/>
          <w:i w:val="0"/>
        </w:rPr>
        <w:br/>
        <w:t>word_count: 408</w:t>
      </w:r>
    </w:p>
    <w:p>
      <w:r>
        <w:t>――――――――――――――――――――――――――――――</w:t>
      </w:r>
    </w:p>
    <w:p>
      <w:r>
        <w:rPr>
          <w:b w:val="0"/>
          <w:i w:val="0"/>
        </w:rPr>
        <w:t>NEWS MEMBERS' AREA SHOP SUBSCRIBE UPCOMING SHOWS MORE</w:t>
      </w:r>
    </w:p>
    <w:p>
      <w:r>
        <w:rPr>
          <w:b w:val="0"/>
          <w:i w:val="0"/>
        </w:rPr>
        <w:t>RETRIEVER LABRADOR</w:t>
      </w:r>
    </w:p>
    <w:p>
      <w:r>
        <w:rPr>
          <w:b w:val="0"/>
          <w:i w:val="0"/>
        </w:rPr>
        <w:t>Issue: 06/09/2024</w:t>
      </w:r>
    </w:p>
    <w:p>
      <w:r>
        <w:rPr>
          <w:b w:val="0"/>
          <w:i w:val="0"/>
        </w:rPr>
        <w:t>It was a busy day at City Of Birmingham championship show, sadly no CCâ€™s at this show but our judge, Malinda Thomas, had a lovely entry of 42/47 and she found her BD and BOB in Tracey Pittockâ€™s Ch.Cheechako Aurelius, he later went on to being shortlisted in the Utility Group judged by Mike Gadsby. BB was Sarah Whiteheadâ€™s Glamglows Blissful Kiss with the reserves going to Emma Tohâ€™s Ferrybelleâ€™s Natsu Taiyo and Tanya Churchâ€™s Ch.Int/Ir Ch.Sanyinko Silver Spirit, Luna later went on to win 4th in the Utility Veteran Group under Mr K Young. A very happy Frances Cobb won BP with Camylaw Midnight and Best Special Beginner, going on to be shortlisted in the SB Group under judge Mr N Connell and lastly Debbie Proutâ€™s Ferrybelleâ€™s Hocus Pocus For Kessaku was Best Junior handled as usual by Ellie. Many congratulations to you all.</w:t>
      </w:r>
    </w:p>
    <w:p>
      <w:r>
        <w:rPr>
          <w:b w:val="0"/>
          <w:i w:val="0"/>
        </w:rPr>
        <w:t>Next came the Japanese Spitz Club open show which was judged by Linda Saich who also had a lovely entry of 40/41 and once again Traceyâ€™s Bill (Ch.Cheechako Aurelius) was declared BD and BIS with Penny Bambridgeâ€™s Ch.Charney Fine Design At Tartiko BB and RBIS, well done to you both. The reserves went to Debbie and Paul Turnerâ€™s Mayumiâ€™s Rough Diamond and Lynn Fraserâ€™s Tawvale Lola with BPIS being another win for Debbie Proutâ€™s Ferrybelleâ€™s Hocus Pocus For Kessaku and finally our BV was once again Tanya Churchâ€™s Luna (Ch.Int/Ir Ch.Sanyinko Silver Spirit. Congratulations everyone and thank you to everyone who entered under our judges and supported the Club.</w:t>
      </w:r>
    </w:p>
    <w:p>
      <w:r>
        <w:rPr>
          <w:b w:val="0"/>
          <w:i w:val="0"/>
        </w:rPr>
        <w:t>Next comes another championship show which is near to me, Richmond is held at the lovely Loseley Park and our judge is Paul Harding who has an entry of 39/38.</w:t>
      </w:r>
    </w:p>
    <w:p>
      <w:r>
        <w:rPr>
          <w:b w:val="0"/>
          <w:i w:val="0"/>
        </w:rPr>
        <w:t xml:space="preserve">Anne Kirton </w:t>
      </w:r>
    </w:p>
    <w:p>
      <w:r>
        <w:rPr>
          <w:b w:val="0"/>
          <w:i w:val="0"/>
        </w:rPr>
        <w:t>01189734691</w:t>
      </w:r>
    </w:p>
    <w:p>
      <w:r>
        <w:rPr>
          <w:b w:val="0"/>
          <w:i w:val="0"/>
        </w:rPr>
        <w:t>japspitz1@gmail.com</w:t>
      </w:r>
    </w:p>
    <w:p>
      <w:r>
        <w:rPr>
          <w:b w:val="0"/>
          <w:i w:val="0"/>
        </w:rPr>
        <w:t>Back to Archive</w:t>
      </w:r>
    </w:p>
    <w:p>
      <w:r>
        <w:rPr>
          <w:b w:val="0"/>
          <w:i w:val="0"/>
        </w:rPr>
        <w:t>Back to Breed Notes Index</w:t>
      </w:r>
    </w:p>
    <w:p>
      <w:r>
        <w:rPr>
          <w:b w:val="0"/>
          <w:i w:val="0"/>
        </w:rPr>
        <w:t>Tel</w:t>
      </w:r>
      <w:r>
        <w:br/>
      </w:r>
      <w:r>
        <w:rPr>
          <w:b w:val="0"/>
          <w:i w:val="0"/>
        </w:rPr>
        <w:br/>
        <w:t>0161 709 4550</w:t>
      </w:r>
      <w:r>
        <w:br/>
      </w:r>
      <w:r>
        <w:rPr>
          <w:b w:val="0"/>
          <w:i w:val="0"/>
        </w:rPr>
        <w:br/>
        <w:t>Advertising</w:t>
      </w:r>
      <w:r>
        <w:br/>
      </w:r>
      <w:r>
        <w:rPr>
          <w:b w:val="0"/>
          <w:i w:val="0"/>
        </w:rPr>
        <w:br/>
        <w:t>0161 709 4576</w:t>
      </w:r>
      <w:r>
        <w:br/>
      </w:r>
      <w:r>
        <w:rPr>
          <w:b w:val="0"/>
          <w:i w:val="0"/>
        </w:rPr>
        <w:br/>
        <w:t>Editorial</w:t>
      </w:r>
      <w:r>
        <w:br/>
      </w:r>
      <w:r>
        <w:rPr>
          <w:b w:val="0"/>
          <w:i w:val="0"/>
        </w:rPr>
        <w:br/>
        <w:t>0161 709 4550</w:t>
      </w:r>
      <w:r>
        <w:br/>
      </w:r>
      <w:r>
        <w:rPr>
          <w:b w:val="0"/>
          <w:i w:val="0"/>
        </w:rPr>
        <w:br/>
        <w:t>Subscriptions</w:t>
      </w:r>
      <w:r>
        <w:br/>
      </w:r>
      <w:r>
        <w:rPr>
          <w:b w:val="0"/>
          <w:i w:val="0"/>
        </w:rPr>
        <w:br/>
        <w:t>0161 709 4559</w:t>
      </w:r>
      <w:r>
        <w:br/>
      </w:r>
      <w:r>
        <w:rPr>
          <w:b w:val="0"/>
          <w:i w:val="0"/>
        </w:rPr>
        <w:br/>
        <w:t>Mail Order</w:t>
      </w:r>
      <w:r>
        <w:br/>
      </w:r>
      <w:r>
        <w:rPr>
          <w:b w:val="0"/>
          <w:i w:val="0"/>
        </w:rPr>
        <w:br/>
        <w:t>0161 709 4562</w:t>
      </w:r>
      <w:r>
        <w:br/>
      </w:r>
      <w:r>
        <w:rPr>
          <w:b w:val="0"/>
          <w:i w:val="0"/>
        </w:rPr>
        <w:br/>
        <w:t>Show Reports</w:t>
      </w:r>
      <w:r>
        <w:br/>
      </w:r>
      <w:r>
        <w:rPr>
          <w:b w:val="0"/>
          <w:i w:val="0"/>
        </w:rPr>
        <w:br/>
        <w:t>0161 709 4571</w:t>
      </w:r>
      <w:r>
        <w:br/>
      </w:r>
      <w:r>
        <w:rPr>
          <w:b w:val="0"/>
          <w:i w:val="0"/>
        </w:rPr>
        <w:br/>
        <w:t>SEND YOUR REPORT</w:t>
      </w:r>
      <w:r>
        <w:br/>
      </w:r>
      <w:r>
        <w:rPr>
          <w:b w:val="0"/>
          <w:i w:val="0"/>
        </w:rPr>
        <w:br/>
        <w:t>Competitions</w:t>
      </w:r>
      <w:r>
        <w:br/>
      </w:r>
      <w:r>
        <w:rPr>
          <w:b w:val="0"/>
          <w:i w:val="0"/>
        </w:rPr>
        <w:br/>
        <w:t>TOP DOG</w:t>
      </w:r>
      <w:r>
        <w:br/>
      </w:r>
      <w:r>
        <w:rPr>
          <w:b w:val="0"/>
          <w:i w:val="0"/>
        </w:rPr>
        <w:br/>
        <w:t>TOP PUPPY</w:t>
      </w:r>
      <w:r>
        <w:br/>
      </w:r>
      <w:r>
        <w:rPr>
          <w:b w:val="0"/>
          <w:i w:val="0"/>
        </w:rPr>
        <w:br/>
        <w:t>TOP BREEDER</w:t>
      </w:r>
      <w:r>
        <w:br/>
      </w:r>
      <w:r>
        <w:rPr>
          <w:b w:val="0"/>
          <w:i w:val="0"/>
        </w:rPr>
        <w:br/>
        <w:t>TOP STUD</w:t>
      </w:r>
      <w:r>
        <w:br/>
      </w:r>
      <w:r>
        <w:rPr>
          <w:b w:val="0"/>
          <w:i w:val="0"/>
        </w:rPr>
        <w:br/>
        <w:t>TOP BROOD</w:t>
      </w:r>
      <w:r>
        <w:br/>
      </w:r>
      <w:r>
        <w:rPr>
          <w:b w:val="0"/>
          <w:i w:val="0"/>
        </w:rPr>
        <w:br/>
        <w:t>Members' Area</w:t>
      </w:r>
      <w:r>
        <w:br/>
      </w:r>
      <w:r>
        <w:rPr>
          <w:b w:val="0"/>
          <w:i w:val="0"/>
        </w:rPr>
        <w:br/>
        <w:t>BREED NOTES</w:t>
      </w:r>
      <w:r>
        <w:br/>
      </w:r>
      <w:r>
        <w:rPr>
          <w:b w:val="0"/>
          <w:i w:val="0"/>
        </w:rPr>
        <w:br/>
        <w:t>CHAMP SHOWS</w:t>
      </w:r>
      <w:r>
        <w:br/>
      </w:r>
      <w:r>
        <w:rPr>
          <w:b w:val="0"/>
          <w:i w:val="0"/>
        </w:rPr>
        <w:br/>
        <w:t>GENERAL SHOWS</w:t>
      </w:r>
      <w:r>
        <w:br/>
      </w:r>
      <w:r>
        <w:rPr>
          <w:b w:val="0"/>
          <w:i w:val="0"/>
        </w:rPr>
        <w:br/>
        <w:t>REGULAR FEATURES</w:t>
      </w:r>
      <w:r>
        <w:br/>
      </w:r>
      <w:r>
        <w:rPr>
          <w:b w:val="0"/>
          <w:i w:val="0"/>
        </w:rPr>
        <w:br/>
        <w:t>DIGITAL EDITION</w:t>
      </w:r>
      <w:r>
        <w:br/>
      </w:r>
      <w:r>
        <w:rPr>
          <w:b w:val="0"/>
          <w:i w:val="0"/>
        </w:rPr>
        <w:br/>
        <w:t>Sign up for our newsletter</w:t>
      </w:r>
      <w:r>
        <w:br/>
      </w:r>
      <w:r>
        <w:rPr>
          <w:b w:val="0"/>
          <w:i w:val="0"/>
        </w:rPr>
        <w:br/>
        <w:t>Subscribe</w:t>
      </w:r>
      <w:r>
        <w:br/>
      </w:r>
      <w:r>
        <w:rPr>
          <w:b w:val="0"/>
          <w:i w:val="0"/>
        </w:rPr>
        <w:br/>
        <w:t>Follow Us</w:t>
      </w:r>
    </w:p>
    <w:p>
      <w:r>
        <w:rPr>
          <w:b w:val="0"/>
          <w:i w:val="0"/>
        </w:rPr>
        <w:t>© Our Dogs Publishing All Rights Reserved. | Privacy Policy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