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- 23/03/2018 - ISSUE"</w:t>
      </w:r>
      <w:r>
        <w:br/>
      </w:r>
      <w:r>
        <w:rPr>
          <w:b w:val="0"/>
          <w:i w:val="0"/>
        </w:rPr>
        <w:br/>
        <w:t>date_original: "23/03/2018 - ISSUE"</w:t>
      </w:r>
      <w:r>
        <w:br/>
      </w:r>
      <w:r>
        <w:rPr>
          <w:b w:val="0"/>
          <w:i w:val="0"/>
        </w:rPr>
        <w:br/>
        <w:t>source_url: "https://www.ourdogs.co.uk/members/breednotes/RetrieverLabradorMain.php"</w:t>
      </w:r>
      <w:r>
        <w:br/>
      </w:r>
      <w:r>
        <w:rPr>
          <w:b w:val="0"/>
          <w:i w:val="0"/>
        </w:rPr>
        <w:br/>
        <w:t>scraped_at: "2026-09-13T15:23:32"</w:t>
      </w:r>
      <w:r>
        <w:br/>
      </w:r>
      <w:r>
        <w:rPr>
          <w:b w:val="0"/>
          <w:i w:val="0"/>
        </w:rPr>
        <w:br/>
        <w:t>word_count: 698</w:t>
      </w:r>
    </w:p>
    <w:p>
      <w:r>
        <w:t>――――――――――――――――――――――――――――――</w:t>
      </w:r>
    </w:p>
    <w:p>
      <w:r>
        <w:rPr>
          <w:b w:val="0"/>
          <w:i w:val="0"/>
        </w:rPr>
        <w:t>NEWS MEMBERS' AREA SHOP SUBSCRIBE UPCOMING SHOWS MORE</w:t>
      </w:r>
    </w:p>
    <w:p>
      <w:r>
        <w:rPr>
          <w:b w:val="0"/>
          <w:i w:val="0"/>
        </w:rPr>
        <w:t>RETRIEVER LABRADOR</w:t>
      </w:r>
    </w:p>
    <w:p>
      <w:r>
        <w:rPr>
          <w:b w:val="0"/>
          <w:i w:val="0"/>
        </w:rPr>
        <w:t>Issue: 23/03/2018</w:t>
      </w:r>
    </w:p>
    <w:p>
      <w:r>
        <w:rPr>
          <w:b w:val="0"/>
          <w:i w:val="0"/>
        </w:rPr>
        <w:t>I hope, this year not too many of you have gone down with the post-Crufts lurgy which usually does the rounds. I actually think I may have escaped it for once. Fingers crossed!</w:t>
      </w:r>
    </w:p>
    <w:p>
      <w:r>
        <w:rPr>
          <w:b w:val="0"/>
          <w:i w:val="0"/>
        </w:rPr>
        <w:t>During the following week, it was great to see Valerie Delprat and other photographers records of the Labrador judging. Looking at the photos on Facebook, there appear to be very many new faces in our midst, which has to be good.</w:t>
      </w:r>
    </w:p>
    <w:p>
      <w:r>
        <w:rPr>
          <w:b w:val="0"/>
          <w:i w:val="0"/>
        </w:rPr>
        <w:t>The Welsh Lab Club Open Show will be held at the usual Caerphilly venue on 14th April. The judge is Gail Dodd (Carriegame). Further details from Club Secretary, Margaret Barker tel 01443842585.</w:t>
      </w:r>
    </w:p>
    <w:p>
      <w:r>
        <w:rPr>
          <w:b w:val="0"/>
          <w:i w:val="0"/>
        </w:rPr>
        <w:t>I had an interesting phone call from Christina Chapman, who was the commentator at this years Crufts 'Obreedience' finals . The Obreedience competition and overall final was won by a team of four Labradors called "the Lively Labs".</w:t>
      </w:r>
    </w:p>
    <w:p>
      <w:r>
        <w:rPr>
          <w:b w:val="0"/>
          <w:i w:val="0"/>
        </w:rPr>
        <w:t>Not having a clue what Obreedience was, I asked Christina to explain, which she did as follows:- 'It is a cross between basic obedience and the Good Citizens classes and is good fun to watch.  There were ten teams competing at this years Crufts. They had all been qualifying at shows during the year and amassing points.  The top ten teams with the largest number of points were invited to compete in the final at Crufts'.</w:t>
      </w:r>
    </w:p>
    <w:p>
      <w:r>
        <w:rPr>
          <w:b w:val="0"/>
          <w:i w:val="0"/>
        </w:rPr>
        <w:t>So, Obreedience, sounds really enjoyable. Maybe time for some of you to have a look into the latest sport and try to compete for the Breed at next years Crufts.</w:t>
      </w:r>
    </w:p>
    <w:p>
      <w:r>
        <w:rPr>
          <w:b w:val="0"/>
          <w:i w:val="0"/>
        </w:rPr>
        <w:t xml:space="preserve">The entry of 186 dogs and bitches at Three Ridings Lab Club Championship show held near Bradford, was judged by husband and wife, Arwyn Ellis (Dogs) and Sian Ellis (Bitches). The weather forecast was not good with snow due to arrive at any time. Judging was over by 2pm giving everyone a good chance at driving home without getting stranded. The Dog CC &amp; BOB was won by Christine s Bailiss's yellow dog,  Sh ChTissalian Hi Jack JW. The RCC went to Mrs Wyatts chocolate Ch Meadowleigh Brown Sugar. The Bitch CC was a first such award for Maxine </w:t>
      </w:r>
    </w:p>
    <w:p>
      <w:r>
        <w:rPr>
          <w:b w:val="0"/>
          <w:i w:val="0"/>
        </w:rPr>
        <w:t>Woodleys black, A Sense of Pleasures Ylvi at Alkamhurst (Imp Deu) whilst the Bitch RCC went to David Coodes black, Warringah's Gurley. Best Puppy was Judith Charltons  yellow Classican Act at Foxrush</w:t>
      </w:r>
    </w:p>
    <w:p>
      <w:r>
        <w:rPr>
          <w:b w:val="0"/>
          <w:i w:val="0"/>
        </w:rPr>
        <w:t>The heavy snow returned last weekend so, marooned indoors yet again and once the dogs were fed exercised and watered, I set too, dusting and reorganising the vast numbers of books on the bookshelves in the study, a job I started some weeks ago and never completed, as there were far better things to do with my life than cleaning, once the snow had melted and the sun had returned !</w:t>
      </w:r>
    </w:p>
    <w:p>
      <w:r>
        <w:rPr>
          <w:b w:val="0"/>
          <w:i w:val="0"/>
        </w:rPr>
        <w:t xml:space="preserve">So there I was, last weekend, whilst exhibitors were enjoying Three Ridings, once again cut off by the snow, indoors, arranging books, when I came upon Bruce Fogles The Dog's Mind. The book fell open at a page with a sketch of a gently seated dog, appealing so kindly to its returning owner with front paw raised, prior to jumping up in greeting, so full of affection. </w:t>
      </w:r>
    </w:p>
    <w:p>
      <w:r>
        <w:rPr>
          <w:b w:val="0"/>
          <w:i w:val="0"/>
        </w:rPr>
        <w:t>I thought, 'That's so nice and so typical of a warm loving dog  who obviously adores his owner.'</w:t>
      </w:r>
    </w:p>
    <w:p>
      <w:r>
        <w:rPr>
          <w:b w:val="0"/>
          <w:i w:val="0"/>
        </w:rPr>
        <w:t xml:space="preserve">I then read the caption underneath the picture, which spoilt my preconceived ideas of great loyalty and affection for its owner. </w:t>
      </w:r>
    </w:p>
    <w:p>
      <w:r>
        <w:rPr>
          <w:b w:val="0"/>
          <w:i w:val="0"/>
        </w:rPr>
        <w:t>The text brought things down to earth and proved far more basic. 'Dogs that jump up to 'kiss' their masters 'Hello',  are actually asking them to regurgitate a meal' a characteristic passed down over  thousands of  years of canine selective breeding. Yuk!</w:t>
      </w:r>
    </w:p>
    <w:p>
      <w:r>
        <w:rPr>
          <w:b w:val="0"/>
          <w:i w:val="0"/>
        </w:rPr>
        <w:t xml:space="preserve">Ann Britton </w:t>
      </w:r>
    </w:p>
    <w:p>
      <w:r>
        <w:rPr>
          <w:b w:val="0"/>
          <w:i w:val="0"/>
        </w:rPr>
        <w:t xml:space="preserve">01989720665 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