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- 17/07/2015 - ISSUE"</w:t>
      </w:r>
      <w:r>
        <w:br/>
      </w:r>
      <w:r>
        <w:rPr>
          <w:b w:val="0"/>
          <w:i w:val="0"/>
        </w:rPr>
        <w:br/>
        <w:t>date_original: "17/07/2015 - ISSUE"</w:t>
      </w:r>
      <w:r>
        <w:br/>
      </w:r>
      <w:r>
        <w:rPr>
          <w:b w:val="0"/>
          <w:i w:val="0"/>
        </w:rPr>
        <w:br/>
        <w:t>source_url: "https://www.ourdogs.co.uk/members/breednotes/RetrieverLabradorMain.php"</w:t>
      </w:r>
      <w:r>
        <w:br/>
      </w:r>
      <w:r>
        <w:rPr>
          <w:b w:val="0"/>
          <w:i w:val="0"/>
        </w:rPr>
        <w:br/>
        <w:t>scraped_at: "2026-09-13T15:31:05"</w:t>
      </w:r>
      <w:r>
        <w:br/>
      </w:r>
      <w:r>
        <w:rPr>
          <w:b w:val="0"/>
          <w:i w:val="0"/>
        </w:rPr>
        <w:br/>
        <w:t>word_count: 904</w:t>
      </w:r>
    </w:p>
    <w:p>
      <w:r>
        <w:t>――――――――――――――――――――――――――――――</w:t>
      </w:r>
    </w:p>
    <w:p>
      <w:r>
        <w:rPr>
          <w:b w:val="0"/>
          <w:i w:val="0"/>
        </w:rPr>
        <w:t>NEWS MEMBERS' AREA SHOP SUBSCRIBE UPCOMING SHOWS MORE</w:t>
      </w:r>
    </w:p>
    <w:p>
      <w:r>
        <w:rPr>
          <w:b w:val="0"/>
          <w:i w:val="0"/>
        </w:rPr>
        <w:t>RETRIEVER LABRADOR</w:t>
      </w:r>
    </w:p>
    <w:p>
      <w:r>
        <w:rPr>
          <w:b w:val="0"/>
          <w:i w:val="0"/>
        </w:rPr>
        <w:t>Issue: 17/07/2015</w:t>
      </w:r>
    </w:p>
    <w:p>
      <w:r>
        <w:rPr>
          <w:b w:val="0"/>
          <w:i w:val="0"/>
        </w:rPr>
        <w:t>Stop press. Sharon Lamberts yellow dog puppy, Mattand Exodus, who was Best puppy in Show at Windsor, has qualified at his very first attempt for the autumn finals of the Pup of the Year Stakes competition being overall winner four days at East of England. Well done.</w:t>
      </w:r>
    </w:p>
    <w:p>
      <w:r>
        <w:rPr>
          <w:b w:val="0"/>
          <w:i w:val="0"/>
        </w:rPr>
        <w:t>Do remember Saturday July 18th is Midland Counties Lab Club Garden Party at the Neachells home, Wellfield House, Orgreave, Alrewas, Burton on Trent,  DE13 7DH starting at 12-00 noon. Full details in last week's Our Dogs Breed Notes.</w:t>
      </w:r>
    </w:p>
    <w:p>
      <w:r>
        <w:rPr>
          <w:b w:val="0"/>
          <w:i w:val="0"/>
        </w:rPr>
        <w:t>It is also the Labrador Club of Wales Open Show at Caerphilly in South Wales.</w:t>
      </w:r>
    </w:p>
    <w:p>
      <w:r>
        <w:rPr>
          <w:b w:val="0"/>
          <w:i w:val="0"/>
        </w:rPr>
        <w:t xml:space="preserve">Following the recent passing of Janet Neal's dear husband, Lou, Janet, of the well-known and well-respected Amberstope Labradors writes, "I would just like to thank everyone for the cards and kind thoughts following the death of Lou. I also thank all those who attended his funeral. It was nice to see old friends and new, paying their respects. </w:t>
      </w:r>
    </w:p>
    <w:p>
      <w:r>
        <w:rPr>
          <w:b w:val="0"/>
          <w:i w:val="0"/>
        </w:rPr>
        <w:t>My special thanks go to the close friends who have been there for me during the past weeks. Lou will be greatly missed in the Amberstope Kennel. The collection for Cancer Research made Â£260.00. Thank you to all for your generous donations."</w:t>
      </w:r>
    </w:p>
    <w:p>
      <w:r>
        <w:rPr>
          <w:b w:val="0"/>
          <w:i w:val="0"/>
        </w:rPr>
        <w:t xml:space="preserve">Lou was often seen quietly sitting ringside, always with a wry, happy smile and a kind word for other exhibitors, as he supported Janet, who over the years was campaigning her top class youngsters and champions. Their kennel made up the black champions, Sh Ch Amberstope Blue Moon and his son, Sh Ch Ludalor Lunar Eclipse over Amberstope, plus the yellow, Sh Ch Amberstope Rebel Yell. </w:t>
      </w:r>
    </w:p>
    <w:p>
      <w:r>
        <w:rPr>
          <w:b w:val="0"/>
          <w:i w:val="0"/>
        </w:rPr>
        <w:t>Lorraine Tooths yellow dog, Ch Ludalor Lunar Orbit JW, was litter brother of the Neals Sh Ch L. Lunar Eclipse over Amberstope and their sire, Sh Ch Amberstope Blue Moon is the grandsire of Ch Warringahs Gundaroo JW and G. Grandsire of current young winner, Ch Warringahs Perth JW ShCM.</w:t>
      </w:r>
    </w:p>
    <w:p>
      <w:r>
        <w:rPr>
          <w:b w:val="0"/>
          <w:i w:val="0"/>
        </w:rPr>
        <w:t>I trust, in time, Janet will feel able to return to her many friends and the Labrador show scene. Meanwhile our thoughts and best wishes are with her.</w:t>
      </w:r>
    </w:p>
    <w:p>
      <w:r>
        <w:rPr>
          <w:b w:val="0"/>
          <w:i w:val="0"/>
        </w:rPr>
        <w:t>A thrilled and elated breeder, Anne Hoban (Meadowleigh) writes "Just a few lines re 'our' brown boy, Sh Ch Meadowleigh Brown Sugar, who has thrilled &amp; delighted us by becoming our first home bred title holder. He won his third CC and became a Show Champion at the Labrador Retriever Club 2015. What a joy!</w:t>
      </w:r>
    </w:p>
    <w:p>
      <w:r>
        <w:rPr>
          <w:b w:val="0"/>
          <w:i w:val="0"/>
        </w:rPr>
        <w:t>Anne continues, "Wes" as he is known, is indeed a canine delight. I picked him out for friends Anne &amp; Phil Wyatt, whom we have known for many years, from 5 males in a litter of 7, as a potential 'show dog' but first and foremost to be a lovely family Labrador &amp; companion to their other black, Oscar.</w:t>
      </w:r>
    </w:p>
    <w:p>
      <w:r>
        <w:rPr>
          <w:b w:val="0"/>
          <w:i w:val="0"/>
        </w:rPr>
        <w:t>"Wes" has had such an incredible run of success. After his first CC was awarded by Marlene Hepper at WELKS 2014 at the age of 12months &amp; 1 week, he went on to win 9 Limit classes, including 3 RCC's. He has now added 3 more CC's, with Best in Show at the two most recent breed club shows. "</w:t>
      </w:r>
    </w:p>
    <w:p>
      <w:r>
        <w:rPr>
          <w:b w:val="0"/>
          <w:i w:val="0"/>
        </w:rPr>
        <w:t xml:space="preserve">" Rebecca &amp; Jackie Hodge (Naiken) were thrilled when they first met Wes as a puppy at the Labrador Retriever Club of Wales in 2014, because he was  a grandson of their chocolate dog Sh Ch Naiken Way out West. </w:t>
      </w:r>
    </w:p>
    <w:p>
      <w:r>
        <w:rPr>
          <w:b w:val="0"/>
          <w:i w:val="0"/>
        </w:rPr>
        <w:t>Becca offered to show him at Championship shows &amp; here we are. What a journey and a dream come true!  Becca has such a rapport with him and is such a brilliant handler so a great combination has been formed &amp; she just adores him!"</w:t>
      </w:r>
    </w:p>
    <w:p>
      <w:r>
        <w:rPr>
          <w:b w:val="0"/>
          <w:i w:val="0"/>
        </w:rPr>
        <w:t>Thank you Anne for this lovely, happy account. It really is such a thrill to watch from afar, a puppy that you have bred and cherished, do so well in the ring for its new owners and handlers. Many congratulations.</w:t>
      </w:r>
    </w:p>
    <w:p>
      <w:r>
        <w:rPr>
          <w:b w:val="0"/>
          <w:i w:val="0"/>
        </w:rPr>
        <w:t>Labradors at the East of England show were judged by Sheilagh Walton. The weather was still in its hot and humid phase and, although entered, I decided a long hot car journey was not desirable. When staying at home, we have all got used to Fosse Datas instant on line results service! We have been spoilt of late with results posted so very quickly, nearly as the classes finish,. Unfortunately for East of England Gundog Day there was a spanner in the Fosse works and the results were not up until the evening. The  winners from an entry of 166 dogs and bitches were Dog CC - Chris Ayres black, Musubi ImperialTopaz JW, Dog RCC - David Coodes 2 year old yellow, Ch Warringahs Perth JW ShCM, (I gather this was his 8th RCC); Bitch CC - Ian Dawsons yellow, Sh Ch Bescerby Larksong JW and Bitch RCC Miss N Davies yellow, Driffwold Daisy Baggins.</w:t>
      </w:r>
    </w:p>
    <w:p>
      <w:r>
        <w:rPr>
          <w:b w:val="0"/>
          <w:i w:val="0"/>
        </w:rPr>
        <w:t>Best Puppy was Jo and Andy Metcalfes yellow dog, Baileydale in a Pickle.</w:t>
      </w:r>
    </w:p>
    <w:p>
      <w:r>
        <w:rPr>
          <w:b w:val="0"/>
          <w:i w:val="0"/>
        </w:rPr>
        <w:t xml:space="preserve">Ann Britton </w:t>
      </w:r>
    </w:p>
    <w:p>
      <w:r>
        <w:rPr>
          <w:b w:val="0"/>
          <w:i w:val="0"/>
        </w:rPr>
        <w:t>01989720665</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