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――――――――――――――――――――――――――――――</w:t>
      </w:r>
    </w:p>
    <w:p>
      <w:r>
        <w:rPr>
          <w:b w:val="0"/>
          <w:i w:val="0"/>
        </w:rPr>
        <w:t>title: "Labrador Breed Notes - 17/05/2024 - ISSUE"</w:t>
      </w:r>
      <w:r>
        <w:br/>
      </w:r>
      <w:r>
        <w:rPr>
          <w:b w:val="0"/>
          <w:i w:val="0"/>
        </w:rPr>
        <w:br/>
        <w:t>date_original: "17/05/2024 - ISSUE"</w:t>
      </w:r>
      <w:r>
        <w:br/>
      </w:r>
      <w:r>
        <w:rPr>
          <w:b w:val="0"/>
          <w:i w:val="0"/>
        </w:rPr>
        <w:br/>
        <w:t>source_url: "https://www.ourdogs.co.uk/members/breednotes/RetrieverLabradorMain.php"</w:t>
      </w:r>
      <w:r>
        <w:br/>
      </w:r>
      <w:r>
        <w:rPr>
          <w:b w:val="0"/>
          <w:i w:val="0"/>
        </w:rPr>
        <w:br/>
        <w:t>scraped_at: "2026-09-13T15:08:10"</w:t>
      </w:r>
      <w:r>
        <w:br/>
      </w:r>
      <w:r>
        <w:rPr>
          <w:b w:val="0"/>
          <w:i w:val="0"/>
        </w:rPr>
        <w:br/>
        <w:t>word_count: 530</w:t>
      </w:r>
    </w:p>
    <w:p>
      <w:r>
        <w:t>――――――――――――――――――――――――――――――</w:t>
      </w:r>
    </w:p>
    <w:p>
      <w:r>
        <w:rPr>
          <w:b w:val="0"/>
          <w:i w:val="0"/>
        </w:rPr>
        <w:t>NEWS MEMBERS' AREA SHOP SUBSCRIBE UPCOMING SHOWS MORE</w:t>
      </w:r>
    </w:p>
    <w:p>
      <w:r>
        <w:rPr>
          <w:b w:val="0"/>
          <w:i w:val="0"/>
        </w:rPr>
        <w:t>RETRIEVER LABRADOR</w:t>
      </w:r>
    </w:p>
    <w:p>
      <w:r>
        <w:rPr>
          <w:b w:val="0"/>
          <w:i w:val="0"/>
        </w:rPr>
        <w:t>Issue: 17/05/2024</w:t>
      </w:r>
    </w:p>
    <w:p>
      <w:r>
        <w:rPr>
          <w:b w:val="0"/>
          <w:i w:val="0"/>
        </w:rPr>
        <w:t xml:space="preserve">Iâ€™m only just back home from exhibiting successfully on  Terrier day at the National Dog Show Stafford, so apologies for brief notes this week. </w:t>
      </w:r>
    </w:p>
    <w:p>
      <w:r>
        <w:rPr>
          <w:b w:val="0"/>
          <w:i w:val="0"/>
        </w:rPr>
        <w:t>The National Dog Show was luckily blessed with dry sunny weather. The Labrador judges on the first day of the four day show were Mr David Craig &amp; Mr R Floyd . Their winners were- BEST OF BREED WOODLEY, Mrs Maxine Sh Ch A Sense Of Pleasures Ylvi At Alkhamhurst (Im Dog CC HODGE, Mr &amp; Mrs &amp; Miss Arv &amp; R Sh Ch Ir Sh Ch Naiken Elite Envoy (ai) JW Ir J Ch Res Dog CC HOPKINSON, Mrs Marion Rocheby Havana Bitch CC WOODLEY, Mrs Maxine Sh Ch A Sense Of Pleasures Ylvi At Alkhamhurst (Im Res Bitch CC SHIRTON, Mrs Y Woolman Wish Upon A Star Best Puppy MCLELLAN, Mr &amp; Mrs D &amp; S Saranden Iâ€™m On Fire Best Veteran  WOODLEY, Mrs Maxine Sh Ch A Sense Of Pleasures Ylvi At Alkhamhurst (Im Best Special Beginner  JONES, Miss K L Serengochâ€™s Knockin Boots</w:t>
      </w:r>
    </w:p>
    <w:p>
      <w:r>
        <w:rPr>
          <w:b w:val="0"/>
          <w:i w:val="0"/>
        </w:rPr>
        <w:t>Thank you Anne Hoban for the results of WELRC Open show.  â€œThe West of England 2nd Open Show this year on May 11th turned into a very warm one for the dogs and also for our judge Charlotte Rowe (Rochevale)</w:t>
      </w:r>
    </w:p>
    <w:p>
      <w:r>
        <w:rPr>
          <w:b w:val="0"/>
          <w:i w:val="0"/>
        </w:rPr>
        <w:t>An enjoyable day was had by all and thank you to all those folks who donated raffle or food contributions or helped out in any way.</w:t>
      </w:r>
    </w:p>
    <w:p>
      <w:r>
        <w:rPr>
          <w:b w:val="0"/>
          <w:i w:val="0"/>
        </w:rPr>
        <w:t>A respectful two minute silence was held on behalf of Chris &amp; Claire Millsâ€™ son Jason...at what must be a hugely sad time for them.</w:t>
      </w:r>
    </w:p>
    <w:p>
      <w:r>
        <w:rPr>
          <w:b w:val="0"/>
          <w:i w:val="0"/>
        </w:rPr>
        <w:t>The main winners were.. Best Bitch &amp; Best in Show was awarded to Lembas Kakamora  (Ch / Ir Sh Ch Meadowleigh Brown Sugar SGWC) x Lembas Moana) Best Dog, Reserve BIS &amp; BOS went to Stephanie Perkinsâ€™s Carromer Tequila By Keeninspires  (Rocheby Town Cryer x Carromer Shimmering Silk Best Puppy in Show was Andy &amp; Jo Metcalfeâ€™s Baileydale Rocket Man (Int Ch Bravo Messi x Baileydale Hunka Munka) Best Baby Puppy went to Steph Perkinsâ€™s Keeninspires Grand Dukev (Llanstinan Roman Reigns x Keeninspires Mamma Mia) Best Veteran in Show was Linda Majorâ€™s My Linjor Des Landes Dâ€™Eole (Imp Fra)  (Int Ch Linjor Chocolate Soldier x I Love My Chocolate Cookie Du Doamine De Men Halen) Best Chocolate in Show was awarded to the Metcalfeâ€™s  Rumhill Bertie Wooster By Baileydale JW  (Baileydale Puff Daddy x Rumhill Starry Night)</w:t>
      </w:r>
    </w:p>
    <w:p>
      <w:r>
        <w:rPr>
          <w:b w:val="0"/>
          <w:i w:val="0"/>
        </w:rPr>
        <w:t>Congratulations to all and thank you to everyone who came along and supported the Club.</w:t>
      </w:r>
    </w:p>
    <w:p>
      <w:r>
        <w:rPr>
          <w:b w:val="0"/>
          <w:i w:val="0"/>
        </w:rPr>
        <w:t>We will hope to see many of you again later in the year at our Championship Show on the 2nd November.â€</w:t>
      </w:r>
    </w:p>
    <w:p>
      <w:r>
        <w:rPr>
          <w:b w:val="0"/>
          <w:i w:val="0"/>
        </w:rPr>
        <w:t xml:space="preserve">Ann Britton </w:t>
      </w:r>
    </w:p>
    <w:p>
      <w:r>
        <w:rPr>
          <w:b w:val="0"/>
          <w:i w:val="0"/>
        </w:rPr>
        <w:t>bowstones@btinternet.com</w:t>
      </w:r>
    </w:p>
    <w:p>
      <w:r>
        <w:rPr>
          <w:b w:val="0"/>
          <w:i w:val="0"/>
        </w:rPr>
        <w:t>Back to Archive</w:t>
      </w:r>
    </w:p>
    <w:p>
      <w:r>
        <w:rPr>
          <w:b w:val="0"/>
          <w:i w:val="0"/>
        </w:rPr>
        <w:t>Back to Breed Notes Index</w:t>
      </w:r>
    </w:p>
    <w:p>
      <w:r>
        <w:rPr>
          <w:b w:val="0"/>
          <w:i w:val="0"/>
        </w:rPr>
        <w:t>Tel</w:t>
      </w:r>
      <w:r>
        <w:br/>
      </w:r>
      <w:r>
        <w:rPr>
          <w:b w:val="0"/>
          <w:i w:val="0"/>
        </w:rPr>
        <w:br/>
        <w:t>0161 709 4550</w:t>
      </w:r>
      <w:r>
        <w:br/>
      </w:r>
      <w:r>
        <w:rPr>
          <w:b w:val="0"/>
          <w:i w:val="0"/>
        </w:rPr>
        <w:br/>
        <w:t>Advertising</w:t>
      </w:r>
      <w:r>
        <w:br/>
      </w:r>
      <w:r>
        <w:rPr>
          <w:b w:val="0"/>
          <w:i w:val="0"/>
        </w:rPr>
        <w:br/>
        <w:t>0161 709 4576</w:t>
      </w:r>
      <w:r>
        <w:br/>
      </w:r>
      <w:r>
        <w:rPr>
          <w:b w:val="0"/>
          <w:i w:val="0"/>
        </w:rPr>
        <w:br/>
        <w:t>Editorial</w:t>
      </w:r>
      <w:r>
        <w:br/>
      </w:r>
      <w:r>
        <w:rPr>
          <w:b w:val="0"/>
          <w:i w:val="0"/>
        </w:rPr>
        <w:br/>
        <w:t>0161 709 4550</w:t>
      </w:r>
      <w:r>
        <w:br/>
      </w:r>
      <w:r>
        <w:rPr>
          <w:b w:val="0"/>
          <w:i w:val="0"/>
        </w:rPr>
        <w:br/>
        <w:t>Subscriptions</w:t>
      </w:r>
      <w:r>
        <w:br/>
      </w:r>
      <w:r>
        <w:rPr>
          <w:b w:val="0"/>
          <w:i w:val="0"/>
        </w:rPr>
        <w:br/>
        <w:t>0161 709 4559</w:t>
      </w:r>
      <w:r>
        <w:br/>
      </w:r>
      <w:r>
        <w:rPr>
          <w:b w:val="0"/>
          <w:i w:val="0"/>
        </w:rPr>
        <w:br/>
        <w:t>Mail Order</w:t>
      </w:r>
      <w:r>
        <w:br/>
      </w:r>
      <w:r>
        <w:rPr>
          <w:b w:val="0"/>
          <w:i w:val="0"/>
        </w:rPr>
        <w:br/>
        <w:t>0161 709 4562</w:t>
      </w:r>
      <w:r>
        <w:br/>
      </w:r>
      <w:r>
        <w:rPr>
          <w:b w:val="0"/>
          <w:i w:val="0"/>
        </w:rPr>
        <w:br/>
        <w:t>Show Reports</w:t>
      </w:r>
      <w:r>
        <w:br/>
      </w:r>
      <w:r>
        <w:rPr>
          <w:b w:val="0"/>
          <w:i w:val="0"/>
        </w:rPr>
        <w:br/>
        <w:t>0161 709 4571</w:t>
      </w:r>
      <w:r>
        <w:br/>
      </w:r>
      <w:r>
        <w:rPr>
          <w:b w:val="0"/>
          <w:i w:val="0"/>
        </w:rPr>
        <w:br/>
        <w:t>SEND YOUR REPORT</w:t>
      </w:r>
      <w:r>
        <w:br/>
      </w:r>
      <w:r>
        <w:rPr>
          <w:b w:val="0"/>
          <w:i w:val="0"/>
        </w:rPr>
        <w:br/>
        <w:t>Competitions</w:t>
      </w:r>
      <w:r>
        <w:br/>
      </w:r>
      <w:r>
        <w:rPr>
          <w:b w:val="0"/>
          <w:i w:val="0"/>
        </w:rPr>
        <w:br/>
        <w:t>TOP DOG</w:t>
      </w:r>
      <w:r>
        <w:br/>
      </w:r>
      <w:r>
        <w:rPr>
          <w:b w:val="0"/>
          <w:i w:val="0"/>
        </w:rPr>
        <w:br/>
        <w:t>TOP PUPPY</w:t>
      </w:r>
      <w:r>
        <w:br/>
      </w:r>
      <w:r>
        <w:rPr>
          <w:b w:val="0"/>
          <w:i w:val="0"/>
        </w:rPr>
        <w:br/>
        <w:t>TOP BREEDER</w:t>
      </w:r>
      <w:r>
        <w:br/>
      </w:r>
      <w:r>
        <w:rPr>
          <w:b w:val="0"/>
          <w:i w:val="0"/>
        </w:rPr>
        <w:br/>
        <w:t>TOP STUD</w:t>
      </w:r>
      <w:r>
        <w:br/>
      </w:r>
      <w:r>
        <w:rPr>
          <w:b w:val="0"/>
          <w:i w:val="0"/>
        </w:rPr>
        <w:br/>
        <w:t>TOP BROOD</w:t>
      </w:r>
      <w:r>
        <w:br/>
      </w:r>
      <w:r>
        <w:rPr>
          <w:b w:val="0"/>
          <w:i w:val="0"/>
        </w:rPr>
        <w:br/>
        <w:t>Members' Area</w:t>
      </w:r>
      <w:r>
        <w:br/>
      </w:r>
      <w:r>
        <w:rPr>
          <w:b w:val="0"/>
          <w:i w:val="0"/>
        </w:rPr>
        <w:br/>
        <w:t>BREED NOTES</w:t>
      </w:r>
      <w:r>
        <w:br/>
      </w:r>
      <w:r>
        <w:rPr>
          <w:b w:val="0"/>
          <w:i w:val="0"/>
        </w:rPr>
        <w:br/>
        <w:t>CHAMP SHOWS</w:t>
      </w:r>
      <w:r>
        <w:br/>
      </w:r>
      <w:r>
        <w:rPr>
          <w:b w:val="0"/>
          <w:i w:val="0"/>
        </w:rPr>
        <w:br/>
        <w:t>GENERAL SHOWS</w:t>
      </w:r>
      <w:r>
        <w:br/>
      </w:r>
      <w:r>
        <w:rPr>
          <w:b w:val="0"/>
          <w:i w:val="0"/>
        </w:rPr>
        <w:br/>
        <w:t>REGULAR FEATURES</w:t>
      </w:r>
      <w:r>
        <w:br/>
      </w:r>
      <w:r>
        <w:rPr>
          <w:b w:val="0"/>
          <w:i w:val="0"/>
        </w:rPr>
        <w:br/>
        <w:t>DIGITAL EDITION</w:t>
      </w:r>
      <w:r>
        <w:br/>
      </w:r>
      <w:r>
        <w:rPr>
          <w:b w:val="0"/>
          <w:i w:val="0"/>
        </w:rPr>
        <w:br/>
        <w:t>Sign up for our newsletter</w:t>
      </w:r>
      <w:r>
        <w:br/>
      </w:r>
      <w:r>
        <w:rPr>
          <w:b w:val="0"/>
          <w:i w:val="0"/>
        </w:rPr>
        <w:br/>
        <w:t>Subscribe</w:t>
      </w:r>
      <w:r>
        <w:br/>
      </w:r>
      <w:r>
        <w:rPr>
          <w:b w:val="0"/>
          <w:i w:val="0"/>
        </w:rPr>
        <w:br/>
        <w:t>Follow Us</w:t>
      </w:r>
    </w:p>
    <w:p>
      <w:r>
        <w:rPr>
          <w:b w:val="0"/>
          <w:i w:val="0"/>
        </w:rPr>
        <w:t>© Our Dogs Publishing All Rights Reserved. | Privacy Policy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