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title: "Labrador Breed Notes - 4 Feb 2005"</w:t>
      </w:r>
      <w:r>
        <w:br/>
      </w:r>
      <w:r>
        <w:rPr>
          <w:b w:val="0"/>
          <w:i w:val="0"/>
        </w:rPr>
        <w:br/>
        <w:t>date_original: "4 Feb 2005"</w:t>
      </w:r>
      <w:r>
        <w:br/>
      </w:r>
      <w:r>
        <w:rPr>
          <w:b w:val="0"/>
          <w:i w:val="0"/>
        </w:rPr>
        <w:br/>
        <w:t>source_url: "https://www.ourdogs.co.uk/members/breednotes/2005/RetrieverLabrador/RetrieverLabrador-feb4.htm"</w:t>
      </w:r>
      <w:r>
        <w:br/>
      </w:r>
      <w:r>
        <w:rPr>
          <w:b w:val="0"/>
          <w:i w:val="0"/>
        </w:rPr>
        <w:br/>
        <w:t>archive_type: "static_html"</w:t>
      </w:r>
      <w:r>
        <w:br/>
      </w:r>
      <w:r>
        <w:rPr>
          <w:b w:val="0"/>
          <w:i w:val="0"/>
        </w:rPr>
        <w:br/>
        <w:t>scraped_at: "2026-09-13T22:11:47"</w:t>
      </w:r>
      <w:r>
        <w:br/>
      </w:r>
      <w:r>
        <w:rPr>
          <w:b w:val="0"/>
          <w:i w:val="0"/>
        </w:rPr>
        <w:br/>
        <w:t>word_count: 820</w:t>
      </w:r>
    </w:p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Welcome !</w:t>
      </w:r>
    </w:p>
    <w:p>
      <w:r>
        <w:rPr>
          <w:b w:val="0"/>
          <w:i w:val="0"/>
        </w:rPr>
        <w:t>Hello and welcome to the Our Dogs home page.</w:t>
      </w:r>
    </w:p>
    <w:p>
      <w:r>
        <w:rPr>
          <w:b w:val="0"/>
          <w:i w:val="0"/>
        </w:rPr>
        <w:t>Click here</w:t>
      </w:r>
      <w:r>
        <w:br/>
      </w:r>
      <w:r>
        <w:rPr>
          <w:b w:val="0"/>
          <w:i w:val="0"/>
        </w:rPr>
        <w:br/>
        <w:t>to view our welcome page.</w:t>
      </w:r>
    </w:p>
    <w:p>
      <w:r>
        <w:rPr>
          <w:b w:val="0"/>
          <w:i w:val="0"/>
        </w:rPr>
        <w:t>Mobile Site</w:t>
      </w:r>
    </w:p>
    <w:p>
      <w:r>
        <w:rPr>
          <w:b w:val="0"/>
          <w:i w:val="0"/>
        </w:rPr>
        <w:t>Click here</w:t>
      </w:r>
      <w:r>
        <w:br/>
      </w:r>
      <w:r>
        <w:rPr>
          <w:b w:val="0"/>
          <w:i w:val="0"/>
        </w:rPr>
        <w:br/>
        <w:t>to view our mobile site</w:t>
      </w:r>
    </w:p>
    <w:p>
      <w:r>
        <w:rPr>
          <w:b w:val="0"/>
          <w:i w:val="0"/>
        </w:rPr>
        <w:t>Members' Area</w:t>
      </w:r>
      <w:r>
        <w:br/>
      </w:r>
      <w:r>
        <w:rPr>
          <w:b w:val="0"/>
          <w:i w:val="0"/>
        </w:rPr>
        <w:br/>
        <w:t>The Our Dogs Members' Area</w:t>
      </w:r>
    </w:p>
    <w:p>
      <w:r>
        <w:rPr>
          <w:b w:val="0"/>
          <w:i w:val="0"/>
        </w:rPr>
        <w:t>Subscribe to OUR DOGS</w:t>
      </w:r>
    </w:p>
    <w:p>
      <w:r>
        <w:rPr>
          <w:b w:val="0"/>
          <w:i w:val="0"/>
        </w:rPr>
        <w:t>SUBSCRIBE by Direct Debit - Get the weekly issue DELIVERED to your door, the BIGGEST and BEST Our Dogs Annual and FREE access to the Our Dogs Members' Area.</w:t>
      </w:r>
    </w:p>
    <w:p>
      <w:r>
        <w:rPr>
          <w:b w:val="0"/>
          <w:i w:val="0"/>
        </w:rPr>
        <w:t>Read more...</w:t>
      </w:r>
    </w:p>
    <w:p>
      <w:r>
        <w:rPr>
          <w:b w:val="0"/>
          <w:i w:val="0"/>
        </w:rPr>
        <w:t>Online only subscription. Ideal for our readers from overseas.</w:t>
      </w:r>
      <w:r>
        <w:br/>
      </w:r>
      <w:r>
        <w:rPr>
          <w:b w:val="0"/>
          <w:i w:val="0"/>
        </w:rPr>
        <w:br/>
        <w:t>Click here.</w:t>
      </w:r>
      <w:r>
        <w:br/>
      </w:r>
      <w:r>
        <w:rPr>
          <w:b w:val="0"/>
          <w:i w:val="0"/>
        </w:rPr>
        <w:br/>
        <w:t>Choose your subscription option -</w:t>
      </w:r>
      <w:r>
        <w:br/>
      </w:r>
      <w:r>
        <w:rPr>
          <w:b w:val="0"/>
          <w:i w:val="0"/>
        </w:rPr>
        <w:br/>
        <w:t>Click Here</w:t>
      </w:r>
    </w:p>
    <w:p>
      <w:r>
        <w:rPr>
          <w:b w:val="0"/>
          <w:i w:val="0"/>
        </w:rPr>
        <w:t>Our Dogs Online has archives of</w:t>
      </w:r>
      <w:r>
        <w:br/>
      </w:r>
      <w:r>
        <w:rPr>
          <w:b w:val="0"/>
          <w:i w:val="0"/>
        </w:rPr>
        <w:br/>
        <w:t>CHAMP SHOW REPORTS</w:t>
      </w:r>
      <w:r>
        <w:br/>
      </w:r>
      <w:r>
        <w:rPr>
          <w:b w:val="0"/>
          <w:i w:val="0"/>
        </w:rPr>
        <w:br/>
        <w:t>OPEN SHOW REPORTS</w:t>
      </w:r>
      <w:r>
        <w:br/>
      </w:r>
      <w:r>
        <w:rPr>
          <w:b w:val="0"/>
          <w:i w:val="0"/>
        </w:rPr>
        <w:br/>
        <w:t>BREED NOTES</w:t>
      </w:r>
      <w:r>
        <w:br/>
      </w:r>
      <w:r>
        <w:rPr>
          <w:b w:val="0"/>
          <w:i w:val="0"/>
        </w:rPr>
        <w:br/>
        <w:t>REGULAR FEATURES</w:t>
      </w:r>
      <w:r>
        <w:br/>
      </w:r>
      <w:r>
        <w:rPr>
          <w:b w:val="0"/>
          <w:i w:val="0"/>
        </w:rPr>
        <w:br/>
        <w:t>NEWS</w:t>
      </w:r>
      <w:r>
        <w:br/>
      </w:r>
      <w:r>
        <w:rPr>
          <w:b w:val="0"/>
          <w:i w:val="0"/>
        </w:rPr>
        <w:br/>
        <w:t>going back to the beginning of the century.</w:t>
      </w:r>
      <w:r>
        <w:br/>
      </w:r>
      <w:r>
        <w:rPr>
          <w:b w:val="0"/>
          <w:i w:val="0"/>
        </w:rPr>
        <w:br/>
        <w:t>Show Reports are added daily to the website</w:t>
      </w:r>
      <w:r>
        <w:br/>
      </w:r>
      <w:r>
        <w:rPr>
          <w:b w:val="0"/>
          <w:i w:val="0"/>
        </w:rPr>
        <w:br/>
        <w:t>Page turning digital edition</w:t>
      </w:r>
      <w:r>
        <w:br/>
      </w:r>
      <w:r>
        <w:rPr>
          <w:b w:val="0"/>
          <w:i w:val="0"/>
        </w:rPr>
        <w:br/>
        <w:t>Plus much, much more!</w:t>
      </w:r>
    </w:p>
    <w:p>
      <w:r>
        <w:rPr>
          <w:b w:val="0"/>
          <w:i w:val="0"/>
        </w:rPr>
        <w:t>Buy an Issue</w:t>
      </w:r>
      <w:r>
        <w:br/>
      </w:r>
      <w:r>
        <w:rPr>
          <w:b w:val="0"/>
          <w:i w:val="0"/>
        </w:rPr>
        <w:br/>
        <w:t>Direct Debit</w:t>
      </w:r>
      <w:r>
        <w:br/>
      </w:r>
      <w:r>
        <w:rPr>
          <w:b w:val="0"/>
          <w:i w:val="0"/>
        </w:rPr>
        <w:br/>
        <w:t>Dual Subscription</w:t>
      </w:r>
      <w:r>
        <w:br/>
      </w:r>
      <w:r>
        <w:rPr>
          <w:b w:val="0"/>
          <w:i w:val="0"/>
        </w:rPr>
        <w:br/>
        <w:t>Pay Pal</w:t>
      </w:r>
      <w:r>
        <w:br/>
      </w:r>
      <w:r>
        <w:rPr>
          <w:b w:val="0"/>
          <w:i w:val="0"/>
        </w:rPr>
        <w:br/>
        <w:t>Shop</w:t>
      </w:r>
      <w:r>
        <w:br/>
      </w:r>
      <w:r>
        <w:rPr>
          <w:b w:val="0"/>
          <w:i w:val="0"/>
        </w:rPr>
        <w:br/>
        <w:t>Shop Home</w:t>
      </w:r>
      <w:r>
        <w:br/>
      </w:r>
      <w:r>
        <w:rPr>
          <w:b w:val="0"/>
          <w:i w:val="0"/>
        </w:rPr>
        <w:br/>
        <w:t>Breed Books</w:t>
      </w:r>
      <w:r>
        <w:br/>
      </w:r>
      <w:r>
        <w:rPr>
          <w:b w:val="0"/>
          <w:i w:val="0"/>
        </w:rPr>
        <w:br/>
        <w:t>General Books</w:t>
      </w:r>
      <w:r>
        <w:br/>
      </w:r>
      <w:r>
        <w:rPr>
          <w:b w:val="0"/>
          <w:i w:val="0"/>
        </w:rPr>
        <w:br/>
        <w:t>DVDs</w:t>
      </w:r>
      <w:r>
        <w:br/>
      </w:r>
      <w:r>
        <w:rPr>
          <w:b w:val="0"/>
          <w:i w:val="0"/>
        </w:rPr>
        <w:br/>
        <w:t>Annuals</w:t>
      </w:r>
      <w:r>
        <w:br/>
      </w:r>
      <w:r>
        <w:rPr>
          <w:b w:val="0"/>
          <w:i w:val="0"/>
        </w:rPr>
        <w:br/>
        <w:t>Show Calendar</w:t>
      </w:r>
      <w:r>
        <w:br/>
      </w:r>
      <w:r>
        <w:rPr>
          <w:b w:val="0"/>
          <w:i w:val="0"/>
        </w:rPr>
        <w:br/>
        <w:t>Champ Shows Index</w:t>
      </w:r>
      <w:r>
        <w:br/>
      </w:r>
      <w:r>
        <w:rPr>
          <w:b w:val="0"/>
          <w:i w:val="0"/>
        </w:rPr>
        <w:br/>
        <w:t>Show Dates</w:t>
      </w:r>
      <w:r>
        <w:br/>
      </w:r>
      <w:r>
        <w:rPr>
          <w:b w:val="0"/>
          <w:i w:val="0"/>
        </w:rPr>
        <w:br/>
        <w:t>Entries Closing</w:t>
      </w:r>
      <w:r>
        <w:br/>
      </w:r>
      <w:r>
        <w:rPr>
          <w:b w:val="0"/>
          <w:i w:val="0"/>
        </w:rPr>
        <w:br/>
        <w:t>Calendar</w:t>
      </w:r>
      <w:r>
        <w:br/>
      </w:r>
      <w:r>
        <w:rPr>
          <w:b w:val="0"/>
          <w:i w:val="0"/>
        </w:rPr>
        <w:br/>
        <w:t>International Shows</w:t>
      </w:r>
      <w:r>
        <w:br/>
      </w:r>
      <w:r>
        <w:rPr>
          <w:b w:val="0"/>
          <w:i w:val="0"/>
        </w:rPr>
        <w:br/>
        <w:t>Misc</w:t>
      </w:r>
      <w:r>
        <w:br/>
      </w:r>
      <w:r>
        <w:rPr>
          <w:b w:val="0"/>
          <w:i w:val="0"/>
        </w:rPr>
        <w:br/>
        <w:t>Facebook</w:t>
      </w:r>
      <w:r>
        <w:br/>
      </w:r>
      <w:r>
        <w:rPr>
          <w:b w:val="0"/>
          <w:i w:val="0"/>
        </w:rPr>
        <w:br/>
        <w:t>Twitter</w:t>
      </w:r>
      <w:r>
        <w:br/>
      </w:r>
      <w:r>
        <w:rPr>
          <w:b w:val="0"/>
          <w:i w:val="0"/>
        </w:rPr>
        <w:br/>
        <w:t>Contact Us</w:t>
      </w:r>
      <w:r>
        <w:br/>
      </w:r>
      <w:r>
        <w:rPr>
          <w:b w:val="0"/>
          <w:i w:val="0"/>
        </w:rPr>
        <w:br/>
        <w:t>Photgraphers</w:t>
      </w:r>
      <w:r>
        <w:br/>
      </w:r>
      <w:r>
        <w:rPr>
          <w:b w:val="0"/>
          <w:i w:val="0"/>
        </w:rPr>
        <w:br/>
        <w:t>Newsletter...</w:t>
      </w:r>
      <w:r>
        <w:br/>
      </w:r>
      <w:r>
        <w:rPr>
          <w:b w:val="0"/>
          <w:i w:val="0"/>
        </w:rPr>
        <w:br/>
        <w:t>Advertise</w:t>
      </w:r>
      <w:r>
        <w:br/>
      </w:r>
      <w:r>
        <w:rPr>
          <w:b w:val="0"/>
          <w:i w:val="0"/>
        </w:rPr>
        <w:br/>
        <w:t>Breed Features</w:t>
      </w:r>
      <w:r>
        <w:br/>
      </w:r>
      <w:r>
        <w:rPr>
          <w:b w:val="0"/>
          <w:i w:val="0"/>
        </w:rPr>
        <w:br/>
        <w:t>Trade Advertising</w:t>
      </w:r>
      <w:r>
        <w:br/>
      </w:r>
      <w:r>
        <w:rPr>
          <w:b w:val="0"/>
          <w:i w:val="0"/>
        </w:rPr>
        <w:br/>
        <w:t>Breeder Advertising</w:t>
      </w:r>
      <w:r>
        <w:br/>
      </w:r>
      <w:r>
        <w:rPr>
          <w:b w:val="0"/>
          <w:i w:val="0"/>
        </w:rPr>
        <w:br/>
        <w:t>Club Advertising</w:t>
      </w:r>
      <w:r>
        <w:br/>
      </w:r>
      <w:r>
        <w:rPr>
          <w:b w:val="0"/>
          <w:i w:val="0"/>
        </w:rPr>
        <w:br/>
        <w:t>Web Advertising</w:t>
      </w:r>
      <w:r>
        <w:br/>
      </w:r>
      <w:r>
        <w:rPr>
          <w:b w:val="0"/>
          <w:i w:val="0"/>
        </w:rPr>
        <w:br/>
        <w:t>Web Only</w:t>
      </w:r>
      <w:r>
        <w:br/>
      </w:r>
      <w:r>
        <w:rPr>
          <w:b w:val="0"/>
          <w:i w:val="0"/>
        </w:rPr>
        <w:br/>
        <w:t>Direct Debit</w:t>
      </w:r>
      <w:r>
        <w:br/>
      </w:r>
      <w:r>
        <w:rPr>
          <w:b w:val="0"/>
          <w:i w:val="0"/>
        </w:rPr>
        <w:br/>
        <w:t>Web + Paper</w:t>
      </w:r>
      <w:r>
        <w:br/>
      </w:r>
      <w:r>
        <w:rPr>
          <w:b w:val="0"/>
          <w:i w:val="0"/>
        </w:rPr>
        <w:br/>
        <w:t>Pay Pal</w:t>
      </w:r>
      <w:r>
        <w:br/>
      </w:r>
      <w:r>
        <w:rPr>
          <w:b w:val="0"/>
          <w:i w:val="0"/>
        </w:rPr>
        <w:br/>
        <w:t>Buy an issue</w:t>
      </w:r>
      <w:r>
        <w:br/>
      </w:r>
      <w:r>
        <w:rPr>
          <w:b w:val="0"/>
          <w:i w:val="0"/>
        </w:rPr>
        <w:br/>
        <w:t>Members Info</w:t>
      </w:r>
      <w:r>
        <w:br/>
      </w:r>
      <w:r>
        <w:rPr>
          <w:b w:val="0"/>
          <w:i w:val="0"/>
        </w:rPr>
        <w:br/>
        <w:t>Quick</w:t>
      </w:r>
      <w:r>
        <w:br/>
      </w:r>
      <w:r>
        <w:rPr>
          <w:b w:val="0"/>
          <w:i w:val="0"/>
        </w:rPr>
        <w:br/>
        <w:t>Members Index</w:t>
      </w:r>
      <w:r>
        <w:br/>
      </w:r>
      <w:r>
        <w:rPr>
          <w:b w:val="0"/>
          <w:i w:val="0"/>
        </w:rPr>
        <w:br/>
        <w:t>News Archive</w:t>
      </w:r>
      <w:r>
        <w:br/>
      </w:r>
      <w:r>
        <w:rPr>
          <w:b w:val="0"/>
          <w:i w:val="0"/>
        </w:rPr>
        <w:br/>
        <w:t>News</w:t>
      </w:r>
      <w:r>
        <w:br/>
      </w:r>
      <w:r>
        <w:rPr>
          <w:b w:val="0"/>
          <w:i w:val="0"/>
        </w:rPr>
        <w:br/>
        <w:t>Lost Password</w:t>
      </w:r>
      <w:r>
        <w:br/>
      </w:r>
      <w:r>
        <w:rPr>
          <w:b w:val="0"/>
          <w:i w:val="0"/>
        </w:rPr>
        <w:br/>
        <w:t>Facebook</w:t>
      </w:r>
      <w:r>
        <w:br/>
      </w:r>
      <w:r>
        <w:rPr>
          <w:b w:val="0"/>
          <w:i w:val="0"/>
        </w:rPr>
        <w:br/>
        <w:t>Twitter</w:t>
      </w:r>
      <w:r>
        <w:br/>
      </w:r>
      <w:r>
        <w:rPr>
          <w:b w:val="0"/>
          <w:i w:val="0"/>
        </w:rPr>
        <w:br/>
        <w:t>Vulnerable Breeds</w:t>
      </w:r>
      <w:r>
        <w:br/>
      </w:r>
      <w:r>
        <w:rPr>
          <w:b w:val="0"/>
          <w:i w:val="0"/>
        </w:rPr>
        <w:br/>
        <w:t>Our Dogs on the Road</w:t>
      </w:r>
      <w:r>
        <w:br/>
      </w:r>
      <w:r>
        <w:rPr>
          <w:b w:val="0"/>
          <w:i w:val="0"/>
        </w:rPr>
        <w:br/>
        <w:t>Our Dogs Ireland</w:t>
      </w:r>
      <w:r>
        <w:br/>
      </w:r>
      <w:r>
        <w:rPr>
          <w:b w:val="0"/>
          <w:i w:val="0"/>
        </w:rPr>
        <w:br/>
        <w:t>Our Dogs International</w:t>
      </w:r>
      <w:r>
        <w:br/>
      </w:r>
      <w:r>
        <w:rPr>
          <w:b w:val="0"/>
          <w:i w:val="0"/>
        </w:rPr>
        <w:br/>
        <w:t>More links</w:t>
      </w:r>
      <w:r>
        <w:br/>
      </w:r>
      <w:r>
        <w:rPr>
          <w:b w:val="0"/>
          <w:i w:val="0"/>
        </w:rPr>
        <w:br/>
        <w:t>Advertise</w:t>
      </w:r>
      <w:r>
        <w:br/>
      </w:r>
      <w:r>
        <w:rPr>
          <w:b w:val="0"/>
          <w:i w:val="0"/>
        </w:rPr>
        <w:br/>
        <w:t>Breed Note Writers</w:t>
      </w:r>
      <w:r>
        <w:br/>
      </w:r>
      <w:r>
        <w:rPr>
          <w:b w:val="0"/>
          <w:i w:val="0"/>
        </w:rPr>
        <w:br/>
        <w:t>Cookies</w:t>
      </w:r>
      <w:r>
        <w:br/>
      </w:r>
      <w:r>
        <w:rPr>
          <w:b w:val="0"/>
          <w:i w:val="0"/>
        </w:rPr>
        <w:br/>
        <w:t>Podcast</w:t>
      </w:r>
      <w:r>
        <w:br/>
      </w:r>
      <w:r>
        <w:rPr>
          <w:b w:val="0"/>
          <w:i w:val="0"/>
        </w:rPr>
        <w:br/>
        <w:t>Video</w:t>
      </w:r>
      <w:r>
        <w:br/>
      </w:r>
      <w:r>
        <w:rPr>
          <w:b w:val="0"/>
          <w:i w:val="0"/>
        </w:rPr>
        <w:br/>
        <w:t>Joking Aside</w:t>
      </w:r>
      <w:r>
        <w:br/>
      </w:r>
      <w:r>
        <w:rPr>
          <w:b w:val="0"/>
          <w:i w:val="0"/>
        </w:rPr>
        <w:br/>
        <w:t>Vulnerable Breeds - Leaders</w:t>
      </w:r>
      <w:r>
        <w:br/>
      </w:r>
      <w:r>
        <w:rPr>
          <w:b w:val="0"/>
          <w:i w:val="0"/>
        </w:rPr>
        <w:br/>
        <w:t>Web Directory</w:t>
      </w:r>
      <w:r>
        <w:br/>
      </w:r>
      <w:r>
        <w:rPr>
          <w:b w:val="0"/>
          <w:i w:val="0"/>
        </w:rPr>
        <w:br/>
        <w:t>Letters to the Editor</w:t>
      </w:r>
      <w:r>
        <w:br/>
      </w:r>
      <w:r>
        <w:rPr>
          <w:b w:val="0"/>
          <w:i w:val="0"/>
        </w:rPr>
        <w:br/>
        <w:t>Breeder Directory - Old</w:t>
      </w:r>
      <w:r>
        <w:br/>
      </w:r>
      <w:r>
        <w:rPr>
          <w:b w:val="0"/>
          <w:i w:val="0"/>
        </w:rPr>
        <w:br/>
        <w:t>Breeder Directory - New</w:t>
      </w:r>
      <w:r>
        <w:br/>
      </w:r>
      <w:r>
        <w:rPr>
          <w:b w:val="0"/>
          <w:i w:val="0"/>
        </w:rPr>
        <w:br/>
        <w:t>A-Z of Breeds</w:t>
      </w:r>
      <w:r>
        <w:br/>
      </w:r>
      <w:r>
        <w:rPr>
          <w:b w:val="0"/>
          <w:i w:val="0"/>
        </w:rPr>
        <w:br/>
        <w:t>Health</w:t>
      </w:r>
      <w:r>
        <w:br/>
      </w:r>
      <w:r>
        <w:rPr>
          <w:b w:val="0"/>
          <w:i w:val="0"/>
        </w:rPr>
        <w:br/>
        <w:t>Classified - Newspaper</w:t>
      </w:r>
      <w:r>
        <w:br/>
      </w:r>
      <w:r>
        <w:rPr>
          <w:b w:val="0"/>
          <w:i w:val="0"/>
        </w:rPr>
        <w:br/>
        <w:t>Classified - Web</w:t>
      </w:r>
      <w:r>
        <w:br/>
      </w:r>
      <w:r>
        <w:rPr>
          <w:b w:val="0"/>
          <w:i w:val="0"/>
        </w:rPr>
        <w:br/>
        <w:t>Show Photos</w:t>
      </w:r>
      <w:r>
        <w:br/>
      </w:r>
      <w:r>
        <w:rPr>
          <w:b w:val="0"/>
          <w:i w:val="0"/>
        </w:rPr>
        <w:br/>
        <w:t>Top Breeder Compeition</w:t>
      </w:r>
      <w:r>
        <w:br/>
      </w:r>
      <w:r>
        <w:rPr>
          <w:b w:val="0"/>
          <w:i w:val="0"/>
        </w:rPr>
        <w:br/>
        <w:t>Top Puppy Competition</w:t>
      </w:r>
      <w:r>
        <w:br/>
      </w:r>
      <w:r>
        <w:rPr>
          <w:b w:val="0"/>
          <w:i w:val="0"/>
        </w:rPr>
        <w:br/>
        <w:t>Sunday, September 13, 2026</w:t>
      </w:r>
    </w:p>
    <w:p>
      <w:r>
        <w:rPr>
          <w:b w:val="0"/>
          <w:i w:val="0"/>
        </w:rPr>
        <w:t>Search Breed:</w:t>
      </w:r>
      <w:r>
        <w:br/>
      </w:r>
      <w:r>
        <w:rPr>
          <w:b w:val="0"/>
          <w:i w:val="0"/>
        </w:rPr>
        <w:br/>
        <w:t>Adverts: 0161 709 4576 - Editorial: 0161 709 4571</w:t>
      </w:r>
      <w:r>
        <w:br/>
      </w:r>
      <w:r>
        <w:rPr>
          <w:b w:val="0"/>
          <w:i w:val="0"/>
        </w:rPr>
        <w:br/>
        <w:t>Mail Order: 0161 709 4578 - Subs: 0161 709 4575 - Webteam: 0161 709 4567</w:t>
      </w:r>
      <w:r>
        <w:br/>
      </w:r>
      <w:r>
        <w:rPr>
          <w:b w:val="0"/>
          <w:i w:val="0"/>
        </w:rPr>
        <w:br/>
        <w:t>RETRIEVER LABRADOR</w:t>
      </w:r>
    </w:p>
    <w:p>
      <w:r>
        <w:rPr>
          <w:b w:val="0"/>
          <w:i w:val="0"/>
        </w:rPr>
        <w:t>Continuing the review of 2004, we start this week’s notes with the winners of the various “Top” competitions run by the two UK dog papers.</w:t>
      </w:r>
    </w:p>
    <w:p>
      <w:r>
        <w:rPr>
          <w:b w:val="0"/>
          <w:i w:val="0"/>
        </w:rPr>
        <w:t>Top Labrador Breeder for 2004 (Our Dogs/Pedigree) was Diana Downey-Tulloch.</w:t>
      </w:r>
      <w:r>
        <w:br/>
      </w:r>
      <w:r>
        <w:rPr>
          <w:b w:val="0"/>
          <w:i w:val="0"/>
        </w:rPr>
        <w:br/>
        <w:t>Top Stud Dog (Pedigree/Dog World) was Marion and David Hopkinson’s yellow Rocheby Old Smokey. Top Sire (Our Dogs/Eucanuba) was Diana Downey-Tulloch’s Sh Ch Tullochmohr Final Edition JW. Top Puppy was my own Llanstinan Buzby Bowstones JW, who was Top Gundog puppy in the Our Dogs Vitalin Pick of the Litter Competition 2004.</w:t>
      </w:r>
    </w:p>
    <w:p>
      <w:r>
        <w:rPr>
          <w:b w:val="0"/>
          <w:i w:val="0"/>
        </w:rPr>
        <w:t>Continuing the details of last year’s CC winners, this week it is the turn of the bitches.</w:t>
      </w:r>
      <w:r>
        <w:br/>
      </w:r>
      <w:r>
        <w:rPr>
          <w:b w:val="0"/>
          <w:i w:val="0"/>
        </w:rPr>
        <w:br/>
        <w:t>28 different bitches shared the CCs during 2004.The leading bitch, Penny Carpanini’s yellow Sh Ch Mambrinos Spellbound of Carpenny(imp) won 6CCs, 4BOBs and a Group1.</w:t>
      </w:r>
    </w:p>
    <w:p>
      <w:r>
        <w:rPr>
          <w:b w:val="0"/>
          <w:i w:val="0"/>
        </w:rPr>
        <w:t>Michael Neachell’s yellow, Sh Ch Rocheby Smoked Silk of Suttonpark, won 3CCs all with BOB. Diana Downey Tulloch’s yellow Sh Ch Tullochmohr Tayna won 3CCs and 2BOBs.</w:t>
      </w:r>
      <w:r>
        <w:br/>
      </w:r>
      <w:r>
        <w:rPr>
          <w:b w:val="0"/>
          <w:i w:val="0"/>
        </w:rPr>
        <w:br/>
        <w:t>Two bitches won 2CCs and 2BOBs apiece. They were Margaret and Andrew Brown’s black Sh Ch Ramsayville Roisin and Brian Yeowart’s yellow Sh Ch Langshott Caprice JW.</w:t>
      </w:r>
      <w:r>
        <w:br/>
      </w:r>
      <w:r>
        <w:rPr>
          <w:b w:val="0"/>
          <w:i w:val="0"/>
        </w:rPr>
        <w:br/>
        <w:t>Felicity and Kira Leith Ross’s Chib.Ch.Tr.Pooles Memory of TintageWinds won 2CCs and 1BOB, as did Mr and Mrs Antony and Erica Jayes yellow Sh Ch Tapeatom Ginantonic at Sandylands.</w:t>
      </w:r>
    </w:p>
    <w:p>
      <w:r>
        <w:rPr>
          <w:b w:val="0"/>
          <w:i w:val="0"/>
        </w:rPr>
        <w:t>10 bitches won 1CC with BOB. They were Mr and Mrs Antony and Erica Jayes two yellows, Gold Finch of Sandylands and Sandylands Wait Awhile; Les and Joyce Brabbans black, Cambremer Two to Tango; Jackie Hodge’s chocolate, Buckholt Katie at Naiken JW; Jenny Green’s Sh Ch Thurbajens Super Susie; Meykens-Borman’s black, Multi Ch Brightbrook Xjanice; Caron Morton’s black Sh Ch Dakross Billie Holiday; Peggy Rae’s yellow Cornlands Lady Dahlia; Miss Teasdale’s black Pendaby Coral Bay; and Richard and SussieWiles yellow, Richbourne Time Flies.</w:t>
      </w:r>
    </w:p>
    <w:p>
      <w:r>
        <w:rPr>
          <w:b w:val="0"/>
          <w:i w:val="0"/>
        </w:rPr>
        <w:t>12 bitches won one single CC. They were the Allen’s yellow Allenies Machattie JW; Mrs Bailiss’s yellow Sh Ch Tissalian Oh Sanchia; Fiona Braddon’s yellow Trendlewood Perfect Day; David Coode’s yellow Warringah’s Bunya and his black Warringah’s Dee Why; Diana Downey Tulloch’s yellow, Sh Ch Tullochmohr Thespain JW; Mr and Mrs Forington’s black, Carromer Gracie Fields by Trentwith; Mrs Gregory’s black Lembas Guy’s Girl of Penadlake; Gary and Jean Johnson’s yellow Cremino Country Rose; Linda Major’s yellow, Siskin de la Vigne Nievil avec Linjor JW ShCM(imp); Lynn Minchella’s black Sh Ch Abbeystead Tranquill and finally Linda Porter’s black Lindall Double Blue.</w:t>
      </w:r>
    </w:p>
    <w:p>
      <w:r>
        <w:rPr>
          <w:b w:val="0"/>
          <w:i w:val="0"/>
        </w:rPr>
        <w:t>Many thanks as ever, to Michael Hewitt, from whose meticulous records I have been able to compile these records over the past few weeks.</w:t>
      </w:r>
    </w:p>
    <w:p>
      <w:r>
        <w:rPr>
          <w:b w:val="0"/>
          <w:i w:val="0"/>
        </w:rPr>
        <w:t>Ann Britton 01989 720665</w:t>
      </w:r>
      <w:r>
        <w:br/>
      </w:r>
      <w:r>
        <w:rPr>
          <w:b w:val="0"/>
          <w:i w:val="0"/>
        </w:rPr>
        <w:br/>
        <w:t>bowstones@btinternet.com</w:t>
      </w:r>
    </w:p>
    <w:p>
      <w:r>
        <w:rPr>
          <w:b w:val="0"/>
          <w:i w:val="0"/>
        </w:rPr>
        <w:t>OUR DOGS</w:t>
      </w:r>
      <w:r>
        <w:br/>
      </w:r>
      <w:r>
        <w:rPr>
          <w:b w:val="0"/>
          <w:i w:val="0"/>
        </w:rPr>
        <w:br/>
        <w:t>Northwood House</w:t>
      </w:r>
      <w:r>
        <w:br/>
      </w:r>
      <w:r>
        <w:rPr>
          <w:b w:val="0"/>
          <w:i w:val="0"/>
        </w:rPr>
        <w:br/>
        <w:t>Greenwood Business Centre</w:t>
      </w:r>
      <w:r>
        <w:br/>
      </w:r>
      <w:r>
        <w:rPr>
          <w:b w:val="0"/>
          <w:i w:val="0"/>
        </w:rPr>
        <w:br/>
        <w:t>Regent Road</w:t>
      </w:r>
      <w:r>
        <w:br/>
      </w:r>
      <w:r>
        <w:rPr>
          <w:b w:val="0"/>
          <w:i w:val="0"/>
        </w:rPr>
        <w:br/>
        <w:t>Salford</w:t>
      </w:r>
      <w:r>
        <w:br/>
      </w:r>
      <w:r>
        <w:rPr>
          <w:b w:val="0"/>
          <w:i w:val="0"/>
        </w:rPr>
        <w:br/>
        <w:t>M5 4QH</w:t>
      </w:r>
      <w:r>
        <w:br/>
      </w:r>
      <w:r>
        <w:rPr>
          <w:b w:val="0"/>
          <w:i w:val="0"/>
        </w:rPr>
        <w:br/>
        <w:t>Tel: 0161 709 4576</w:t>
      </w:r>
    </w:p>
    <w:p>
      <w:r>
        <w:rPr>
          <w:b w:val="0"/>
          <w:i w:val="0"/>
        </w:rPr>
        <w:t>THE OUR DOGS WEBSITE</w:t>
      </w:r>
      <w:r>
        <w:br/>
      </w:r>
      <w:r>
        <w:rPr>
          <w:b w:val="0"/>
          <w:i w:val="0"/>
        </w:rPr>
        <w:br/>
        <w:t>is hosted by Resolution Computers</w:t>
      </w:r>
      <w:r>
        <w:br/>
      </w:r>
      <w:r>
        <w:rPr>
          <w:b w:val="0"/>
          <w:i w:val="0"/>
        </w:rPr>
        <w:br/>
        <w:t>For professional website design and hosting,</w:t>
      </w:r>
      <w:r>
        <w:br/>
      </w:r>
      <w:r>
        <w:rPr>
          <w:b w:val="0"/>
          <w:i w:val="0"/>
        </w:rPr>
        <w:br/>
        <w:t>Tel: 0783 667 9594</w:t>
      </w:r>
      <w:r>
        <w:br/>
      </w:r>
      <w:r>
        <w:rPr>
          <w:b w:val="0"/>
          <w:i w:val="0"/>
        </w:rPr>
        <w:br/>
        <w:t>Website: www.rescomp.net</w:t>
      </w:r>
    </w:p>
    <w:p>
      <w:r>
        <w:rPr>
          <w:b w:val="0"/>
          <w:i w:val="0"/>
        </w:rPr>
        <w:t>THE OUR DOGS WEBSITE was designed &amp; is updated</w:t>
      </w:r>
      <w:r>
        <w:br/>
      </w:r>
      <w:r>
        <w:rPr>
          <w:b w:val="0"/>
          <w:i w:val="0"/>
        </w:rPr>
        <w:br/>
        <w:t>by Adam Williams, the Our Dogs webmaster</w:t>
      </w:r>
      <w:r>
        <w:br/>
      </w:r>
      <w:r>
        <w:rPr>
          <w:b w:val="0"/>
          <w:i w:val="0"/>
        </w:rPr>
        <w:br/>
        <w:t>&amp; Chris Hogan, web development</w:t>
      </w:r>
      <w:r>
        <w:br/>
      </w:r>
      <w:r>
        <w:rPr>
          <w:b w:val="0"/>
          <w:i w:val="0"/>
        </w:rPr>
        <w:br/>
        <w:t>Contact: webmaster@ourdogs.co.uk</w:t>
      </w:r>
    </w:p>
    <w:p>
      <w:r>
        <w:rPr>
          <w:b w:val="0"/>
          <w:i w:val="0"/>
        </w:rPr>
        <w:t>© Our Dogs Publishing</w:t>
      </w:r>
      <w:r>
        <w:br/>
      </w:r>
      <w:r>
        <w:rPr>
          <w:b w:val="0"/>
          <w:i w:val="0"/>
        </w:rPr>
        <w:br/>
        <w:t>webmaster@ourdogs.co.uk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