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- 27/10/2017 - ISSUE"</w:t>
      </w:r>
      <w:r>
        <w:br/>
      </w:r>
      <w:r>
        <w:rPr>
          <w:b w:val="0"/>
          <w:i w:val="0"/>
        </w:rPr>
        <w:br/>
        <w:t>date_original: "27/10/2017 - ISSUE"</w:t>
      </w:r>
      <w:r>
        <w:br/>
      </w:r>
      <w:r>
        <w:rPr>
          <w:b w:val="0"/>
          <w:i w:val="0"/>
        </w:rPr>
        <w:br/>
        <w:t>source_url: "https://www.ourdogs.co.uk/members/breednotes/RetrieverLabradorMain.php"</w:t>
      </w:r>
      <w:r>
        <w:br/>
      </w:r>
      <w:r>
        <w:rPr>
          <w:b w:val="0"/>
          <w:i w:val="0"/>
        </w:rPr>
        <w:br/>
        <w:t>scraped_at: "2026-09-13T15:24:47"</w:t>
      </w:r>
      <w:r>
        <w:br/>
      </w:r>
      <w:r>
        <w:rPr>
          <w:b w:val="0"/>
          <w:i w:val="0"/>
        </w:rPr>
        <w:br/>
        <w:t>word_count: 1439</w:t>
      </w:r>
    </w:p>
    <w:p>
      <w:r>
        <w:t>――――――――――――――――――――――――――――――</w:t>
      </w:r>
    </w:p>
    <w:p>
      <w:r>
        <w:rPr>
          <w:b w:val="0"/>
          <w:i w:val="0"/>
        </w:rPr>
        <w:t>NEWS MEMBERS' AREA SHOP SUBSCRIBE UPCOMING SHOWS MORE</w:t>
      </w:r>
    </w:p>
    <w:p>
      <w:r>
        <w:rPr>
          <w:b w:val="0"/>
          <w:i w:val="0"/>
        </w:rPr>
        <w:t>RETRIEVER LABRADOR</w:t>
      </w:r>
    </w:p>
    <w:p>
      <w:r>
        <w:rPr>
          <w:b w:val="0"/>
          <w:i w:val="0"/>
        </w:rPr>
        <w:t>Issue: 27/10/2017</w:t>
      </w:r>
    </w:p>
    <w:p>
      <w:r>
        <w:rPr>
          <w:b w:val="0"/>
          <w:i w:val="0"/>
        </w:rPr>
        <w:t>Storm Brian with its associated torrential rain and heavy gusting winds hit the Herefordshire, Monmouthshire and  South Wales area just as exhibitors were driving to the Lab Club of Wales Open Show in Caerphilly. As we arrived at the venue, the storm was at its full peak and continued all day, just occasionally dropping down to heavy drizzle, then back full force yet again. Driving home was quite a scary experience.</w:t>
      </w:r>
    </w:p>
    <w:p>
      <w:r>
        <w:rPr>
          <w:b w:val="0"/>
          <w:i w:val="0"/>
        </w:rPr>
        <w:t>As so often happens with we Brits, adversity brings out the best in us and we all had a very jolly day, despite the raging tempest outside the hall. John Essenhigh was the judge, Richard Morris and Liz Peggs stewarded. Ronwein Phillips and her committee made sure everyone was made to feel most welcome and well fed.</w:t>
      </w:r>
    </w:p>
    <w:p>
      <w:r>
        <w:rPr>
          <w:b w:val="0"/>
          <w:i w:val="0"/>
        </w:rPr>
        <w:t xml:space="preserve">Running back and forth in the tempest which lasted most of the day, to get dogs from cars and swop with ones that had just been shown, was certainly enervating and ruinous to any hair do!  There was prize money in all the classes, rosettes, and an endless supply of tasty food and coffee/tea. </w:t>
      </w:r>
    </w:p>
    <w:p>
      <w:r>
        <w:rPr>
          <w:b w:val="0"/>
          <w:i w:val="0"/>
        </w:rPr>
        <w:t>It was my black puppy dogs very first show at just six months and two days. One always wonders how a pup will react to new situations at the start of a show career. In his case, he just made everyone laugh, he was so happy.</w:t>
      </w:r>
    </w:p>
    <w:p>
      <w:r>
        <w:rPr>
          <w:b w:val="0"/>
          <w:i w:val="0"/>
        </w:rPr>
        <w:t>He trustingly trotted through the rain and flooded paths into the hall and was so delighted to see so many wagging Labradors in there, at once he started repeatedly jumping, completely off the floor in the air, all four feet off the ground, like a spring lamb, happiness personified, bouncing with glee,  Boing, boing, boing! It was hilarious; he couldn't stop himself, like Zeberdee in the Magic Roubdabout! We did all laugh. A happy chappy who won his very first class, but as there was no one else in it, it was not exactly a win but good practice and later he  did have a minor win by going  Best Black dog in Show.</w:t>
      </w:r>
    </w:p>
    <w:p>
      <w:r>
        <w:rPr>
          <w:b w:val="0"/>
          <w:i w:val="0"/>
        </w:rPr>
        <w:t xml:space="preserve">Secretary Margaret Barker has kindly sent in her report.  </w:t>
      </w:r>
    </w:p>
    <w:p>
      <w:r>
        <w:rPr>
          <w:b w:val="0"/>
          <w:i w:val="0"/>
        </w:rPr>
        <w:t xml:space="preserve">"The Labrador Retriever Club Of Wales held it's autumn Open Show in Caerphilly on Saturday October 21st amidst the wind and near horizontal rain of Storm Brian! </w:t>
      </w:r>
    </w:p>
    <w:p>
      <w:r>
        <w:rPr>
          <w:b w:val="0"/>
          <w:i w:val="0"/>
        </w:rPr>
        <w:t>Many thanks to everyone who braved the elements to attend. Judge John Essenhigh drew an entry of 67 dogs and bitches, 29 dogs and 38 bitches making a total of 90 class entries.</w:t>
      </w:r>
    </w:p>
    <w:p>
      <w:r>
        <w:rPr>
          <w:b w:val="0"/>
          <w:i w:val="0"/>
        </w:rPr>
        <w:t>Best in Show was Lynda Miles's yellow Junior Dog winner Llanstinan Sugar Daddy (Attikonak Button Up Your Overcoat at Llanstinan (Imp.Sw) X Newinn Patience Strong of Llanstinan). Reserve Best In Show was David Coode's black Open Bitch winner Warringah's Gurley J.W. (Ch. Warringah's Gundaroo J.W x Ch. Warringah's Karkirri).</w:t>
      </w:r>
    </w:p>
    <w:p>
      <w:r>
        <w:rPr>
          <w:b w:val="0"/>
          <w:i w:val="0"/>
        </w:rPr>
        <w:t>Best Puppy in Show went to Amy Millward's 11 month old yellow bitch Snowy Steffi At Rentas (Rocheby Mr Tom x Rentas Lyril At Trentmeadow).</w:t>
      </w:r>
    </w:p>
    <w:p>
      <w:r>
        <w:rPr>
          <w:b w:val="0"/>
          <w:i w:val="0"/>
        </w:rPr>
        <w:t>Best Veteran was Fiona Braddon's 7 year old yellow bitch Trendlewood Words Of Love (Sh.Ch. Beechcrofts Pardon Me Sir/Trendlewood Forever Young).</w:t>
      </w:r>
    </w:p>
    <w:p>
      <w:r>
        <w:rPr>
          <w:b w:val="0"/>
          <w:i w:val="0"/>
        </w:rPr>
        <w:t>During the lunch interval the club presented Carole Coode with a beautifully decorated cake to mark her and David's magnificent 50 years in Labradors.</w:t>
      </w:r>
    </w:p>
    <w:p>
      <w:r>
        <w:rPr>
          <w:b w:val="0"/>
          <w:i w:val="0"/>
        </w:rPr>
        <w:t>Full results are available at www.labclubofwales.co."</w:t>
      </w:r>
    </w:p>
    <w:p>
      <w:r>
        <w:rPr>
          <w:b w:val="0"/>
          <w:i w:val="0"/>
        </w:rPr>
        <w:t>Thank you Margaret.</w:t>
      </w:r>
    </w:p>
    <w:p>
      <w:r>
        <w:rPr>
          <w:b w:val="0"/>
          <w:i w:val="0"/>
        </w:rPr>
        <w:t>A date for your diary  - 12.30pm on Sunday 26th November 2017. A rare chance to hear Richard Edwards giving a new talk " A review of the extended Labrador Breed Standard ( and what It doesnt tell you)."</w:t>
      </w:r>
    </w:p>
    <w:p>
      <w:r>
        <w:rPr>
          <w:b w:val="0"/>
          <w:i w:val="0"/>
        </w:rPr>
        <w:t>Presented by the Labrador Retriever Club of Wales, the venue is Penyreol Community Centre, Heol Aneurin, Caerphilly CF83 2PG. The cost is  Â£10 per head to include buffet lunch (profits to Labrador Rescue). To reserve a place contact Margaret Barker on 01443 84285 or email secretary@labclubofwales.co.uk</w:t>
      </w:r>
    </w:p>
    <w:p>
      <w:r>
        <w:rPr>
          <w:b w:val="0"/>
          <w:i w:val="0"/>
        </w:rPr>
        <w:t>Three Ridings LRC hosted the Joint Labrador Ch show on 22nd October. Dogs were judged by</w:t>
      </w:r>
    </w:p>
    <w:p>
      <w:r>
        <w:rPr>
          <w:b w:val="0"/>
          <w:i w:val="0"/>
        </w:rPr>
        <w:t>Hannele Jokisilta whilst Maxine Woodley judged the Bitches. There were 199 dogs and bitches entered.</w:t>
      </w:r>
    </w:p>
    <w:p>
      <w:r>
        <w:rPr>
          <w:b w:val="0"/>
          <w:i w:val="0"/>
        </w:rPr>
        <w:t xml:space="preserve">The winners were - Dog CC and Best in Show  - Sharon Lamberts yellow Ch Mattand Exodus. </w:t>
      </w:r>
    </w:p>
    <w:p>
      <w:r>
        <w:rPr>
          <w:b w:val="0"/>
          <w:i w:val="0"/>
        </w:rPr>
        <w:t>The Dog RCC went to Mac Percivals black, Wynfaul the Wizard JW.</w:t>
      </w:r>
    </w:p>
    <w:p>
      <w:r>
        <w:rPr>
          <w:b w:val="0"/>
          <w:i w:val="0"/>
        </w:rPr>
        <w:t>The Bitch CC and RBIS was won by Balshaw and Rawlinson yellow Shanorrell Soiree at Halshimoor , whilst the Bitch RCC went to Karen Powells Seatallan Yellow Archangel.</w:t>
      </w:r>
    </w:p>
    <w:p>
      <w:r>
        <w:rPr>
          <w:b w:val="0"/>
          <w:i w:val="0"/>
        </w:rPr>
        <w:t>Best Puppy was Yo and Roger Shirtons Woolman Proper Enchanting</w:t>
      </w:r>
    </w:p>
    <w:p>
      <w:r>
        <w:rPr>
          <w:b w:val="0"/>
          <w:i w:val="0"/>
        </w:rPr>
        <w:t>and Best Veteran Noelene Dodds black Sh Ch Brockburrow Breaking Dawn.  Referring to my comments last week on the KC proposed alterations to competing and winning awards at Open shows, Linda Harvey Major (Linjor) kindly writes "</w:t>
      </w:r>
    </w:p>
    <w:p>
      <w:r>
        <w:rPr>
          <w:b w:val="0"/>
          <w:i w:val="0"/>
        </w:rPr>
        <w:t xml:space="preserve">"Further to the Kennel Club Unveiling its Major Open Show Reforms, it now seems that the Junior Warrant Award has been made easier. Points can be gained from AV classes as well as Breed Classes, and you only need ONE dog present other than yourself, to gain a point. </w:t>
      </w:r>
    </w:p>
    <w:p>
      <w:r>
        <w:rPr>
          <w:b w:val="0"/>
          <w:i w:val="0"/>
        </w:rPr>
        <w:t>Surely as this award gains a Stud Book Number and Crufts Qualification for life, this cannot make sense.</w:t>
      </w:r>
    </w:p>
    <w:p>
      <w:r>
        <w:rPr>
          <w:b w:val="0"/>
          <w:i w:val="0"/>
        </w:rPr>
        <w:t>On the other hand the Sh CM is now to become the  ShCEx , with points not to be awarded until after the dog is 18 months old and now it has to gain 50 points instead of the original 25. This means ITS MUCH HARDER to get and the dog has to be shown over and over to gain the ShCEx award, which in effect is not as important as the JW ( with stud Book Number)</w:t>
      </w:r>
    </w:p>
    <w:p>
      <w:r>
        <w:rPr>
          <w:b w:val="0"/>
          <w:i w:val="0"/>
        </w:rPr>
        <w:t>If you get both, yippee you get to put the letters OSW in FRONT of the dogs name, which again really means nothing except a lot of shows, a lot of travelling and a lot of money. (I am sure there will be some interesting interpretations of what OSW means!) "</w:t>
      </w:r>
    </w:p>
    <w:p>
      <w:r>
        <w:rPr>
          <w:b w:val="0"/>
          <w:i w:val="0"/>
        </w:rPr>
        <w:t>Thank you Linda, come on the rest of you, time to share your thoughts and comments on this matter in order that together the Breed Clubs and Breed Council can form an opinion on this, which can be forwarded to the KC. If you dont do anything, , you will only have yourselves to blame!</w:t>
      </w:r>
    </w:p>
    <w:p>
      <w:r>
        <w:rPr>
          <w:b w:val="0"/>
          <w:i w:val="0"/>
        </w:rPr>
        <w:t xml:space="preserve">Jen Underwood, representing the charity, Veterans with Dogs spoke to many of us at Gundog </w:t>
      </w:r>
    </w:p>
    <w:p>
      <w:r>
        <w:rPr>
          <w:b w:val="0"/>
          <w:i w:val="0"/>
        </w:rPr>
        <w:t>Society of Wales Ch show a couple of weeks ago. I asked her to jot down a few words about the charity's work.</w:t>
      </w:r>
    </w:p>
    <w:p>
      <w:r>
        <w:rPr>
          <w:b w:val="0"/>
          <w:i w:val="0"/>
        </w:rPr>
        <w:t>Jen writes, Veterans with Dogs is a charity that provides assistance dogs to Armed Forces Veterans with Post Traumatic Stress Disorder. The dogs have many roles which might include medicine reminders, breaking flashbacks and grounding in stressful situations, depending on the needs of the individual. The charity is always looking for three things to help the ex service men and women that are waiting for a position in the programme: funding, socialisers and quality puppies. Funding can be simple donations via https://www.nowdonate.com/checkout/gor351t5aii51dpp7491 or people can sponsor a puppy throughout its training which allows them to name the pup too! We are always happy to hear from new volunteers to help in the office, help with puppy socialising and help with events. For those who have spare time they can offer us - the website has further details (http://veteranswithdogs.org.uk/get-involved/volunteering), so please give us a shout!</w:t>
      </w:r>
    </w:p>
    <w:p>
      <w:r>
        <w:rPr>
          <w:b w:val="0"/>
          <w:i w:val="0"/>
        </w:rPr>
        <w:t>This week the Puppy Programme was pleased to make contact with a number of great breeders whom we hope will join us in our puppy programme: we are looking for steady dogs and bitches of good health and breeding to support our veterans. Once we pair a dog with a veteran, we want them to have a long and healthy life together.  Generally we are looking for Labradors but we also sometimes need smaller dogs for specific individuals. There are some truly lovely Labradors about (as spotted in Malvern) and any breeder whose aims are consistent good temperament and consistent good health is somebody we would like to speak to so please do get in touch if you think your dogs might suit our programme.</w:t>
      </w:r>
    </w:p>
    <w:p>
      <w:r>
        <w:rPr>
          <w:b w:val="0"/>
          <w:i w:val="0"/>
        </w:rPr>
        <w:t>Jen Underwood."</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