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- 15/06/2018 - ISSUE"</w:t>
      </w:r>
      <w:r>
        <w:br/>
      </w:r>
      <w:r>
        <w:rPr>
          <w:b w:val="0"/>
          <w:i w:val="0"/>
        </w:rPr>
        <w:br/>
        <w:t>date_original: "15/06/2018 - ISSUE"</w:t>
      </w:r>
      <w:r>
        <w:br/>
      </w:r>
      <w:r>
        <w:rPr>
          <w:b w:val="0"/>
          <w:i w:val="0"/>
        </w:rPr>
        <w:br/>
        <w:t>source_url: "https://www.ourdogs.co.uk/members/breednotes/RetrieverLabradorMain.php"</w:t>
      </w:r>
      <w:r>
        <w:br/>
      </w:r>
      <w:r>
        <w:rPr>
          <w:b w:val="0"/>
          <w:i w:val="0"/>
        </w:rPr>
        <w:br/>
        <w:t>scraped_at: "2026-09-13T15:22:56"</w:t>
      </w:r>
      <w:r>
        <w:br/>
      </w:r>
      <w:r>
        <w:rPr>
          <w:b w:val="0"/>
          <w:i w:val="0"/>
        </w:rPr>
        <w:br/>
        <w:t>word_count: 2497</w:t>
      </w:r>
    </w:p>
    <w:p>
      <w:r>
        <w:t>――――――――――――――――――――――――――――――</w:t>
      </w:r>
    </w:p>
    <w:p>
      <w:r>
        <w:rPr>
          <w:b w:val="0"/>
          <w:i w:val="0"/>
        </w:rPr>
        <w:t>NEWS MEMBERS' AREA SHOP SUBSCRIBE UPCOMING SHOWS MORE</w:t>
      </w:r>
    </w:p>
    <w:p>
      <w:r>
        <w:rPr>
          <w:b w:val="0"/>
          <w:i w:val="0"/>
        </w:rPr>
        <w:t>RETRIEVER LABRADOR</w:t>
      </w:r>
    </w:p>
    <w:p>
      <w:r>
        <w:rPr>
          <w:b w:val="0"/>
          <w:i w:val="0"/>
        </w:rPr>
        <w:t>Issue: 15/06/2018</w:t>
      </w:r>
    </w:p>
    <w:p>
      <w:r>
        <w:rPr>
          <w:b w:val="0"/>
          <w:i w:val="0"/>
        </w:rPr>
        <w:t xml:space="preserve">For show entry closing dates formerly on the East Anglian Lab Club site, now see the Kimbajak website where Richard Gill's marvellous show diary can once again keep us up to date with show information, closing dates etc. If exhibitors want more things included on the show diary, do let Richard know as he is happy to accommodate. </w:t>
      </w:r>
    </w:p>
    <w:p>
      <w:r>
        <w:rPr>
          <w:b w:val="0"/>
          <w:i w:val="0"/>
        </w:rPr>
        <w:t xml:space="preserve">My apologies for the non appearance of the breed notes last week. They were written and sent in in plenty of time but never made it to publication. I understand that a problem with the updating of the Our Dogs mail server meant that they, along with those of several other breeds were lost in space. </w:t>
      </w:r>
    </w:p>
    <w:p>
      <w:r>
        <w:rPr>
          <w:b w:val="0"/>
          <w:i w:val="0"/>
        </w:rPr>
        <w:t xml:space="preserve">They have since been reproduced on Facebook with Our Dogs blessing, however I am reproducing them here at the end of this weeks notes too, as not all our readers possess a computer, or tablet or mobile phone but they do enjoy reading the text in the original hand-held newspaper form. </w:t>
      </w:r>
    </w:p>
    <w:p>
      <w:r>
        <w:rPr>
          <w:b w:val="0"/>
          <w:i w:val="0"/>
        </w:rPr>
        <w:t xml:space="preserve">Actually I too hate reading long tracts on the iPad or computer; I usually give up reading what may have turned out to be very interesting, but find it far more enjoyable, reading the text at leisure from a printed newspaper. </w:t>
      </w:r>
    </w:p>
    <w:p>
      <w:r>
        <w:rPr>
          <w:b w:val="0"/>
          <w:i w:val="0"/>
        </w:rPr>
        <w:t>Which reminds me, thank you to the reader who so kindly wrote to me in longhand recently saying how much she, as a long time Labrador pet owner, enjoyed reading the Our Dogs Labrador breed notes in newspaper form. She pointed out that she was one of those who by choice did not possess a computer, a tablet or a mobile phone. Good to know there is interest far beyond the show world and that printed text has a life beyond the computers hard boring image.</w:t>
      </w:r>
    </w:p>
    <w:p>
      <w:r>
        <w:rPr>
          <w:b w:val="0"/>
          <w:i w:val="0"/>
        </w:rPr>
        <w:t>To my mind, in the era of generally unproductive (as regards Breed type), nonsensical grass-hopper breeding, whereby a bitch is mated to the latest non related Champion stud, without thought to the type which may be produced in the next and following generations, it was very pleasing to read a rightly thrilled Penny Carpaninis Facebook text after she made up her Bitch, Carpenny Portia two weeks ago. Perhaps a few new breeders might learn by example, the benifits of linebreeding with an occasional outcross. Well done Penny!</w:t>
      </w:r>
    </w:p>
    <w:p>
      <w:r>
        <w:rPr>
          <w:b w:val="0"/>
          <w:i w:val="0"/>
        </w:rPr>
        <w:t>Penny wrote:-</w:t>
      </w:r>
    </w:p>
    <w:p>
      <w:r>
        <w:rPr>
          <w:b w:val="0"/>
          <w:i w:val="0"/>
        </w:rPr>
        <w:t>"A BIG thank you to Gary Johnson for moving Portia so well yesterday at Southern Counties championship show contributing hugely to winning her crowning CC under Chris Atkinson. This was a big day for me and my Carpenny kennel fulfilling a long-held dream of equalling Mary Roslin-Williams' achievement of having a complete line of 7 champions. Never did I expect to achieve this but we've done it! 7 champions in direct line of succession. Ch. Carpenny Bonhomie, his daughter Sh.Ch. Covetwood Elouise of Carpenny, her son Ch. Int. No.Se.Fin and Nordic Ch. Carpenny Walpole, his daughter Sh.Ch. Mambrinos Spellbound of Carpenny, her son Sh.Ch.Int. and Irish Sh.Ch. Carpenny Made A Million, his daughter Sh.Ch. Flossfalls Monopoly of Carpenny, and now her daughter Sh.Ch. Carpenny Portia (subject to KC confirmation). Wow! Thank you to all those judges and my friends for their help and encouragement through the bleak times."</w:t>
      </w:r>
    </w:p>
    <w:p>
      <w:r>
        <w:rPr>
          <w:b w:val="0"/>
          <w:i w:val="0"/>
        </w:rPr>
        <w:t>Of course I note that like the long awaited buses that never turn up, then eventually arrive in pairs, Portia continued her winning ways with Best of Breed the following week.</w:t>
      </w:r>
    </w:p>
    <w:p>
      <w:r>
        <w:rPr>
          <w:b w:val="0"/>
          <w:i w:val="0"/>
        </w:rPr>
        <w:t>Penny is hosting her usual eye testing session on Monday 23rd July with Peter Bedford officiating. Tel 01989720790 for more information.</w:t>
      </w:r>
    </w:p>
    <w:p>
      <w:r>
        <w:rPr>
          <w:b w:val="0"/>
          <w:i w:val="0"/>
        </w:rPr>
        <w:t>The first weekend in June was a busy one for Labrador exhibitors from far and wide, with two Championship shows to enjoy; namely the Labrador Retriever Club Ch Show which was held outdoors on an initially chilly grey day at the Sports Connection Coventry and the following day Three Counties Ch show which was held in the sunshine outdoors in the beautiful surroundings enjoyed at Malvern on a good summers day.</w:t>
      </w:r>
    </w:p>
    <w:p>
      <w:r>
        <w:rPr>
          <w:b w:val="0"/>
          <w:i w:val="0"/>
        </w:rPr>
        <w:t>David Coode committee member of the Lab Club had a busy weekend as he was judging Bitches at the Lab Club Ch show and as Chairman and Show Manager of Three Counties he was involved at the four day all Breed Ch show at Malvern on the other days.</w:t>
      </w:r>
    </w:p>
    <w:p>
      <w:r>
        <w:rPr>
          <w:b w:val="0"/>
          <w:i w:val="0"/>
        </w:rPr>
        <w:t xml:space="preserve">Jane Rawlinson, also a committee member of the Labrador Club took on Vic Coles dog entry. We send our best wishes to Vic for a speedy recovery. Everyone was sad that he was not able to judge. The joint entry was 303 dogs and bitches. </w:t>
      </w:r>
    </w:p>
    <w:p>
      <w:r>
        <w:rPr>
          <w:b w:val="0"/>
          <w:i w:val="0"/>
        </w:rPr>
        <w:t>The winners were Dog CC and Best in Show on referee, Shaun Williamsons decision was Carole and Mervyn Reynolds black Sh Ch Carromer Blue Lagoon. The Dog RCC went to Sharon Lamberts yellow Ch Mattand Exodus JW from the Special Working class. Best Dog Puppy was Pam Duggans black A Sense of Pleasures el Toro at Balladoole (ref last weeks notes, 35 letters for me to copy and write and try not to get wrong. I do love short names!)</w:t>
      </w:r>
    </w:p>
    <w:p>
      <w:r>
        <w:rPr>
          <w:b w:val="0"/>
          <w:i w:val="0"/>
        </w:rPr>
        <w:t xml:space="preserve">The Bitch CC was won by the Hodges Limit Bitch winner, Naiken Classic Cliche whilst the RCC went to Mac Percival's Wynfaul Flame and Fortune. Best Bitch Puppy and Best Puppy in Show was from Maiden and was Judith Charltons yellow, Foxrush Oops a Daisy. Best Minor Puppy in Show was Chris Woods black bitch Sundyke Secret Steps and Best Veteran was the Parrots black Bitch Sh Ch Naiken Yelenda at Lougin. </w:t>
      </w:r>
    </w:p>
    <w:p>
      <w:r>
        <w:rPr>
          <w:b w:val="0"/>
          <w:i w:val="0"/>
        </w:rPr>
        <w:t>The Labrador Retriever Club is the parent club of the Breed and visitors from home and abroad come to exhibit or just to watch how we present this extra special show, which impression is not gained or lost solely on what goes on in the rings but on the whole ambiance of the event and it's surroundings.</w:t>
      </w:r>
    </w:p>
    <w:p>
      <w:r>
        <w:rPr>
          <w:b w:val="0"/>
          <w:i w:val="0"/>
        </w:rPr>
        <w:t xml:space="preserve">On a purely personal note, as I intimated last year, I feel the Sports Connection car park and environs, used I believe for regular car boot sales, are pretty worn out, dusty and potholed; quite horrid and uninspiring for what should be a visually impressive, memorable event for our breed each and every year. </w:t>
      </w:r>
    </w:p>
    <w:p>
      <w:r>
        <w:rPr>
          <w:b w:val="0"/>
          <w:i w:val="0"/>
        </w:rPr>
        <w:t>I was informed that luckily due to the hard work of two helpers and a couple of early rising committee members from a total committee of twenty names in the catalogue, the two grass rings were problem free by the time exhibitors arrived, rubbish removed and grass freshly mown on the morning of the show and looked neat and tidy with surrounding white picket fencing. However, the lumpy, rough hardcore surroundings from which I understand glass and rubbish had also previously been removed was hardly inspiring or pleasant to look at or walk over for what should be the UK Labrador showpiece event, with tradestands to investigate, stalls of interest and education to peruse, and Rescue to support. Maybe I missed all the latter? Maybe one is considered old fashioned and fuddy-duddy harking back to former standards, but one is allowed to dream!</w:t>
      </w:r>
    </w:p>
    <w:p>
      <w:r>
        <w:rPr>
          <w:b w:val="0"/>
          <w:i w:val="0"/>
        </w:rPr>
        <w:t>As ever Secretary, Karl Gawthorpe must be praised for his sheer dedication and selfless hard work for the club and exhibitors, but with two committee members judging, help appeared thin on the ground. I was later informed former Secretary, Arwyn Ellis had tried to ensure this never happened in future and that judges were not selected from the committee which would only result in removing workers at the event on show day.</w:t>
      </w:r>
    </w:p>
    <w:p>
      <w:r>
        <w:rPr>
          <w:b w:val="0"/>
          <w:i w:val="0"/>
        </w:rPr>
        <w:t xml:space="preserve">I understand the club has been offered tentage and ring space in future at the Three Counties showground in conjunction with the latters Championship show and I do hope it will be considered positively and thus restore the event to the prestige and surroundings it deserves. </w:t>
      </w:r>
    </w:p>
    <w:p>
      <w:r>
        <w:rPr>
          <w:b w:val="0"/>
          <w:i w:val="0"/>
        </w:rPr>
        <w:t>The following day, at Three Counties on a pleasant sunny Sunday, Einer Matulla, daughter of Arwyn and Sian Ellis judged. The sun bathed Malvern Hills looked their best and pilots of pastel coloured hangliders were enjoying the view of the dog show as they drifted about overhead having taken off from the top of the hills.</w:t>
      </w:r>
    </w:p>
    <w:p>
      <w:r>
        <w:rPr>
          <w:b w:val="0"/>
          <w:i w:val="0"/>
        </w:rPr>
        <w:t>The winners were :-</w:t>
      </w:r>
    </w:p>
    <w:p>
      <w:r>
        <w:rPr>
          <w:b w:val="0"/>
          <w:i w:val="0"/>
        </w:rPr>
        <w:t>Dog CC Chris Bailiss yellow Sh Ch Tissalian Hi Jack JW</w:t>
      </w:r>
    </w:p>
    <w:p>
      <w:r>
        <w:rPr>
          <w:b w:val="0"/>
          <w:i w:val="0"/>
        </w:rPr>
        <w:t xml:space="preserve">Dog RCC Mr &amp; Mrs A &amp; M &amp; Miss M Brown, &amp; Farquarsons black Ramsayville Texas Rising </w:t>
      </w:r>
    </w:p>
    <w:p>
      <w:r>
        <w:rPr>
          <w:b w:val="0"/>
          <w:i w:val="0"/>
        </w:rPr>
        <w:t>Bitch CC and BOB Penny Carpaninis black ShCh Carpenny Portia.</w:t>
      </w:r>
    </w:p>
    <w:p>
      <w:r>
        <w:rPr>
          <w:b w:val="0"/>
          <w:i w:val="0"/>
        </w:rPr>
        <w:t xml:space="preserve">Bitch RCC Ed Casey and Cavellos yellow Lembas Kiss Me Kate at Moyglas </w:t>
      </w:r>
    </w:p>
    <w:p>
      <w:r>
        <w:rPr>
          <w:b w:val="0"/>
          <w:i w:val="0"/>
        </w:rPr>
        <w:t xml:space="preserve">Best Puppy Mr A &amp; Mrs J Metcalfes yellow dog Carromer Jack Flash To Baileydale </w:t>
      </w:r>
    </w:p>
    <w:p>
      <w:r>
        <w:rPr>
          <w:b w:val="0"/>
          <w:i w:val="0"/>
        </w:rPr>
        <w:t>Best Veteran Mrs H M &amp; Mr D Chapman Killanow Sentinel At Daisypatch</w:t>
      </w:r>
    </w:p>
    <w:p>
      <w:r>
        <w:rPr>
          <w:b w:val="0"/>
          <w:i w:val="0"/>
        </w:rPr>
        <w:t>The overall winner at the show of the Eucanuba Special Champion Stakes under judge Peter Jolley was Richard Staffords yellow Sh Ch Arrowmoy Fairytale Of New York Farnfield. Many congratulations to you all.</w:t>
      </w:r>
    </w:p>
    <w:p>
      <w:r>
        <w:rPr>
          <w:b w:val="0"/>
          <w:i w:val="0"/>
        </w:rPr>
        <w:t xml:space="preserve">The following is the text from the previous weeks lost notes: </w:t>
      </w:r>
    </w:p>
    <w:p>
      <w:r>
        <w:rPr>
          <w:b w:val="0"/>
          <w:i w:val="0"/>
        </w:rPr>
        <w:t xml:space="preserve">Congratulations to Chris Woods (Sundyke) who celebrated her birthday with happy success at Redditch Open Show on 19th May 2018. Chris writes, "My baby boy at 6 half months Sundyke Secret Code (Sh.Ch Antonine Cinderfella Jw x Lougin Secret Spy JW) was 1st in Puppy. Best Puppy in breed and Gundog Puppy Group 2 under judge Peter Darby. </w:t>
      </w:r>
    </w:p>
    <w:p>
      <w:r>
        <w:rPr>
          <w:b w:val="0"/>
          <w:i w:val="0"/>
        </w:rPr>
        <w:t>My dogs were entered for Bath but sadly due to unforeseen circumstances at home, I missed it and was also absent from Southern Counties the following weekend.</w:t>
      </w:r>
    </w:p>
    <w:p>
      <w:r>
        <w:rPr>
          <w:b w:val="0"/>
          <w:i w:val="0"/>
        </w:rPr>
        <w:t xml:space="preserve">At Bath under judge Bruce Carter the winners were Dog CC a first such win for Chris and Claire Mills black, Lembas Mikado. (on a personal note, how lovely for a Breed note writer, to have a short uncomplicated, unflowery registered name to type!). </w:t>
      </w:r>
    </w:p>
    <w:p>
      <w:r>
        <w:rPr>
          <w:b w:val="0"/>
          <w:i w:val="0"/>
        </w:rPr>
        <w:t>The Dog RCC went to Anthony Allen, Hess and Jordan's yellow Tampa Bay Marco Polo for Eagle Pond.</w:t>
      </w:r>
    </w:p>
    <w:p>
      <w:r>
        <w:rPr>
          <w:b w:val="0"/>
          <w:i w:val="0"/>
        </w:rPr>
        <w:t xml:space="preserve">The Bitch CC and Best of Breed was won by Sussie and Bonnie Wiles black, Ch Dolehamhalt Dazzler of Richbourne JW. whilst the Bitch RCC went to Penny Carpaninis black, Carpenny Portia. </w:t>
      </w:r>
    </w:p>
    <w:p>
      <w:r>
        <w:rPr>
          <w:b w:val="0"/>
          <w:i w:val="0"/>
        </w:rPr>
        <w:t>Best Puppy was Judith Charltons Foxrush Old Time Dancing. Best Veteran was Alison Scutchers Winsleywood Wild Honey JW Sh.CM and Best Special Beginner Karen and Carey Bambrooks yellow Marshwiggle Shakespeare At Ravoakar JW.</w:t>
      </w:r>
    </w:p>
    <w:p>
      <w:r>
        <w:rPr>
          <w:b w:val="0"/>
          <w:i w:val="0"/>
        </w:rPr>
        <w:t>With reference to the Special Beginners Classes Karen Bambrook writes "I was fortunate enough to win the Special Beginners class at Bath out of 9 dogs/bitches and therefore went on to represent the breed in the days final.</w:t>
      </w:r>
    </w:p>
    <w:p>
      <w:r>
        <w:rPr>
          <w:b w:val="0"/>
          <w:i w:val="0"/>
        </w:rPr>
        <w:t>The Special Beginners group (all gundogs) was held in the Best in Show ring. Out of a possible 18 (or so) dogs, Marshwiggle Shakespeare at Ravoakar JW made the final cut of 6.</w:t>
      </w:r>
    </w:p>
    <w:p>
      <w:r>
        <w:rPr>
          <w:b w:val="0"/>
          <w:i w:val="0"/>
        </w:rPr>
        <w:t>Myself and Carey would like to thank the breed Judge Mr Carter for thinking highly of our young dog and we made him aware of the result before he left the Labrador ring.</w:t>
      </w:r>
    </w:p>
    <w:p>
      <w:r>
        <w:rPr>
          <w:b w:val="0"/>
          <w:i w:val="0"/>
        </w:rPr>
        <w:t>I am pleased and think it a good idea that this kind of class has been thought of by societies as it allows exhibitors like ourselves to enter a dog which isn't owned, or handled by someone who has already won a ticket and allows those exhibitors be judged against people and dogs with the same standing. The opportunity of being in 'the big ring' was definitely enjoyed by myself and Billy and that memory will last a very long time."</w:t>
      </w:r>
    </w:p>
    <w:p>
      <w:r>
        <w:rPr>
          <w:b w:val="0"/>
          <w:i w:val="0"/>
        </w:rPr>
        <w:t>Thank you Karen, so glad you are enjoying the Special Beginners completion with the big ring final.</w:t>
      </w:r>
    </w:p>
    <w:p>
      <w:r>
        <w:rPr>
          <w:b w:val="0"/>
          <w:i w:val="0"/>
        </w:rPr>
        <w:t>Jo Macdonald kindly put the following on Facebook regarding exercising dogs attending</w:t>
      </w:r>
    </w:p>
    <w:p>
      <w:r>
        <w:rPr>
          <w:b w:val="0"/>
          <w:i w:val="0"/>
        </w:rPr>
        <w:t>Border Union Ch Show.</w:t>
      </w:r>
    </w:p>
    <w:p>
      <w:r>
        <w:rPr>
          <w:b w:val="0"/>
          <w:i w:val="0"/>
        </w:rPr>
        <w:t>"Just a word of warning that there has been a case of Alabama rot in the Kelso area. It is advised not to take dogs down to the River Tweed while showing at Border Union this year."</w:t>
      </w:r>
    </w:p>
    <w:p>
      <w:r>
        <w:rPr>
          <w:b w:val="0"/>
          <w:i w:val="0"/>
        </w:rPr>
        <w:t xml:space="preserve">Good news of forthcoming event for your diaries. Michael Neachell writes, "Just a reminder that this year's Annual Garden Party is on Sunday, July 15th at Wellfield House, Orgreave, Alrewas, Burton on Trent, DE13 7DH. </w:t>
      </w:r>
    </w:p>
    <w:p>
      <w:r>
        <w:rPr>
          <w:b w:val="0"/>
          <w:i w:val="0"/>
        </w:rPr>
        <w:t xml:space="preserve">We will be having the usual puppy and veteran classes. Puppy classes 12 weeks-4 months, 4 months-6 months, 6 months-9 months and 9 months-12 months. Veteran classes for 7-10 years and 10 years plus. </w:t>
      </w:r>
    </w:p>
    <w:p>
      <w:r>
        <w:rPr>
          <w:b w:val="0"/>
          <w:i w:val="0"/>
        </w:rPr>
        <w:t xml:space="preserve">All class winners to receive a 2kg bag of Ravenscroft dog food and Best Puppy and Best Veteran to get a 15kg bag of Ravenscroft Adult dog food. All puppies and veterans to receive a party bag. Entry fee Â£2 per class. Judge Hayley Jo Brambles. </w:t>
      </w:r>
    </w:p>
    <w:p>
      <w:r>
        <w:rPr>
          <w:b w:val="0"/>
          <w:i w:val="0"/>
        </w:rPr>
        <w:t>Fun training day for Labradors of all ages, Gundog training for beginners and Good Citizen Dog Scheme (Bronze). Also a fun scurry for puppies and adults, Â£20 to the winner.</w:t>
      </w:r>
    </w:p>
    <w:p>
      <w:r>
        <w:rPr>
          <w:b w:val="0"/>
          <w:i w:val="0"/>
        </w:rPr>
        <w:t>We will also be hosting an eye testing session with John Goodyear @ Â£40 per dog.</w:t>
      </w:r>
    </w:p>
    <w:p>
      <w:r>
        <w:rPr>
          <w:b w:val="0"/>
          <w:i w:val="0"/>
        </w:rPr>
        <w:t>Plenty of refreshments available including burgers, roast pork cobs and home made cakes.</w:t>
      </w:r>
    </w:p>
    <w:p>
      <w:r>
        <w:rPr>
          <w:b w:val="0"/>
          <w:i w:val="0"/>
        </w:rPr>
        <w:t>Raffle, tombola and MCLRC Shop.</w:t>
      </w:r>
    </w:p>
    <w:p>
      <w:r>
        <w:rPr>
          <w:b w:val="0"/>
          <w:i w:val="0"/>
        </w:rPr>
        <w:t>And of course the usual complimentary Pimms!"</w:t>
      </w:r>
    </w:p>
    <w:p>
      <w:r>
        <w:rPr>
          <w:b w:val="0"/>
          <w:i w:val="0"/>
        </w:rPr>
        <w:t>On a hot Sunday at Southern Counties Ch Show there was a replacement judge and Chris Atkinson stood in for scheduled judge, Margaret Woods who was indisposed. Chris a Gundog allrounder, was judging the breed for the third time, his previous Labrador appointments being I understand, at Welsh Kennel Club and Belfast.</w:t>
      </w:r>
    </w:p>
    <w:p>
      <w:r>
        <w:rPr>
          <w:b w:val="0"/>
          <w:i w:val="0"/>
        </w:rPr>
        <w:t xml:space="preserve">The winners were Dog CC and Best of Breed, Sharon Lamberts Ch Mattand Exodus JW. </w:t>
      </w:r>
    </w:p>
    <w:p>
      <w:r>
        <w:rPr>
          <w:b w:val="0"/>
          <w:i w:val="0"/>
        </w:rPr>
        <w:t>The Dog RCC was a repeat of Bath the week before, namely, Anthony Allen, Hess and Jordan's yellow Tampa Bay Marco Polo for Eagle Pond.</w:t>
      </w:r>
    </w:p>
    <w:p>
      <w:r>
        <w:rPr>
          <w:b w:val="0"/>
          <w:i w:val="0"/>
        </w:rPr>
        <w:t>Penny Carpanini must have been thrilled to go one better than at Bath the previous week where she won the RCC with Carpenny Portia and this time upgraded to winning the CC, thus making up her black bitch Carpenny Portia.</w:t>
      </w:r>
    </w:p>
    <w:p>
      <w:r>
        <w:rPr>
          <w:b w:val="0"/>
          <w:i w:val="0"/>
        </w:rPr>
        <w:t>The Bitch RCC went to Ed Casey and Cavellos Lembas Kiss Me Kate at Moyglas, whilst Linda Majors Linjor Rigsby was Best Puppy in Breed. Best Veteran was Richbourne Signature Tune of Tiaja owned by Mrs JA Wallace.</w:t>
      </w:r>
    </w:p>
    <w:p>
      <w:r>
        <w:rPr>
          <w:b w:val="0"/>
          <w:i w:val="0"/>
        </w:rPr>
        <w:t>Helen Gilroy was the judge of Lab Club of Northern Ireland last month and writes, "I would like to thank everyone that came to the show for my 1st CC appointment; although the entry was not great, the quality was very high.</w:t>
      </w:r>
    </w:p>
    <w:p>
      <w:r>
        <w:rPr>
          <w:b w:val="0"/>
          <w:i w:val="0"/>
        </w:rPr>
        <w:t xml:space="preserve">"Bitch CC and BIS was Hodges Naiken Carinsia, RBCC was Lewis, Crammonkirk Rogue Gossip, Dog CC RBIS was Lewis, Crammonkirk all the Gossip, this was his 3rd. Reserve Dog CC was Bold, Shaymiloney Senate, Best Puppy Hodge, Naiken Dance Rhythm, RBP Callaghan, CJ Stander. Best Veteran - Harman, Lakemeadow Lotus Blossom of Karedis." </w:t>
      </w:r>
    </w:p>
    <w:p>
      <w:r>
        <w:rPr>
          <w:b w:val="0"/>
          <w:i w:val="0"/>
        </w:rPr>
        <w:t>Thank you Helen.</w:t>
      </w:r>
    </w:p>
    <w:p>
      <w:r>
        <w:rPr>
          <w:b w:val="0"/>
          <w:i w:val="0"/>
        </w:rPr>
        <w:t xml:space="preserve">Ann Britton </w:t>
      </w:r>
    </w:p>
    <w:p>
      <w:r>
        <w:rPr>
          <w:b w:val="0"/>
          <w:i w:val="0"/>
        </w:rPr>
        <w:t xml:space="preserve">01989 720665 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