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Jan 2010"</w:t>
      </w:r>
      <w:r>
        <w:br/>
      </w:r>
      <w:r>
        <w:rPr>
          <w:b w:val="0"/>
          <w:i w:val="0"/>
        </w:rPr>
        <w:br/>
        <w:t>date_original: "29 Jan 2010"</w:t>
      </w:r>
      <w:r>
        <w:br/>
      </w:r>
      <w:r>
        <w:rPr>
          <w:b w:val="0"/>
          <w:i w:val="0"/>
        </w:rPr>
        <w:br/>
        <w:t>source_url: "https://www.ourdogs.co.uk/members/breednotes/2010/RetrieverLabrador/RetrieverLabrador-jan29.htm"</w:t>
      </w:r>
      <w:r>
        <w:br/>
      </w:r>
      <w:r>
        <w:rPr>
          <w:b w:val="0"/>
          <w:i w:val="0"/>
        </w:rPr>
        <w:br/>
        <w:t>archive_type: "static_html"</w:t>
      </w:r>
      <w:r>
        <w:br/>
      </w:r>
      <w:r>
        <w:rPr>
          <w:b w:val="0"/>
          <w:i w:val="0"/>
        </w:rPr>
        <w:br/>
        <w:t>scraped_at: "2026-09-13T22:00:01"</w:t>
      </w:r>
      <w:r>
        <w:br/>
      </w:r>
      <w:r>
        <w:rPr>
          <w:b w:val="0"/>
          <w:i w:val="0"/>
        </w:rPr>
        <w:br/>
        <w:t>word_count: 1058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snow has gone and the ice melted, only to be replaced by torrential rain and mud. The first sign of life outside….a new mole-hill in the paddock!</w:t>
      </w:r>
    </w:p>
    <w:p>
      <w:r>
        <w:rPr>
          <w:b w:val="0"/>
          <w:i w:val="0"/>
        </w:rPr>
        <w:t>A correction to the notes for 1st January 2010. The Single Membership of Cotswold and Wyevern Labrador Club is not as stated. Membership is £6 Single and £8 Joint. Fees should be sent to Mr K Gawthorpe, Waterbrook, 19 Badger Road, Woodhouse, Sheffield S13 7TQ .</w:t>
      </w:r>
    </w:p>
    <w:p>
      <w:r>
        <w:rPr>
          <w:b w:val="0"/>
          <w:i w:val="0"/>
        </w:rPr>
        <w:t>It’s now that time of year when I review the winners of the previous year. Marion and David Hopkinson’s yellow dog, Sh Ch Rocheby State Occasion (Rocheby Old Smokey x Brambleridge Rave Review of Bridgeford) is the winner of the Our Dogs Viyo-elite Top Sire Competition 2009, based on points gained for wins of his offspring. The same breeder/owners yellow dog, Rocheby Old Smokey (Rocheby Navy Blue x Sh Ch Rocheby Polkadot) is once again top Labrador Stud Dog 2009 in the Dog World competition. Old Smokey is also well up in the list of Top Stud Dogs for 2009, coming tenth overall all breeds. What tremendous success his offspring have had over such a long period of time. It seems only yesterday that I awarded his dam, Sh Ch Rocheby Polkadot, her very first CC from the Graduate class at Blackpool. Over the years, her influence on the breed through her son and now her Grandson has been immense.</w:t>
      </w:r>
    </w:p>
    <w:p>
      <w:r>
        <w:rPr>
          <w:b w:val="0"/>
          <w:i w:val="0"/>
        </w:rPr>
        <w:t>Top winning Labrador of 2009 was the Allen family, Geoff, Jean and Anthony’s yellow dog, Sh Ch Allenies Maverick JW ShCM (Allenies MacCallum x Allenies Graceful) who won five CCs during the year and was Group l at Belfast, Group 2 at SKC in May and Group 4 at SKC in August. He was the Best in Show winner at Three Ridings Lab Club. Congratulations.</w:t>
      </w:r>
    </w:p>
    <w:p>
      <w:r>
        <w:rPr>
          <w:b w:val="0"/>
          <w:i w:val="0"/>
        </w:rPr>
        <w:t>During 2009 there were fourteen new Labrador champions made up; 10 dogs and 4 bitches. This is similar to the 2008 results when fourteen new champions were similarly crowned; 8 dogs and 6 bitches. Of the 2009 champion dogs, two were black, two were chocolate and six were yellow which compares with the males of 2008; two black dogs and 6 yellow dogs.</w:t>
      </w:r>
      <w:r>
        <w:br/>
      </w:r>
      <w:r>
        <w:rPr>
          <w:b w:val="0"/>
          <w:i w:val="0"/>
        </w:rPr>
        <w:br/>
        <w:t>Two yellow bitches and two black bitches were made up in 2009, compared with three yellows, one black and one chocolate the previous year.</w:t>
      </w:r>
    </w:p>
    <w:p>
      <w:r>
        <w:rPr>
          <w:b w:val="0"/>
          <w:i w:val="0"/>
        </w:rPr>
        <w:t>Listed alphabetically by affix, those who achieved their titles were: Dogs:- Lynda Major’s yellow Sh Ch Brockburrow Cassanova in Linjor JW. (Sh Ch Linjor Valentino JW Sh CM x Eneleon Amethyst). John, Jane and Mark Rawlinson’s yellow, Sh Ch Halshimoor Lincoln. (Sh Ch Ramsayville Route Sixty Six x Halshimoor Tickety Boo JW) Linda and Allan Porters black, Sh Ch Lindall Redemption (Lindall Court Masterpiece x Lindall Will She). Lou and Janet Neal’s black, Sh Ch Ludalor Lunar Eclipse over Amberstope. (Ch Amberstope Blue Moon x Ch Ludalor Lily) Alan, Jackie and Rebecca Hodge’s chocolate, Sh Ch Naiken Way out West JW (Am Ch Simmersdown Dr Pepper x Buckholt Katie at Naiken). Belshaw and Rawlinson family’s yellow, Sh Ch Shannorell Ticket to Ride to Halshimoor (Sh Ch Ramsayville Route Sixty Six x Halshimoor Dizzy Heights at Shanorrell) Mr and Mrs Frank Autey’s chocolate, Sh Ch Ryedown Scottish Reel JW (Sh Ch Lougin Loomis x Ryedown Sweet Salsa Sauce) Brown family and Todd and Farquarson’s yellow Sh Ch Ramsayville Rain Stops Play (Poolstead Plan of Action x Ramsayville Rhian) Marion and David Hopkinsons two yellows, Sh Ch Rocheby Statesman and Sh Ch Rocheby State Occasion, (Rocheby Old Smokey x Brambleridge Rave Review of Bridgeford)</w:t>
      </w:r>
    </w:p>
    <w:p>
      <w:r>
        <w:rPr>
          <w:b w:val="0"/>
          <w:i w:val="0"/>
        </w:rPr>
        <w:t>Bitches:- Marlene Hepper’s black, Sh Ch Mardas Venetian Fan Fare (Greenworth Vincent O’Brian at Mardas x Mardas Shooting Star). Martin and Mary O’Donaghue’s yellow Sh Ch. Ir Ch Philipstown Sally Ann.(Rocheby Sporting Chance in Philipstown x Ir Sh Ch Philipstown Dancer). Marion and David Hopkinsons yellow bitch, Sh Ch Rocheby Spun Silk (Rocheby State Occasion x Rocheby Georgette). Alan Taylors black, Sh Ch Sandylands Pandora. (Sh Ch Rockabee Blue Peter of Sandylands x Rocheby Purple Shades of Sandylands).</w:t>
      </w:r>
    </w:p>
    <w:p>
      <w:r>
        <w:rPr>
          <w:b w:val="0"/>
          <w:i w:val="0"/>
        </w:rPr>
        <w:t>Many congratulations to you all. Next week I will detail each new champion’s individual wins.</w:t>
      </w:r>
      <w:r>
        <w:br/>
      </w:r>
      <w:r>
        <w:rPr>
          <w:b w:val="0"/>
          <w:i w:val="0"/>
        </w:rPr>
        <w:b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