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- 25/11/2011"</w:t>
      </w:r>
      <w:r>
        <w:br/>
      </w:r>
      <w:r>
        <w:rPr>
          <w:b w:val="0"/>
          <w:i w:val="0"/>
        </w:rPr>
        <w:br/>
        <w:t>date_original: "25/11/2011"</w:t>
      </w:r>
      <w:r>
        <w:br/>
      </w:r>
      <w:r>
        <w:rPr>
          <w:b w:val="0"/>
          <w:i w:val="0"/>
        </w:rPr>
        <w:br/>
        <w:t>source_url: "https://www.ourdogs.co.uk/members/breednotes/retlabarchive.php"</w:t>
      </w:r>
      <w:r>
        <w:br/>
      </w:r>
      <w:r>
        <w:rPr>
          <w:b w:val="0"/>
          <w:i w:val="0"/>
        </w:rPr>
        <w:br/>
        <w:t>archive_type: "retlabarchive_post"</w:t>
      </w:r>
      <w:r>
        <w:br/>
      </w:r>
      <w:r>
        <w:rPr>
          <w:b w:val="0"/>
          <w:i w:val="0"/>
        </w:rPr>
        <w:br/>
        <w:t>scraped_at: "2026-09-13T22:47:25"</w:t>
      </w:r>
      <w:r>
        <w:br/>
      </w:r>
      <w:r>
        <w:rPr>
          <w:b w:val="0"/>
          <w:i w:val="0"/>
        </w:rPr>
        <w:br/>
        <w:t>word_count: 685</w:t>
      </w:r>
    </w:p>
    <w:p>
      <w:r>
        <w:t>――――――――――――――――――――――――――――――</w:t>
      </w:r>
    </w:p>
    <w:p>
      <w:r>
        <w:rPr>
          <w:b w:val="0"/>
          <w:i w:val="0"/>
        </w:rPr>
        <w:t>NEWS MEMBERS' AREA SHOP SUBSCRIBE UPCOMING SHOWS MORE</w:t>
      </w:r>
    </w:p>
    <w:p>
      <w:r>
        <w:rPr>
          <w:b w:val="0"/>
          <w:i w:val="0"/>
        </w:rPr>
        <w:t>RETRIEVER LABRADOR</w:t>
      </w:r>
    </w:p>
    <w:p>
      <w:r>
        <w:rPr>
          <w:b w:val="0"/>
          <w:i w:val="0"/>
        </w:rPr>
        <w:t>Issue: 25/11/2011</w:t>
      </w:r>
    </w:p>
    <w:p>
      <w:r>
        <w:rPr>
          <w:b w:val="0"/>
          <w:i w:val="0"/>
        </w:rPr>
        <w:t>The Labrador Retriever Club Open show was held at NortonVillage Hall, near Worcester on Saturday 19th November. The entry of 120 dogs and bitches, slightly depleted by absentees, was judged by experienced Gundog judge, Penny Williams, who with her husband Gordon owns the famous, top winning Bournehouse kennel of the most beautifully presented, classical English Setters.</w:t>
      </w:r>
    </w:p>
    <w:p>
      <w:r>
        <w:rPr>
          <w:b w:val="0"/>
          <w:i w:val="0"/>
        </w:rPr>
        <w:t>Although entered for the show, I could not make it on the day, but was glad to receive the results for the breed notes</w:t>
      </w:r>
    </w:p>
    <w:p>
      <w:r>
        <w:rPr>
          <w:b w:val="0"/>
          <w:i w:val="0"/>
        </w:rPr>
        <w:t>Best in Show was Sally Lewis's 7year old black, Sh Ch Gamesmere Orlando ShCM, whilst Lorraine Tooths yellow bitch, Ludalor Lancastria Chardonnay JW was Best Bitch and Res Best in Show.</w:t>
      </w:r>
    </w:p>
    <w:p>
      <w:r>
        <w:rPr>
          <w:b w:val="0"/>
          <w:i w:val="0"/>
        </w:rPr>
        <w:t>Reserve Best Dog was David Coodes yellow, CH Warringahs Gundaroo JW from the working class and Reserve Best Bitch was Sharon Rogers yellow, Woodmist Saffron.</w:t>
      </w:r>
    </w:p>
    <w:p>
      <w:r>
        <w:rPr>
          <w:b w:val="0"/>
          <w:i w:val="0"/>
        </w:rPr>
        <w:t>The Hodges 8 year old black Sh Ch Naiken Quincy JW was Best Veteran over the age of eight years .</w:t>
      </w:r>
    </w:p>
    <w:p>
      <w:r>
        <w:rPr>
          <w:b w:val="0"/>
          <w:i w:val="0"/>
        </w:rPr>
        <w:t>Best Puppy in Show was Marylin Priors yellow, Priorise Come Dancing, whilst Best Puppy Dog was the Hodges black, Naiken Zephyr.</w:t>
      </w:r>
    </w:p>
    <w:p>
      <w:r>
        <w:rPr>
          <w:b w:val="0"/>
          <w:i w:val="0"/>
        </w:rPr>
        <w:t>I gather an extremely good roast lunch with a variety of puddings prepared by Erica Jayes and her band of helpers was eagely taken up for the princely sum of Â£2 per head. Sadly I missed it all.</w:t>
      </w:r>
    </w:p>
    <w:p>
      <w:r>
        <w:rPr>
          <w:b w:val="0"/>
          <w:i w:val="0"/>
        </w:rPr>
        <w:t>Alison Scutcher writes: "With effect from 17/11/11 my new email address will be winsleywood@btinternet.com</w:t>
      </w:r>
    </w:p>
    <w:p>
      <w:r>
        <w:rPr>
          <w:b w:val="0"/>
          <w:i w:val="0"/>
        </w:rPr>
        <w:t>Ann Taylor sent news of her wonderful 4th in the Puppy Group out of 30 BPIB's at Gundog Breeds of Scotland championship show recently. Well done.</w:t>
      </w:r>
    </w:p>
    <w:p>
      <w:r>
        <w:rPr>
          <w:b w:val="0"/>
          <w:i w:val="0"/>
        </w:rPr>
        <w:t>On another topic Anne writes: 'Would anyone who has had a dog pass its Show Gundog Working Certificate (not Working Gundog Certificate) in 2007- 2011 please send me the details. Email: fabracken@btinternet.com, or post. Could they include the approximate date they did the test too".</w:t>
      </w:r>
    </w:p>
    <w:p>
      <w:r>
        <w:rPr>
          <w:b w:val="0"/>
          <w:i w:val="0"/>
        </w:rPr>
        <w:t>Closing this weeks notes, many thanks to Maureen Rees for an amusing insight into some aspects oour dog showing lives.</w:t>
      </w:r>
    </w:p>
    <w:p>
      <w:r>
        <w:rPr>
          <w:b w:val="0"/>
          <w:i w:val="0"/>
        </w:rPr>
        <w:t>"Dog show people are a special breed, not usually recognised by the KC. They keep a cage in their living room. They have muddled houses but their kennels are spotless. They can always find a show schedule within arms reach. They have kids who know more about the birds and the bees at 5years of age, than most people do at 40.</w:t>
      </w:r>
    </w:p>
    <w:p>
      <w:r>
        <w:rPr>
          <w:b w:val="0"/>
          <w:i w:val="0"/>
        </w:rPr>
        <w:t>Dog show people will drive 200 miles, spend Â£50 on petrol and another Â£20 on meals in order to bring home a 25p rosette. Dog-show people drive vans. They can't be reached on the phone at weekends, unless you happen to be at the same show. They have trouble getting to work on time but can make it in the show ring for 8.00am. Dog show people will give up a Â£150,000 house in order to move to a shack on 10 acres and buy a Â£150,000 kennel block. Dog show people have kids who grow up believing 'bitch' is just another household word. Dog show people may pay the mortgage 10 days late but never miss a closing date for entries! Dog show people would rather be audited by the Inland Revenue than be investigated by the Kennel Club. Dog show people use dog food bags for rubbish and rubbish bins for dog food. Dog show people will talk to other dog show people on the phone for hours in a language known only to dog people!" I seem to recognise rather a lot of those. Many thanks, Maureen.</w:t>
      </w:r>
    </w:p>
    <w:p>
      <w:r>
        <w:rPr>
          <w:b w:val="0"/>
          <w:i w:val="0"/>
        </w:rPr>
        <w:t>Ann Britton, 01989720665</w:t>
      </w:r>
    </w:p>
    <w:p>
      <w:r>
        <w:rPr>
          <w:b w:val="0"/>
          <w:i w:val="0"/>
        </w:rPr>
        <w:t>bowstones@btinternet.com</w:t>
      </w:r>
    </w:p>
    <w:p>
      <w:r>
        <w:rPr>
          <w:b w:val="0"/>
          <w:i w:val="0"/>
        </w:rPr>
        <w:t>Back to Archive</w:t>
      </w:r>
    </w:p>
    <w:p>
      <w:r>
        <w:rPr>
          <w:b w:val="0"/>
          <w:i w:val="0"/>
        </w:rPr>
        <w:t>Back to Breed Notes Index</w:t>
      </w:r>
    </w:p>
    <w:p>
      <w:r>
        <w:rPr>
          <w:b w:val="0"/>
          <w:i w:val="0"/>
        </w:rPr>
        <w:t>Tel</w:t>
      </w:r>
      <w:r>
        <w:br/>
      </w:r>
      <w:r>
        <w:rPr>
          <w:b w:val="0"/>
          <w:i w:val="0"/>
        </w:rPr>
        <w:br/>
        <w:t>0161 709 4550</w:t>
      </w:r>
      <w:r>
        <w:br/>
      </w:r>
      <w:r>
        <w:rPr>
          <w:b w:val="0"/>
          <w:i w:val="0"/>
        </w:rPr>
        <w:br/>
        <w:t>Advertising</w:t>
      </w:r>
      <w:r>
        <w:br/>
      </w:r>
      <w:r>
        <w:rPr>
          <w:b w:val="0"/>
          <w:i w:val="0"/>
        </w:rPr>
        <w:br/>
        <w:t>0161 709 4576</w:t>
      </w:r>
      <w:r>
        <w:br/>
      </w:r>
      <w:r>
        <w:rPr>
          <w:b w:val="0"/>
          <w:i w:val="0"/>
        </w:rPr>
        <w:br/>
        <w:t>Editorial</w:t>
      </w:r>
      <w:r>
        <w:br/>
      </w:r>
      <w:r>
        <w:rPr>
          <w:b w:val="0"/>
          <w:i w:val="0"/>
        </w:rPr>
        <w:br/>
        <w:t>0161 709 4550</w:t>
      </w:r>
      <w:r>
        <w:br/>
      </w:r>
      <w:r>
        <w:rPr>
          <w:b w:val="0"/>
          <w:i w:val="0"/>
        </w:rPr>
        <w:br/>
        <w:t>Subscriptions</w:t>
      </w:r>
      <w:r>
        <w:br/>
      </w:r>
      <w:r>
        <w:rPr>
          <w:b w:val="0"/>
          <w:i w:val="0"/>
        </w:rPr>
        <w:br/>
        <w:t>0161 709 4559</w:t>
      </w:r>
      <w:r>
        <w:br/>
      </w:r>
      <w:r>
        <w:rPr>
          <w:b w:val="0"/>
          <w:i w:val="0"/>
        </w:rPr>
        <w:br/>
        <w:t>Mail Order</w:t>
      </w:r>
      <w:r>
        <w:br/>
      </w:r>
      <w:r>
        <w:rPr>
          <w:b w:val="0"/>
          <w:i w:val="0"/>
        </w:rPr>
        <w:br/>
        <w:t>0161 709 4562</w:t>
      </w:r>
      <w:r>
        <w:br/>
      </w:r>
      <w:r>
        <w:rPr>
          <w:b w:val="0"/>
          <w:i w:val="0"/>
        </w:rPr>
        <w:br/>
        <w:t>Show Reports</w:t>
      </w:r>
      <w:r>
        <w:br/>
      </w:r>
      <w:r>
        <w:rPr>
          <w:b w:val="0"/>
          <w:i w:val="0"/>
        </w:rPr>
        <w:br/>
        <w:t>0161 709 4571</w:t>
      </w:r>
      <w:r>
        <w:br/>
      </w:r>
      <w:r>
        <w:rPr>
          <w:b w:val="0"/>
          <w:i w:val="0"/>
        </w:rPr>
        <w:br/>
        <w:t>SEND YOUR REPORT</w:t>
      </w:r>
      <w:r>
        <w:br/>
      </w:r>
      <w:r>
        <w:rPr>
          <w:b w:val="0"/>
          <w:i w:val="0"/>
        </w:rPr>
        <w:br/>
        <w:t>Competitions</w:t>
      </w:r>
      <w:r>
        <w:br/>
      </w:r>
      <w:r>
        <w:rPr>
          <w:b w:val="0"/>
          <w:i w:val="0"/>
        </w:rPr>
        <w:br/>
        <w:t>TOP DOG</w:t>
      </w:r>
      <w:r>
        <w:br/>
      </w:r>
      <w:r>
        <w:rPr>
          <w:b w:val="0"/>
          <w:i w:val="0"/>
        </w:rPr>
        <w:br/>
        <w:t>TOP PUPPY</w:t>
      </w:r>
      <w:r>
        <w:br/>
      </w:r>
      <w:r>
        <w:rPr>
          <w:b w:val="0"/>
          <w:i w:val="0"/>
        </w:rPr>
        <w:br/>
        <w:t>TOP BREEDER</w:t>
      </w:r>
      <w:r>
        <w:br/>
      </w:r>
      <w:r>
        <w:rPr>
          <w:b w:val="0"/>
          <w:i w:val="0"/>
        </w:rPr>
        <w:br/>
        <w:t>TOP STUD</w:t>
      </w:r>
      <w:r>
        <w:br/>
      </w:r>
      <w:r>
        <w:rPr>
          <w:b w:val="0"/>
          <w:i w:val="0"/>
        </w:rPr>
        <w:br/>
        <w:t>TOP BROOD</w:t>
      </w:r>
      <w:r>
        <w:br/>
      </w:r>
      <w:r>
        <w:rPr>
          <w:b w:val="0"/>
          <w:i w:val="0"/>
        </w:rPr>
        <w:br/>
        <w:t>Members' Area</w:t>
      </w:r>
      <w:r>
        <w:br/>
      </w:r>
      <w:r>
        <w:rPr>
          <w:b w:val="0"/>
          <w:i w:val="0"/>
        </w:rPr>
        <w:br/>
        <w:t>BREED NOTES</w:t>
      </w:r>
      <w:r>
        <w:br/>
      </w:r>
      <w:r>
        <w:rPr>
          <w:b w:val="0"/>
          <w:i w:val="0"/>
        </w:rPr>
        <w:br/>
        <w:t>CHAMP SHOWS</w:t>
      </w:r>
      <w:r>
        <w:br/>
      </w:r>
      <w:r>
        <w:rPr>
          <w:b w:val="0"/>
          <w:i w:val="0"/>
        </w:rPr>
        <w:br/>
        <w:t>GENERAL SHOWS</w:t>
      </w:r>
      <w:r>
        <w:br/>
      </w:r>
      <w:r>
        <w:rPr>
          <w:b w:val="0"/>
          <w:i w:val="0"/>
        </w:rPr>
        <w:br/>
        <w:t>REGULAR FEATURES</w:t>
      </w:r>
      <w:r>
        <w:br/>
      </w:r>
      <w:r>
        <w:rPr>
          <w:b w:val="0"/>
          <w:i w:val="0"/>
        </w:rPr>
        <w:br/>
        <w:t>DIGITAL EDITION</w:t>
      </w:r>
      <w:r>
        <w:br/>
      </w:r>
      <w:r>
        <w:rPr>
          <w:b w:val="0"/>
          <w:i w:val="0"/>
        </w:rPr>
        <w:br/>
        <w:t>Sign up for our newsletter</w:t>
      </w:r>
      <w:r>
        <w:br/>
      </w:r>
      <w:r>
        <w:rPr>
          <w:b w:val="0"/>
          <w:i w:val="0"/>
        </w:rPr>
        <w:br/>
        <w:t>Follow Us</w:t>
      </w:r>
    </w:p>
    <w:p>
      <w:r>
        <w:rPr>
          <w:b w:val="0"/>
          <w:i w:val="0"/>
        </w:rPr>
        <w:t>© Our Dogs Publishing All Rights Reserved. | Privacy Policy</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