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- 21/01/2011"</w:t>
      </w:r>
      <w:r>
        <w:br/>
      </w:r>
      <w:r>
        <w:rPr>
          <w:b w:val="0"/>
          <w:i w:val="0"/>
        </w:rPr>
        <w:br/>
        <w:t>date_original: "21/01/2011"</w:t>
      </w:r>
      <w:r>
        <w:br/>
      </w:r>
      <w:r>
        <w:rPr>
          <w:b w:val="0"/>
          <w:i w:val="0"/>
        </w:rPr>
        <w:br/>
        <w:t>source_url: "https://www.ourdogs.co.uk/members/breednotes/retlabarchive.php"</w:t>
      </w:r>
      <w:r>
        <w:br/>
      </w:r>
      <w:r>
        <w:rPr>
          <w:b w:val="0"/>
          <w:i w:val="0"/>
        </w:rPr>
        <w:br/>
        <w:t>archive_type: "retlabarchive_post"</w:t>
      </w:r>
      <w:r>
        <w:br/>
      </w:r>
      <w:r>
        <w:rPr>
          <w:b w:val="0"/>
          <w:i w:val="0"/>
        </w:rPr>
        <w:br/>
        <w:t>scraped_at: "2026-09-13T22:49:30"</w:t>
      </w:r>
      <w:r>
        <w:br/>
      </w:r>
      <w:r>
        <w:rPr>
          <w:b w:val="0"/>
          <w:i w:val="0"/>
        </w:rPr>
        <w:br/>
        <w:t>word_count: 1359</w:t>
      </w:r>
    </w:p>
    <w:p>
      <w:r>
        <w:t>――――――――――――――――――――――――――――――</w:t>
      </w:r>
    </w:p>
    <w:p>
      <w:r>
        <w:rPr>
          <w:b w:val="0"/>
          <w:i w:val="0"/>
        </w:rPr>
        <w:t>NEWS MEMBERS' AREA SHOP SUBSCRIBE UPCOMING SHOWS MORE</w:t>
      </w:r>
    </w:p>
    <w:p>
      <w:r>
        <w:rPr>
          <w:b w:val="0"/>
          <w:i w:val="0"/>
        </w:rPr>
        <w:t>RETRIEVER LABRADOR</w:t>
      </w:r>
    </w:p>
    <w:p>
      <w:r>
        <w:rPr>
          <w:b w:val="0"/>
          <w:i w:val="0"/>
        </w:rPr>
        <w:t>Issue: 21/01/2011</w:t>
      </w:r>
    </w:p>
    <w:p>
      <w:r>
        <w:rPr>
          <w:b w:val="0"/>
          <w:i w:val="0"/>
        </w:rPr>
        <w:t>Boston and District CA held their 5th Championship show indoors at the East of England Showground on a horrid, gloomy, wet and soggy early January day. In the spacious, brightly lit hall, we had our benching immediately adjacent to a lovely big ring, carpeted with green Astroturf, which especially set off the black Labradors beautifully. Our judges were Vic Cole (Dogs) and Martin O'Donoghue (Bitches) with a joint entry of 195. Judging was complete by late lunchtime so there was time to complete most of the homewards journey in daylight, although the further west I drove, the thicker the fog became.</w:t>
      </w:r>
    </w:p>
    <w:p>
      <w:r>
        <w:rPr>
          <w:b w:val="0"/>
          <w:i w:val="0"/>
        </w:rPr>
        <w:t>The winners were Dog CC , his second , Wendy Southwells black, Brigburn Farm Trader at Driffwold; Dog RCC Sally Lewis's black Sh Ch Gamesmere Orlando. Bitch CC and BOB Richard Stafford's yellow Sh Ch Kimvalley Star Attraction of Farnfield JW ShCM and Bitch RCC Les Brabbans black Foulby Queenstown at Cambremer. Best Puppy was Diana Downey Tulloch's Tullochmohr True Blue.</w:t>
      </w:r>
    </w:p>
    <w:p>
      <w:r>
        <w:rPr>
          <w:b w:val="0"/>
          <w:i w:val="0"/>
        </w:rPr>
        <w:t>A correction to the LKA 2010 results. Second in Post Graduate Labrador Dog was Chris and Tony Jury's yellow, Tibblestone Gospel Singer. Third was Maureen Rees's yellow Carpenny Miles Ahead at Eremos. Whilst the judging book, award board and office slips all concurred with this, the printers computer decided to have an inventive mind of its own, (probably to check who was on the ball. Well done Maureen!).</w:t>
      </w:r>
    </w:p>
    <w:p>
      <w:r>
        <w:rPr>
          <w:b w:val="0"/>
          <w:i w:val="0"/>
        </w:rPr>
        <w:t>On  Sunday 6th February 2011 there will be a  Field Spaniel Health Seminar</w:t>
      </w:r>
    </w:p>
    <w:p>
      <w:r>
        <w:rPr>
          <w:b w:val="0"/>
          <w:i w:val="0"/>
        </w:rPr>
        <w:t>(Open to All Breeds) at Great Alne &amp; Kinwarton Memorial Hall, Alcester, Warks B49 6HL.10.00 For 10:30 am Start. Including Skeletal Conditions of the Growing Dog, Speaker Peter Cockett BSc BVetMed DVR CertSAO MRCVS; Dogs get bad backs too! Speaker Paula Stokes MMAA and Heart problems for breeding and working dogs, Speaker David Fisher  BVetMed CertSAC CertSAM MRCVS. Tickets for FSS Members are Â£15:00 and for Non FSS Members Â£20.00.</w:t>
      </w:r>
    </w:p>
    <w:p>
      <w:r>
        <w:rPr>
          <w:b w:val="0"/>
          <w:i w:val="0"/>
        </w:rPr>
        <w:t>For further information contact. Shula M Shipton (FSS Health Officer) 01283 530408 mishules@sky.com. Ann Harding (Health Coordinator) 01179-402274 a.harding@blueyonder.co.uk. Kate Robertshaw 01282-859535 kmannochmore@orange.net. Elspeth Hazell 01530 231661 elspeth57@hotmail.com</w:t>
      </w:r>
    </w:p>
    <w:p>
      <w:r>
        <w:rPr>
          <w:b w:val="0"/>
          <w:i w:val="0"/>
        </w:rPr>
        <w:t>Alarming dog breeding legislation is being contemplated by the Welsh Assembly, which, if it comes into effect, could well be copied by the governments of England and Scotland. It could have implications for us all. From Cardiff, Margaret Barker, Secretary of the Labrador Club of Wales writes "I went to a meeting on Friday, attended by KC representatives and the WKC representatives, to find out more about the Breeding of Dogs Act that the Welsh Assembly are in the process of bringing out. The outcome of the meeting was that although we all agreed that the Assembly are correct in trying to abolish puppy farming they really are going about it in totally the wrong way and the only people that they will be hurting is the small breeder and dog show exhibitor, who does everything correctly.</w:t>
      </w:r>
    </w:p>
    <w:p>
      <w:r>
        <w:rPr>
          <w:b w:val="0"/>
          <w:i w:val="0"/>
        </w:rPr>
        <w:t>Carmarthenshire has already stated that their breeder licences would probably be about Â£500 per year, which of course would be peanuts to any puppy farmerwho has 50 breeding bitches, each producing a litter per year, resulting in, say, 400 puppies per year. However, this Â£500 licence fee would be completely over the top for a small kennel owned by a hobby breeder who owns a total of three or more female, un-neutered Labradors, above six months of age. Should the breeder, kennelling her Labradors outside, choose to breed just one litter per year from just one of her three bitches she will need a licence if more than 10 puppies are born!</w:t>
      </w:r>
    </w:p>
    <w:p>
      <w:r>
        <w:rPr>
          <w:b w:val="0"/>
          <w:i w:val="0"/>
        </w:rPr>
        <w:t>A petition was posted on the Welsh Assembly website. it read "It is evident from the drafting of the proposed legislation there was a fundamental ignorance of the position of hobby breeders in Wales, many of whom have international reputations as breeders of sound healthy dogs that are fit for function. The composition of the committee who drew up this proposed legislation, was fundamentally flawed as it took no account of the numerous hobby breeders resident in Wales. All hobby breeders welcome any method to clamp down on unscrupulous puppy farmers. It is our contention that adding more legislation to that which is already there &amp; not effectively enforced, is counter productive in the efforts to curtail the activities of unlicensed puppy farmers &amp; their reprehensible practices".</w:t>
      </w:r>
    </w:p>
    <w:p>
      <w:r>
        <w:rPr>
          <w:b w:val="0"/>
          <w:i w:val="0"/>
        </w:rPr>
        <w:t>The petition closed on 12th January. Hopefully the many people who signed the petition will persuade the Welsh Assembly members to reconsider.</w:t>
      </w:r>
    </w:p>
    <w:p>
      <w:r>
        <w:rPr>
          <w:b w:val="0"/>
          <w:i w:val="0"/>
        </w:rPr>
        <w:t>Whilst owning several companion bitches myself, but only breeding a very occasional litter, I considered how this proposed  legislation would affect the majority of us. After health check fees for hips, eyes, elbows and DNA testing of breeding stock, stud fees, vets fees for emergency caesareans, housing, feeding and rearing costs during pregnancy and rearing the litter, if one had to add on an additional Â£500 licence fee, it would certainly put the joy of breeding the occasional litter of beautiful Labrador puppies in a very different light.</w:t>
      </w:r>
    </w:p>
    <w:p>
      <w:r>
        <w:rPr>
          <w:b w:val="0"/>
          <w:i w:val="0"/>
        </w:rPr>
        <w:t>Continuing the list of winners from 2010. In number of CCs won order, h ere are the details of the male CC winners; 20 dogs in total; 1 Chocolate,12yellows and  7 blacks</w:t>
      </w:r>
    </w:p>
    <w:p>
      <w:pPr>
        <w:pStyle w:val="ListBullet"/>
      </w:pPr>
      <w:r>
        <w:rPr>
          <w:b w:val="0"/>
          <w:i w:val="0"/>
        </w:rPr>
        <w:t>=  BOB.  8CCs  6BOBs  Best in Show EA Lab Club and URC Sh Ch Naiken Way Out West JW chocolate.  Boston</w:t>
      </w:r>
      <w:r>
        <w:rPr>
          <w:b w:val="0"/>
          <w:i/>
        </w:rPr>
        <w:t xml:space="preserve"> - Janet Cole. Crufts</w:t>
      </w:r>
      <w:r>
        <w:rPr>
          <w:b w:val="0"/>
          <w:i w:val="0"/>
        </w:rPr>
        <w:t xml:space="preserve">  -David Craig. East Anglian Lab Club</w:t>
      </w:r>
      <w:r>
        <w:rPr>
          <w:b w:val="0"/>
          <w:i/>
        </w:rPr>
        <w:t xml:space="preserve">  -Sheelin Cuthbert. Three Ridings - Linda Sutcliffe. Blackpool</w:t>
      </w:r>
      <w:r>
        <w:rPr>
          <w:b w:val="0"/>
          <w:i w:val="0"/>
        </w:rPr>
        <w:t xml:space="preserve"> - Frank Gilroy</w:t>
      </w:r>
    </w:p>
    <w:p>
      <w:r>
        <w:rPr>
          <w:b w:val="0"/>
          <w:i w:val="0"/>
        </w:rPr>
        <w:t>URC</w:t>
      </w:r>
      <w:r>
        <w:rPr>
          <w:b w:val="0"/>
          <w:i/>
        </w:rPr>
        <w:t xml:space="preserve">  Best in Show - Carole Coode. SKC</w:t>
      </w:r>
      <w:r>
        <w:rPr>
          <w:b w:val="0"/>
          <w:i w:val="0"/>
        </w:rPr>
        <w:t xml:space="preserve">  - Andrew Brown. Darlington - Louise Blunt.  6CCs 3BOB Sh Ch Amberstope Rebel Yell ShCm yellow. Manchester - Angela Williams. National Dog Show</w:t>
      </w:r>
      <w:r>
        <w:rPr>
          <w:b w:val="0"/>
          <w:i/>
        </w:rPr>
        <w:t xml:space="preserve">  -Lynda Miles. East of England - Anne Lavelle. SWKA</w:t>
      </w:r>
      <w:r>
        <w:rPr>
          <w:b w:val="0"/>
          <w:i w:val="0"/>
        </w:rPr>
        <w:t xml:space="preserve">  - Marilyn Prior. Gundog Society of Wales - Liz Hallgarth. LKA</w:t>
      </w:r>
      <w:r>
        <w:rPr>
          <w:b w:val="0"/>
          <w:i/>
        </w:rPr>
        <w:t xml:space="preserve"> - Ann Britton.  4CCs 2BOB Sh Ch Allenies Maverick JW yellow. Southern Counties - Frank Whitbread. City of Birminham - Alan Taylor. Driffield</w:t>
      </w:r>
      <w:r>
        <w:rPr>
          <w:b w:val="0"/>
          <w:i w:val="0"/>
        </w:rPr>
        <w:t xml:space="preserve">  -Erica Jayes. West of England Lab Club*  - Jackie Hodge.</w:t>
      </w:r>
    </w:p>
    <w:p>
      <w:r>
        <w:rPr>
          <w:b w:val="0"/>
          <w:i w:val="0"/>
        </w:rPr>
        <w:t>4CCs 1BOB Sh Ch Stormrose Morning Jewel yellow. Labrador Retriever Club -  Linda McGillivray. Belfast -  Freda Marshall. Northumberland and Durham Lab Club</w:t>
      </w:r>
      <w:r>
        <w:rPr>
          <w:b w:val="0"/>
          <w:i/>
        </w:rPr>
        <w:t xml:space="preserve"> -  C Whitfield. Yellow Labrador Club  - Tony Jury. 3CCs 2BOBs Sh Ch Lembas Super Trouper yellow. Windsor Margaret Grant. Cotswold and Wyevern Lab Club</w:t>
      </w:r>
      <w:r>
        <w:rPr>
          <w:b w:val="0"/>
          <w:i w:val="0"/>
        </w:rPr>
        <w:t xml:space="preserve">  -L Johansen. Richmond - Richard Stafford</w:t>
      </w:r>
      <w:r>
        <w:rPr>
          <w:b w:val="0"/>
          <w:i/>
        </w:rPr>
        <w:t>. 2CCs 2BOB Sh Ch Sandylands Perfect Chance black. Bath</w:t>
      </w:r>
      <w:r>
        <w:rPr>
          <w:b w:val="0"/>
          <w:i w:val="0"/>
        </w:rPr>
        <w:t xml:space="preserve">  - Sian Ellis. Leeds* - Rosemary Hewitt</w:t>
      </w:r>
    </w:p>
    <w:p>
      <w:r>
        <w:rPr>
          <w:b w:val="0"/>
          <w:i w:val="0"/>
        </w:rPr>
        <w:t>2CCs 1BOB Sh Ch Cambremer Craftsman yellow. SKC</w:t>
      </w:r>
      <w:r>
        <w:rPr>
          <w:b w:val="0"/>
          <w:i/>
        </w:rPr>
        <w:t xml:space="preserve"> - John Jackson. Paignton  - D Bell. 2CCs 1BOB Sh Ch Gamesmere Orlando black. Three Counties- Karen Walsh. Bournemout</w:t>
      </w:r>
      <w:r>
        <w:rPr>
          <w:b w:val="0"/>
          <w:i w:val="0"/>
        </w:rPr>
        <w:t xml:space="preserve"> -Jenny Green. 2CCs Sh Ch Brockburrow Cassanova in Linjor yellow. Labrador Club of Wales -  Sue Marskell. Welsh Kennel Club - Fiona Coward Scholes</w:t>
      </w:r>
    </w:p>
    <w:p>
      <w:r>
        <w:rPr>
          <w:b w:val="0"/>
          <w:i w:val="0"/>
        </w:rPr>
        <w:t>1CC 1BOB Adoraden Hallmark of Suttonpark yellow. WELKS</w:t>
      </w:r>
      <w:r>
        <w:rPr>
          <w:b w:val="0"/>
          <w:i/>
        </w:rPr>
        <w:t xml:space="preserve">  - Sussie Wiles. Linnburnhead Reed Warbler black. Border Union</w:t>
      </w:r>
      <w:r>
        <w:rPr>
          <w:b w:val="0"/>
          <w:i w:val="0"/>
        </w:rPr>
        <w:t xml:space="preserve">  -Maurice Givan. Richbourne Macbeth yellow. Lab Club of N Ireland*  -Fiona Braddon. Polham Penny Royal black</w:t>
      </w:r>
    </w:p>
    <w:p>
      <w:r>
        <w:rPr>
          <w:b w:val="0"/>
          <w:i w:val="0"/>
        </w:rPr>
        <w:t>North West Lab Club</w:t>
      </w:r>
      <w:r>
        <w:rPr>
          <w:b w:val="0"/>
          <w:i/>
        </w:rPr>
        <w:t xml:space="preserve"> - Arwyn Ellis. Carpenny Maid a Million yellow. Kent Surrey and Sussex LRC</w:t>
      </w:r>
      <w:r>
        <w:rPr>
          <w:b w:val="0"/>
          <w:i w:val="0"/>
        </w:rPr>
        <w:t xml:space="preserve"> - Margaret Brown. Sh Ch Lindall Redemption black. Midland Counties Labrador Club</w:t>
      </w:r>
      <w:r>
        <w:rPr>
          <w:b w:val="0"/>
          <w:i/>
        </w:rPr>
        <w:t xml:space="preserve"> -Caron Morton. Am Ch Hyspire Dressed to Impress at Ramsayville black. Midland Counties CS</w:t>
      </w:r>
      <w:r>
        <w:rPr>
          <w:b w:val="0"/>
          <w:i w:val="0"/>
        </w:rPr>
        <w:t xml:space="preserve"> - Beth Sweigart. 1CC Royal Dane of Stormrose yellow. Lab Club of Scotland - Linda Weiss. Rocheby Golden Sage yellow. National Gundog - Tom Grant. Courtrose Celtic Frost yellow. Joint Lab Clubs - Diana Beckett. Brigburn Farm Trader at Driffwold black. Gundog Breeds of Scotland - Richard Wiles</w:t>
      </w:r>
    </w:p>
    <w:p>
      <w:r>
        <w:rPr>
          <w:b w:val="0"/>
          <w:i w:val="0"/>
        </w:rPr>
        <w:t>Ann Britton 01989720 665</w:t>
      </w:r>
    </w:p>
    <w:p>
      <w:r>
        <w:rPr>
          <w:b w:val="0"/>
          <w:i w:val="0"/>
        </w:rPr>
        <w:t>email bowstones@btinternet.com</w:t>
      </w:r>
    </w:p>
    <w:p>
      <w:r>
        <w:rPr>
          <w:b w:val="0"/>
          <w:i w:val="0"/>
        </w:rPr>
        <w:t>Nan Austermuhle</w:t>
      </w:r>
    </w:p>
    <w:p>
      <w:r>
        <w:rPr>
          <w:b w:val="0"/>
          <w:i w:val="0"/>
        </w:rPr>
        <w:t>THE FUNERAL WILL TAKE PLACE ON MONDAY 7 FEBRUARY AT 11 AM at TEESSIDE CREMATORIUM, ACKLAM ROAD MIDDLESBROUGH. FAMILY FLOWERS ONLY.DONATIONS IN LIEU TO BUTTERWICK HOSPICE. ,c/o Mary Grantham, 127 Acklam Road ,Thornaby ,STOCKTON -ON- TEES, Cleveland.</w:t>
      </w:r>
    </w:p>
    <w:p>
      <w:r>
        <w:rPr>
          <w:b w:val="0"/>
          <w:i w:val="0"/>
        </w:rPr>
        <w:t>Back to Archive</w:t>
      </w:r>
    </w:p>
    <w:p>
      <w:r>
        <w:rPr>
          <w:b w:val="0"/>
          <w:i w:val="0"/>
        </w:rPr>
        <w:t>Back to Breed Notes Index</w:t>
      </w:r>
    </w:p>
    <w:p>
      <w:r>
        <w:rPr>
          <w:b w:val="0"/>
          <w:i w:val="0"/>
        </w:rPr>
        <w:t>Tel</w:t>
      </w:r>
      <w:r>
        <w:br/>
      </w:r>
      <w:r>
        <w:rPr>
          <w:b w:val="0"/>
          <w:i w:val="0"/>
        </w:rPr>
        <w:br/>
        <w:t>0161 709 4550</w:t>
      </w:r>
      <w:r>
        <w:br/>
      </w:r>
      <w:r>
        <w:rPr>
          <w:b w:val="0"/>
          <w:i w:val="0"/>
        </w:rPr>
        <w:br/>
        <w:t>Advertising</w:t>
      </w:r>
      <w:r>
        <w:br/>
      </w:r>
      <w:r>
        <w:rPr>
          <w:b w:val="0"/>
          <w:i w:val="0"/>
        </w:rPr>
        <w:br/>
        <w:t>0161 709 4576</w:t>
      </w:r>
      <w:r>
        <w:br/>
      </w:r>
      <w:r>
        <w:rPr>
          <w:b w:val="0"/>
          <w:i w:val="0"/>
        </w:rPr>
        <w:br/>
        <w:t>Editorial</w:t>
      </w:r>
      <w:r>
        <w:br/>
      </w:r>
      <w:r>
        <w:rPr>
          <w:b w:val="0"/>
          <w:i w:val="0"/>
        </w:rPr>
        <w:br/>
        <w:t>0161 709 4550</w:t>
      </w:r>
      <w:r>
        <w:br/>
      </w:r>
      <w:r>
        <w:rPr>
          <w:b w:val="0"/>
          <w:i w:val="0"/>
        </w:rPr>
        <w:br/>
        <w:t>Subscriptions</w:t>
      </w:r>
      <w:r>
        <w:br/>
      </w:r>
      <w:r>
        <w:rPr>
          <w:b w:val="0"/>
          <w:i w:val="0"/>
        </w:rPr>
        <w:br/>
        <w:t>0161 709 4559</w:t>
      </w:r>
      <w:r>
        <w:br/>
      </w:r>
      <w:r>
        <w:rPr>
          <w:b w:val="0"/>
          <w:i w:val="0"/>
        </w:rPr>
        <w:br/>
        <w:t>Mail Order</w:t>
      </w:r>
      <w:r>
        <w:br/>
      </w:r>
      <w:r>
        <w:rPr>
          <w:b w:val="0"/>
          <w:i w:val="0"/>
        </w:rPr>
        <w:br/>
        <w:t>0161 709 4562</w:t>
      </w:r>
      <w:r>
        <w:br/>
      </w:r>
      <w:r>
        <w:rPr>
          <w:b w:val="0"/>
          <w:i w:val="0"/>
        </w:rPr>
        <w:br/>
        <w:t>Show Reports</w:t>
      </w:r>
      <w:r>
        <w:br/>
      </w:r>
      <w:r>
        <w:rPr>
          <w:b w:val="0"/>
          <w:i w:val="0"/>
        </w:rPr>
        <w:br/>
        <w:t>0161 709 4571</w:t>
      </w:r>
      <w:r>
        <w:br/>
      </w:r>
      <w:r>
        <w:rPr>
          <w:b w:val="0"/>
          <w:i w:val="0"/>
        </w:rPr>
        <w:br/>
        <w:t>SEND YOUR REPORT</w:t>
      </w:r>
      <w:r>
        <w:br/>
      </w:r>
      <w:r>
        <w:rPr>
          <w:b w:val="0"/>
          <w:i w:val="0"/>
        </w:rPr>
        <w:br/>
        <w:t>Competitions</w:t>
      </w:r>
      <w:r>
        <w:br/>
      </w:r>
      <w:r>
        <w:rPr>
          <w:b w:val="0"/>
          <w:i w:val="0"/>
        </w:rPr>
        <w:br/>
        <w:t>TOP DOG</w:t>
      </w:r>
      <w:r>
        <w:br/>
      </w:r>
      <w:r>
        <w:rPr>
          <w:b w:val="0"/>
          <w:i w:val="0"/>
        </w:rPr>
        <w:br/>
        <w:t>TOP PUPPY</w:t>
      </w:r>
      <w:r>
        <w:br/>
      </w:r>
      <w:r>
        <w:rPr>
          <w:b w:val="0"/>
          <w:i w:val="0"/>
        </w:rPr>
        <w:br/>
        <w:t>TOP BREEDER</w:t>
      </w:r>
      <w:r>
        <w:br/>
      </w:r>
      <w:r>
        <w:rPr>
          <w:b w:val="0"/>
          <w:i w:val="0"/>
        </w:rPr>
        <w:br/>
        <w:t>TOP STUD</w:t>
      </w:r>
      <w:r>
        <w:br/>
      </w:r>
      <w:r>
        <w:rPr>
          <w:b w:val="0"/>
          <w:i w:val="0"/>
        </w:rPr>
        <w:br/>
        <w:t>TOP BROOD</w:t>
      </w:r>
      <w:r>
        <w:br/>
      </w:r>
      <w:r>
        <w:rPr>
          <w:b w:val="0"/>
          <w:i w:val="0"/>
        </w:rPr>
        <w:br/>
        <w:t>Members' Area</w:t>
      </w:r>
      <w:r>
        <w:br/>
      </w:r>
      <w:r>
        <w:rPr>
          <w:b w:val="0"/>
          <w:i w:val="0"/>
        </w:rPr>
        <w:br/>
        <w:t>BREED NOTES</w:t>
      </w:r>
      <w:r>
        <w:br/>
      </w:r>
      <w:r>
        <w:rPr>
          <w:b w:val="0"/>
          <w:i w:val="0"/>
        </w:rPr>
        <w:br/>
        <w:t>CHAMP SHOWS</w:t>
      </w:r>
      <w:r>
        <w:br/>
      </w:r>
      <w:r>
        <w:rPr>
          <w:b w:val="0"/>
          <w:i w:val="0"/>
        </w:rPr>
        <w:br/>
        <w:t>GENERAL SHOWS</w:t>
      </w:r>
      <w:r>
        <w:br/>
      </w:r>
      <w:r>
        <w:rPr>
          <w:b w:val="0"/>
          <w:i w:val="0"/>
        </w:rPr>
        <w:br/>
        <w:t>REGULAR FEATURES</w:t>
      </w:r>
      <w:r>
        <w:br/>
      </w:r>
      <w:r>
        <w:rPr>
          <w:b w:val="0"/>
          <w:i w:val="0"/>
        </w:rPr>
        <w:br/>
        <w:t>DIGITAL EDITION</w:t>
      </w:r>
      <w:r>
        <w:br/>
      </w:r>
      <w:r>
        <w:rPr>
          <w:b w:val="0"/>
          <w:i w:val="0"/>
        </w:rPr>
        <w:br/>
        <w:t>Sign up for our newsletter</w:t>
      </w:r>
      <w:r>
        <w:br/>
      </w:r>
      <w:r>
        <w:rPr>
          <w:b w:val="0"/>
          <w:i w:val="0"/>
        </w:rPr>
        <w:br/>
        <w:t>Follow Us</w:t>
      </w:r>
    </w:p>
    <w:p>
      <w:r>
        <w:rPr>
          <w:b w:val="0"/>
          <w:i w:val="0"/>
        </w:rPr>
        <w:t>© Our Dogs Publishing All Rights Reserved. | Privacy Policy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