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- 25/01/2019 - ISSUE"</w:t>
      </w:r>
      <w:r>
        <w:br/>
      </w:r>
      <w:r>
        <w:rPr>
          <w:b w:val="0"/>
          <w:i w:val="0"/>
        </w:rPr>
        <w:br/>
        <w:t>date_original: "25/01/2019 - ISSUE"</w:t>
      </w:r>
      <w:r>
        <w:br/>
      </w:r>
      <w:r>
        <w:rPr>
          <w:b w:val="0"/>
          <w:i w:val="0"/>
        </w:rPr>
        <w:br/>
        <w:t>source_url: "https://www.ourdogs.co.uk/members/breednotes/RetrieverLabradorMain.php"</w:t>
      </w:r>
      <w:r>
        <w:br/>
      </w:r>
      <w:r>
        <w:rPr>
          <w:b w:val="0"/>
          <w:i w:val="0"/>
        </w:rPr>
        <w:br/>
        <w:t>scraped_at: "2026-09-13T15:21:12"</w:t>
      </w:r>
      <w:r>
        <w:br/>
      </w:r>
      <w:r>
        <w:rPr>
          <w:b w:val="0"/>
          <w:i w:val="0"/>
        </w:rPr>
        <w:br/>
        <w:t>word_count: 1039</w:t>
      </w:r>
    </w:p>
    <w:p>
      <w:r>
        <w:t>――――――――――――――――――――――――――――――</w:t>
      </w:r>
    </w:p>
    <w:p>
      <w:r>
        <w:rPr>
          <w:b w:val="0"/>
          <w:i w:val="0"/>
        </w:rPr>
        <w:t>NEWS MEMBERS' AREA SHOP SUBSCRIBE UPCOMING SHOWS MORE</w:t>
      </w:r>
    </w:p>
    <w:p>
      <w:r>
        <w:rPr>
          <w:b w:val="0"/>
          <w:i w:val="0"/>
        </w:rPr>
        <w:t>RETRIEVER LABRADOR</w:t>
      </w:r>
    </w:p>
    <w:p>
      <w:r>
        <w:rPr>
          <w:b w:val="0"/>
          <w:i w:val="0"/>
        </w:rPr>
        <w:t>Issue: 25/01/2019</w:t>
      </w:r>
    </w:p>
    <w:p>
      <w:r>
        <w:rPr>
          <w:b w:val="0"/>
          <w:i w:val="0"/>
        </w:rPr>
        <w:t>I am very sad to report the death of two of our Labrador breeders and judges, Sheila Yoxall and Tony Pascoe.</w:t>
      </w:r>
    </w:p>
    <w:p>
      <w:r>
        <w:rPr>
          <w:b w:val="0"/>
          <w:i w:val="0"/>
        </w:rPr>
        <w:t>Judy Jones (Leronsa) and Lynda Harvey Major both kindly informed of the passing of Sheila Yoxall (Rusleton) who passed away on 19th January after a long illness, during which time she was gently cared for in a hospice at Conwy.</w:t>
      </w:r>
    </w:p>
    <w:p>
      <w:r>
        <w:rPr>
          <w:b w:val="0"/>
          <w:i w:val="0"/>
        </w:rPr>
        <w:t>Sheila bred and showed her Labradors, which were based on Ballyduff and Sandylands lines, during the 1980s and 1990s. She awarded CCs in the breed and had judged in the United States. Our condolences to her friends and family.</w:t>
      </w:r>
    </w:p>
    <w:p>
      <w:r>
        <w:rPr>
          <w:b w:val="0"/>
          <w:i w:val="0"/>
        </w:rPr>
        <w:t>Popular and friendly, judge breeder and exhibitor, Tony Pascoe (Trewinnard) died on 13th January 2019 after a lengthy illness, bravely fought. Our sincere condolences go to his wife, Elizabeth and to his family, who write " Please join us to celebrate Tony's life and many interests. A service of celebration is to be held on Tuesday 5th February at 12.30hrs at All Saints Church, Holcombe Rogus, Wellington, TA21 0PE. It was Tony's wish that black is not worn. Join us afterwards for refreshments at the Beambridge Inn, Sampford Arundel, Wellington TA21 0HB and we can share our memories of him together. We look forward to seeing you on the day. "</w:t>
      </w:r>
    </w:p>
    <w:p>
      <w:r>
        <w:rPr>
          <w:b w:val="0"/>
          <w:i w:val="0"/>
        </w:rPr>
        <w:t>Lucy Kent, well known Labrador exhibitor and Ch Show judge is Tony's daughter and will continue the Trewinnard dynasty. The kennel was founded in 1953, initially based in Cornwall and moving to Somerset in 1968. The early breeding was closely linked to the Sandylands kennel of the late Mrs Gwen Broadley.</w:t>
      </w:r>
    </w:p>
    <w:p>
      <w:r>
        <w:rPr>
          <w:b w:val="0"/>
          <w:i w:val="0"/>
        </w:rPr>
        <w:t>Amongst many successes, one of his showing high-spots has to be winning Best of Breed at Crufts in 1988 with his black dog Trewinnard Anytime and making up Lucys yellow dog, Sh Ch Trewinnard Bucks Fizz.</w:t>
      </w:r>
    </w:p>
    <w:p>
      <w:r>
        <w:rPr>
          <w:b w:val="0"/>
          <w:i w:val="0"/>
        </w:rPr>
        <w:t>Tony was a well-respected and much sought-after judge both here in the UK and worldwide. His most prestigious appointment probably being when he judged the Gundog Group at Crufts in 1996. On that day, the Cocker Spaniel SH CH Canigou Cambrai won the Gundog Group and Marion Hopkinsons famous yellow bitch, Sh Ch Rocheby Polkadot was 2nd in the Group to the Cocker. The Cocker later going on to win Crufts Best in Show under Harry Jordan.</w:t>
      </w:r>
    </w:p>
    <w:p>
      <w:r>
        <w:rPr>
          <w:b w:val="0"/>
          <w:i w:val="0"/>
        </w:rPr>
        <w:t>Ironically, only a few days before I heard the sad news of Tonys passing, I was having a sort out of a cupboard stuffed with interesting articles, cuttings and catalogues. Getting side-tracked as one shouldn't do if youre trying to condense "stuff" collected over many years, I couldn't resist opening an old catalogue from 1985 Gundog/Terrier day at City of Birmingham Canine Association Ch Show where my Dad was the Treasurer. I noticed some well-known names. The Gundog Group judge that year was Tony Pascoe. His ring steward was Ron Bradbury. Liz Cartledge was the Terrier Group judge and Bill Parkinson judged Best in Show. How the years have flown!</w:t>
      </w:r>
    </w:p>
    <w:p>
      <w:r>
        <w:rPr>
          <w:b w:val="0"/>
          <w:i w:val="0"/>
        </w:rPr>
        <w:t>Midland Counties Lab Club held their Open show on 13th January 2019. The judge was Eddie Webster (Benjcroft).</w:t>
      </w:r>
    </w:p>
    <w:p>
      <w:r>
        <w:rPr>
          <w:b w:val="0"/>
          <w:i w:val="0"/>
        </w:rPr>
        <w:t>Best in Show and Best Dog was David Coodes yellow Ch Warringahs Perth.</w:t>
      </w:r>
    </w:p>
    <w:p>
      <w:r>
        <w:rPr>
          <w:b w:val="0"/>
          <w:i w:val="0"/>
        </w:rPr>
        <w:t>(Ch Warringah's Gundaroo Jw X Warringah's Camira Creek)</w:t>
      </w:r>
    </w:p>
    <w:p>
      <w:r>
        <w:rPr>
          <w:b w:val="0"/>
          <w:i w:val="0"/>
        </w:rPr>
        <w:t>Reserve Best Dog &amp; Reserve Best In Show was Shaun Williamsons yellow</w:t>
      </w:r>
    </w:p>
    <w:p>
      <w:r>
        <w:rPr>
          <w:b w:val="0"/>
          <w:i w:val="0"/>
        </w:rPr>
        <w:t>Sharouns Talk Of The Town JW</w:t>
      </w:r>
    </w:p>
    <w:p>
      <w:r>
        <w:rPr>
          <w:b w:val="0"/>
          <w:i w:val="0"/>
        </w:rPr>
        <w:t>(Es/Gi/Ib Ch Kowalski Buffalo Bill X Sharouns Nostalgia Jw)</w:t>
      </w:r>
    </w:p>
    <w:p>
      <w:r>
        <w:rPr>
          <w:b w:val="0"/>
          <w:i w:val="0"/>
        </w:rPr>
        <w:t>Best Puppy Dog &amp; Best Puppy in Show was</w:t>
      </w:r>
    </w:p>
    <w:p>
      <w:r>
        <w:rPr>
          <w:b w:val="0"/>
          <w:i w:val="0"/>
        </w:rPr>
        <w:t>Mr C J &amp; Mrs P Ayres &amp; Mrs N P Jacksons black</w:t>
      </w:r>
    </w:p>
    <w:p>
      <w:r>
        <w:rPr>
          <w:b w:val="0"/>
          <w:i w:val="0"/>
        </w:rPr>
        <w:t>Hannabee to Hull N Back With Musubi</w:t>
      </w:r>
    </w:p>
    <w:p>
      <w:r>
        <w:rPr>
          <w:b w:val="0"/>
          <w:i w:val="0"/>
        </w:rPr>
        <w:t>(Ramsayville Reflection of Musubi Jw X Mattand Briny At Hannabee)</w:t>
      </w:r>
    </w:p>
    <w:p>
      <w:r>
        <w:rPr>
          <w:b w:val="0"/>
          <w:i w:val="0"/>
        </w:rPr>
        <w:t>Best Bitch &amp; Best Opposite Sex In Show:</w:t>
      </w:r>
    </w:p>
    <w:p>
      <w:r>
        <w:rPr>
          <w:b w:val="0"/>
          <w:i w:val="0"/>
        </w:rPr>
        <w:t>Mr M &amp; Mrs C Reynolds Carromer Classy Read JW</w:t>
      </w:r>
    </w:p>
    <w:p>
      <w:r>
        <w:rPr>
          <w:b w:val="0"/>
          <w:i w:val="0"/>
        </w:rPr>
        <w:t>(Sh Ch Carromers Blue Lagoon X Sh Ch Carromers Hot Off The Press Jw)</w:t>
      </w:r>
    </w:p>
    <w:p>
      <w:r>
        <w:rPr>
          <w:b w:val="0"/>
          <w:i w:val="0"/>
        </w:rPr>
        <w:t>Reserve Best Bitch:</w:t>
      </w:r>
    </w:p>
    <w:p>
      <w:r>
        <w:rPr>
          <w:b w:val="0"/>
          <w:i w:val="0"/>
        </w:rPr>
        <w:t>Mr N &amp; Mrs P Woodburn Centenalee Miss Madelyn</w:t>
      </w:r>
    </w:p>
    <w:p>
      <w:r>
        <w:rPr>
          <w:b w:val="0"/>
          <w:i w:val="0"/>
        </w:rPr>
        <w:t>(Sh Ch Rocheby Horn Blower X Rocheby Shadow At Centenalee)</w:t>
      </w:r>
    </w:p>
    <w:p>
      <w:r>
        <w:rPr>
          <w:b w:val="0"/>
          <w:i w:val="0"/>
        </w:rPr>
        <w:t>Best Puppy Bitch: Mr N &amp; Mrs P Woodburn Centenalee Meadow Mint</w:t>
      </w:r>
    </w:p>
    <w:p>
      <w:r>
        <w:rPr>
          <w:b w:val="0"/>
          <w:i w:val="0"/>
        </w:rPr>
        <w:t>(Sh Ch Rocheby Horn Blower X Centenalee Lady La Tia)</w:t>
      </w:r>
    </w:p>
    <w:p>
      <w:r>
        <w:rPr>
          <w:b w:val="0"/>
          <w:i w:val="0"/>
        </w:rPr>
        <w:t>Best Minor Puppy In Show: Mrs D M Hopkinson</w:t>
      </w:r>
    </w:p>
    <w:p>
      <w:r>
        <w:rPr>
          <w:b w:val="0"/>
          <w:i w:val="0"/>
        </w:rPr>
        <w:t>Rocheby Sparkling Ice (Rocheby Black Watch X Rocheby Centenalee Iced Gem)</w:t>
      </w:r>
    </w:p>
    <w:p>
      <w:r>
        <w:rPr>
          <w:b w:val="0"/>
          <w:i w:val="0"/>
        </w:rPr>
        <w:t>Best Veteran In Show:</w:t>
      </w:r>
    </w:p>
    <w:p>
      <w:r>
        <w:rPr>
          <w:b w:val="0"/>
          <w:i w:val="0"/>
        </w:rPr>
        <w:t>Mr &amp; Mrs Kulleseid Sh Ch Centenalee Sparkling Snow</w:t>
      </w:r>
    </w:p>
    <w:p>
      <w:r>
        <w:rPr>
          <w:b w:val="0"/>
          <w:i w:val="0"/>
        </w:rPr>
        <w:t>(Port/Gib Ch Rocheby Suttonpark Travis X Rocheby Snowscene)</w:t>
      </w:r>
    </w:p>
    <w:p>
      <w:r>
        <w:rPr>
          <w:b w:val="0"/>
          <w:i w:val="0"/>
        </w:rPr>
        <w:t>Manchester Championship show was held at Stafford on Saturday 19th January. We were happily ensconced in the Sandylands Hall in which hall, with its own facilities and two large rings, we Labrador exhibitors are very comfortable. Hopefully we can stay there in future years.</w:t>
      </w:r>
    </w:p>
    <w:p>
      <w:r>
        <w:rPr>
          <w:b w:val="0"/>
          <w:i w:val="0"/>
        </w:rPr>
        <w:t>There was an entry of 61 dogs for Murray Armstrong and 144 Bitches for Chris Jury. The forecast had predicted the possibility of overnight snow, but luckily that snow which did fall had disappeared by morning. Judging commenced at 9am and was over by around 10.45am in the dog ring bar awarding the CC. Bitch judging went along steadily and there were some good large classes for these days, 22 entered in Puppy Bitch, 24 in Junior Bitch and 26 in Limit Bitch. Judging was concluded in excellent time to commence the journey home in daylight.</w:t>
      </w:r>
    </w:p>
    <w:p>
      <w:r>
        <w:rPr>
          <w:b w:val="0"/>
          <w:i w:val="0"/>
        </w:rPr>
        <w:t>The winners were:-</w:t>
      </w:r>
    </w:p>
    <w:p>
      <w:r>
        <w:rPr>
          <w:b w:val="0"/>
          <w:i w:val="0"/>
        </w:rPr>
        <w:t>Dog CC- Sharon Lamberts yellow, Ch Mattand Exodus JW, Dog RCC, from the Netherlands, Mr P Candels yellow Wahnahnish Simply Sensational.</w:t>
      </w:r>
    </w:p>
    <w:p>
      <w:r>
        <w:rPr>
          <w:b w:val="0"/>
          <w:i w:val="0"/>
        </w:rPr>
        <w:t>Bitch CC and Best of Breed Ed Casey and Cameron Cavallos yellow Sh Ch Lembas Kiss Me Kate at Moyglas</w:t>
      </w:r>
    </w:p>
    <w:p>
      <w:r>
        <w:rPr>
          <w:b w:val="0"/>
          <w:i w:val="0"/>
        </w:rPr>
        <w:t>Bitch RCC the Hodge familys black Naiken Carinsia from Limit.</w:t>
      </w:r>
    </w:p>
    <w:p>
      <w:r>
        <w:rPr>
          <w:b w:val="0"/>
          <w:i w:val="0"/>
        </w:rPr>
        <w:t>Best Puppy and 2nd  in the Gundog Puppy Group under Liz Stannard was Pam Druggans black dog, A Sense of Pleasures Get Lucky.</w:t>
      </w:r>
    </w:p>
    <w:p>
      <w:r>
        <w:rPr>
          <w:b w:val="0"/>
          <w:i w:val="0"/>
        </w:rPr>
        <w:t>Best Veteran was Sue Faulkners black bitch Lewisan Look at Me.</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