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Dec 2009"</w:t>
      </w:r>
      <w:r>
        <w:br/>
      </w:r>
      <w:r>
        <w:rPr>
          <w:b w:val="0"/>
          <w:i w:val="0"/>
        </w:rPr>
        <w:br/>
        <w:t>date_original: "25 Dec 2009"</w:t>
      </w:r>
      <w:r>
        <w:br/>
      </w:r>
      <w:r>
        <w:rPr>
          <w:b w:val="0"/>
          <w:i w:val="0"/>
        </w:rPr>
        <w:br/>
        <w:t>source_url: "https://www.ourdogs.co.uk/members/breednotes/2009/RetrieverLabrador/RetrieverLabrador-dec25.htm"</w:t>
      </w:r>
      <w:r>
        <w:br/>
      </w:r>
      <w:r>
        <w:rPr>
          <w:b w:val="0"/>
          <w:i w:val="0"/>
        </w:rPr>
        <w:br/>
        <w:t>archive_type: "static_html"</w:t>
      </w:r>
      <w:r>
        <w:br/>
      </w:r>
      <w:r>
        <w:rPr>
          <w:b w:val="0"/>
          <w:i w:val="0"/>
        </w:rPr>
        <w:br/>
        <w:t>scraped_at: "2026-09-13T22:01:54"</w:t>
      </w:r>
      <w:r>
        <w:br/>
      </w:r>
      <w:r>
        <w:rPr>
          <w:b w:val="0"/>
          <w:i w:val="0"/>
        </w:rPr>
        <w:br/>
        <w:t>word_count: 944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wish you all a very Happy Christmas. Enjoy the short break before the shows start once again.</w:t>
      </w:r>
      <w:r>
        <w:br/>
      </w:r>
      <w:r>
        <w:rPr>
          <w:b w:val="0"/>
          <w:i w:val="0"/>
        </w:rPr>
        <w:br/>
        <w:t>LKA, the final championship show of the year, was held at the NEC, Birmingham. The show days have now permanently moved from Friday and Saturday, to Saturday and Sunday, which must have made things better for travelling to and from the venue.</w:t>
      </w:r>
    </w:p>
    <w:p>
      <w:r>
        <w:rPr>
          <w:b w:val="0"/>
          <w:i w:val="0"/>
        </w:rPr>
        <w:t>There were over a hundred trade stands to tempt one to part with money, everything from fancy hair slides for humans, gorgeous handbags, to bejewelled collars for dogs. There was every make of dog food including natural raw meaty diets, which seemed very popular. I bought a gadget to remove dog hairs from clothes. It worked well when demonstrated on the stand, however I reserve my judgement; I must need too perfect the removal technique or perhaps I have just too many doghairs.</w:t>
      </w:r>
    </w:p>
    <w:p>
      <w:r>
        <w:rPr>
          <w:b w:val="0"/>
          <w:i w:val="0"/>
        </w:rPr>
        <w:t>My other Xmas treat was Frank Kane’s new soft-back book on Judging the Gundog Group, which has just been published and makes excellent reading. I recognise the photo of Sh Ch Allenwood Spring Breeze over Ramsayville who is pictured beside the Labrador text.</w:t>
      </w:r>
    </w:p>
    <w:p>
      <w:r>
        <w:rPr>
          <w:b w:val="0"/>
          <w:i w:val="0"/>
        </w:rPr>
        <w:t>Although entered I was not showing but I sat at the ringside. I have to say a huge “Thank You” to friends of George and myself who helped me through a difficult day with their great support and kindness. When the chips are down, our breed certainly knows how to look after their own.</w:t>
      </w:r>
      <w:r>
        <w:br/>
      </w:r>
      <w:r>
        <w:rPr>
          <w:b w:val="0"/>
          <w:i w:val="0"/>
        </w:rPr>
        <w:br/>
        <w:t>The judges were Margaret Senior (Dogs) and Arwyn Ellis (Bitches) who drew a huge entry of 285 dogs and bitches, the highest entry of the show. The Dog CC and Best of Breed was won by the Allen family’s yellow Sh Ch Allenies Maverick, JW ShCM (Allenies MacCallum JW x Allenies Graceful) completing what must be a record year for Anthony Allen, his parents and Richard Bott. I gather they have won 25 CCs this year with their Irish Setters, English Springer and Labradors. Well done.</w:t>
      </w:r>
    </w:p>
    <w:p>
      <w:r>
        <w:rPr>
          <w:b w:val="0"/>
          <w:i w:val="0"/>
        </w:rPr>
        <w:t>The Dog RCC and Best Puppy was won by David Coodes yellow puppy, Warringah’s Gundaroo, (Ch Ludalor Lunar Orbit JW x Ch Warringah’s Bunya JW), who has had a sparkling show career so far this year. The Bitch CC was a second CC for the Anthony/Jayes partnership with their black bitch Sandylands Tread Softly, (Sandylands Gentle Touch at Lembas x Sh Chj Sandylands Wait Awhile) whilst the Bitch RCC was won by David Craig and Angela Williams black Sh Ch Foulby Buttons and Bows, (Sh Ch Sudeo Chevalier of Ramsayville x Foulby Paper Lace)</w:t>
      </w:r>
      <w:r>
        <w:br/>
      </w:r>
      <w:r>
        <w:rPr>
          <w:b w:val="0"/>
          <w:i w:val="0"/>
        </w:rPr>
        <w:br/>
        <w:t>Michelle Morgan sends news of a canine vaccine offer. “Thought you might like to know that Vets for Pets are running an offer of £99 and your dogs/cats can be vaccinated for life at no further cost. Doesn't include Kennel Cough. There is a facility for you to calculate the saving you would be making. Take a look at http://www.vets4pets.com/index.asp</w:t>
      </w:r>
    </w:p>
    <w:p>
      <w:r>
        <w:rPr>
          <w:b w:val="0"/>
          <w:i w:val="0"/>
        </w:rPr>
        <w:t>Enjoy your Christmas. Keep the alcoholic drinks, chocolates and turkey well out of your Labradors reach, otherwise if he helps himself he could become very ill and need the Vet at out of hours rates, which could make you very ill too!! Cover up electric cables leading to the Christmas tree lights and certainly don’t put any sweets on the tree otherwise the whole lot, tree, treats and lights, will come tumbling down as your Labrador enthusiastically searches for his Xmas treat. Above all have a safe and most enjoyable time.</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