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Oct 2004"</w:t>
      </w:r>
      <w:r>
        <w:br/>
      </w:r>
      <w:r>
        <w:rPr>
          <w:b w:val="0"/>
          <w:i w:val="0"/>
        </w:rPr>
        <w:br/>
        <w:t>date_original: "8 Oct 2004"</w:t>
      </w:r>
      <w:r>
        <w:br/>
      </w:r>
      <w:r>
        <w:rPr>
          <w:b w:val="0"/>
          <w:i w:val="0"/>
        </w:rPr>
        <w:br/>
        <w:t>source_url: "https://www.ourdogs.co.uk/members/breednotes/2004/RetrieverLabrador/RetrieverLabrador-oct8.htm"</w:t>
      </w:r>
      <w:r>
        <w:br/>
      </w:r>
      <w:r>
        <w:rPr>
          <w:b w:val="0"/>
          <w:i w:val="0"/>
        </w:rPr>
        <w:br/>
        <w:t>archive_type: "static_html"</w:t>
      </w:r>
      <w:r>
        <w:br/>
      </w:r>
      <w:r>
        <w:rPr>
          <w:b w:val="0"/>
          <w:i w:val="0"/>
        </w:rPr>
        <w:br/>
        <w:t>scraped_at: "2026-09-13T22:15:05"</w:t>
      </w:r>
      <w:r>
        <w:br/>
      </w:r>
      <w:r>
        <w:rPr>
          <w:b w:val="0"/>
          <w:i w:val="0"/>
        </w:rPr>
        <w:br/>
        <w:t>word_count: 2082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Judith Charlton, whose yellow dog, Foxrush Dick Francis went B.I.S. at Three Ridings Open Show, under judge Mrs. S.W. Ellis (Dolwen). Judith is certainly enjoying success at the moment having won Best in Show at Midland Counties Open Show only the previous week with her yellow bitch, Foxrush Giselle, as mentioned in last weeks breed notes.</w:t>
      </w:r>
    </w:p>
    <w:p>
      <w:r>
        <w:rPr>
          <w:b w:val="0"/>
          <w:i w:val="0"/>
        </w:rPr>
        <w:t>On re-reading the results from Darlington under Carmyn Kingston, I see I omitted the Bitch RCC winner. Many congratulations to Yolande Shirton with her yellow Woolmans Carrie, (Sh Ch Tapeatom Gadding Around at Sandylands x Woolman ChrystalJW), who won this award.</w:t>
      </w:r>
    </w:p>
    <w:p>
      <w:r>
        <w:rPr>
          <w:b w:val="0"/>
          <w:i w:val="0"/>
        </w:rPr>
        <w:t>A reminder, please do remember that most of us want to share your wins, so don't hesitate to let me know the results by phone or email if I am not at the show.</w:t>
      </w:r>
    </w:p>
    <w:p>
      <w:r>
        <w:rPr>
          <w:b w:val="0"/>
          <w:i w:val="0"/>
        </w:rPr>
        <w:t>The last weekend in September proved a busy one for Gundog exhibitors. On the Friday, David Coode judged in Belfast. I gather the crossing for many exhibitors was a bit of a trial.(see below!)</w:t>
      </w:r>
    </w:p>
    <w:p>
      <w:r>
        <w:rPr>
          <w:b w:val="0"/>
          <w:i w:val="0"/>
        </w:rPr>
        <w:t>From an entry of 107, David's winners were Bitch CC and Best of Breed, Brian Yeowart's yellow, Langshott Caprice JW, shown by Diana Beckett. This was her 2nd CC.</w:t>
      </w:r>
    </w:p>
    <w:p>
      <w:r>
        <w:rPr>
          <w:b w:val="0"/>
          <w:i w:val="0"/>
        </w:rPr>
        <w:t>The Bitch RCC was won by Mrs Bishop's black Demadon Diamond by Design. The Dog CC went to Amanda Stewarts black Jancet Jitterbug at Streamanda and the Dog RCC was won by the Ellis family's Dolwen Thomas Charles. Best Puppy went to Mr and Mrs Steele's Charway Cherry Wine of Stonielea.</w:t>
      </w:r>
    </w:p>
    <w:p>
      <w:r>
        <w:rPr>
          <w:b w:val="0"/>
          <w:i w:val="0"/>
        </w:rPr>
        <w:t>Such is the fortitude of some of today's exhibitors, that many of them decided to attend both Belfast on the Friday, and Gundog Society of Wales on the Sunday, with only 24 hours and (judging by Brenda Hyde's account of the journey, below), an apparently erratic ferry service linking the two events. Even so, once finally arrived, all looked bright as ever and, no-one looked any the worse for wear!</w:t>
      </w:r>
    </w:p>
    <w:p>
      <w:r>
        <w:rPr>
          <w:b w:val="0"/>
          <w:i w:val="0"/>
        </w:rPr>
        <w:t>The Sunday dawned, and turned out to be a perfect, mellow, early-autumn day. Gundog Society of Wales championship show was at another new venue for this show, this time at Usk, near Newport, South Wales, which is the SWKA site and a showground with lots of potential.</w:t>
      </w:r>
    </w:p>
    <w:p>
      <w:r>
        <w:rPr>
          <w:b w:val="0"/>
          <w:i w:val="0"/>
        </w:rPr>
        <w:t>Joyce Brabban was our judge, with an entry of 219dogs. Judging was outside in the sunshine. As I have reported in detail already on the show in last week's show feature in Our Dogs, I will not repeat the tale of the dramatic lead up to the show. However, if you haven't read it already, have a look, and admire the fortitude of the organising committee; they must have nerves of steel. When you read of the horrors they had to overcome, you will realise we were jolly lucky to get a show at all. In the end it was a most enjoyable day for us all.</w:t>
      </w:r>
    </w:p>
    <w:p>
      <w:r>
        <w:rPr>
          <w:b w:val="0"/>
          <w:i w:val="0"/>
        </w:rPr>
        <w:t>The winners were Dog CC, Best of Breed and later Reserve Best in Show, the Rawlinson family's black Sh Ch Fullwell Frolic with Halshimoor JW. What a thrill to see our breed doing so well in the big ring under judge Freda Marshall. Well done he looked a picture!</w:t>
      </w:r>
    </w:p>
    <w:p>
      <w:r>
        <w:rPr>
          <w:b w:val="0"/>
          <w:i w:val="0"/>
        </w:rPr>
        <w:t>The Dog RCC went to Anne Charlotte Dreyfus's Int.Fr.Sh Ch Ole. The Bitch CC was won by Penny Carpanini's yellow Sh Ch Mambrinos Spellbound, whilst the Bitch RCC went to Carole and Mervyn Reynolds yellow Carromers Too Hot to Handle JW (Carromers Spitfire x Jeroben Precious Pearl by Carromer). Best Puppy was Garner Anthony and Erica Jayes Sandylands Wait a While (Sh Ch Rocheby Whiskey Mac x Rocheby Purple Shade at Sandylands).</w:t>
      </w:r>
    </w:p>
    <w:p>
      <w:r>
        <w:rPr>
          <w:b w:val="0"/>
          <w:i w:val="0"/>
        </w:rPr>
        <w:t>Many thanks to Brenda Hyde for sharing her "travellers tale" to the Belfast show with us:- "How wrong can you be?"</w:t>
      </w:r>
    </w:p>
    <w:p>
      <w:r>
        <w:rPr>
          <w:b w:val="0"/>
          <w:i w:val="0"/>
        </w:rPr>
        <w:t>"I live near Birmingham. The following extract from the ferry brochure looked appropriate for my journey over to the Belfast Dog Show with my four Labradors!</w:t>
      </w:r>
    </w:p>
    <w:p>
      <w:r>
        <w:rPr>
          <w:b w:val="0"/>
          <w:i w:val="0"/>
        </w:rPr>
        <w:t>"Norse Merchant Ferries offer passengers over 30 sailings each week between Belfast, Dublin and Birkenhead ,. with modern vessels providing comfort and reliability all year round.</w:t>
      </w:r>
    </w:p>
    <w:p>
      <w:r>
        <w:rPr>
          <w:b w:val="0"/>
          <w:i w:val="0"/>
        </w:rPr>
        <w:t>"With the choice of travelling on a day time or night- time crossing you can enjoy the many onboard facilities. Sit back, relax, enjoy a meal in the restaurant, unwind with a drink in the lounge, watch a movie or simply relax in one of the spacious cabins all equipped with full en-suite facilities.</w:t>
      </w:r>
    </w:p>
    <w:p>
      <w:r>
        <w:rPr>
          <w:b w:val="0"/>
          <w:i w:val="0"/>
        </w:rPr>
        <w:t>"Gundog day of the show was on Friday, so, in order to enjoy a leisurely journey and be there in plenty of time, I decided to leave home on Wednesday. I had booked my ferry ticket, was packed, with dogs in car and all ready to leave for the crossing to the show, when the phone went.</w:t>
      </w:r>
    </w:p>
    <w:p>
      <w:r>
        <w:rPr>
          <w:b w:val="0"/>
          <w:i w:val="0"/>
        </w:rPr>
        <w:t>"NM ferries here, I'm phoning to say the 10.30 pm ferry will not be leaving until midnight. "</w:t>
      </w:r>
    </w:p>
    <w:p>
      <w:r>
        <w:rPr>
          <w:b w:val="0"/>
          <w:i w:val="0"/>
        </w:rPr>
        <w:t>"Well at least they had caught me before I had left home and I now knew there would be a slight delay.</w:t>
      </w:r>
    </w:p>
    <w:p>
      <w:r>
        <w:rPr>
          <w:b w:val="0"/>
          <w:i w:val="0"/>
        </w:rPr>
        <w:t>"However, on arriving at Birkenhead, I was told there would be a further delay and it would be 1.30 am at least before the ferry left!!</w:t>
      </w:r>
    </w:p>
    <w:p>
      <w:r>
        <w:rPr>
          <w:b w:val="0"/>
          <w:i w:val="0"/>
        </w:rPr>
        <w:t>"Finally at about 1.30 am, the last two cars to be loaded onto the ferry were my own, and that of fellow Labrador exhibitor, Fiona Braddon, whose car came onto the ferry behind me. The ferry was ready to leave at 2.00am. At least I was on board!</w:t>
      </w:r>
    </w:p>
    <w:p>
      <w:r>
        <w:rPr>
          <w:b w:val="0"/>
          <w:i w:val="0"/>
        </w:rPr>
        <w:t>"I found my cabin OK and settled down, except that on trying to get out of my bunk I noticed my legs were too short to touch the floor and it was all a bit of a struggle. At least this time I didn't hit my head. Last time on the ferry crossing, I was fast asleep in my bunk, when I woke with a start and thought I heard an "abandon ship" announcement. I sat up with such speed; hit my head on the underside of the upper bunk, and knocked myself out!</w:t>
      </w:r>
    </w:p>
    <w:p>
      <w:r>
        <w:rPr>
          <w:b w:val="0"/>
          <w:i w:val="0"/>
        </w:rPr>
        <w:t>"Once over the water, we docked safely. I had allowed time in Belfast to give the dogs a good walk during the day in Ballyboley Forest after which I drove to my super B&amp;B for the night. So far, no problems!</w:t>
      </w:r>
    </w:p>
    <w:p>
      <w:r>
        <w:rPr>
          <w:b w:val="0"/>
          <w:i w:val="0"/>
        </w:rPr>
        <w:t>"The following day, for those who had arrived earlier as I did, the show went well and was most enjoyable. However, for those relying on the Thursday night ferry, it was a tale of nearly or completely missed classes at the show.</w:t>
      </w:r>
    </w:p>
    <w:p>
      <w:r>
        <w:rPr>
          <w:b w:val="0"/>
          <w:i w:val="0"/>
        </w:rPr>
        <w:t>"After the show I phoned NM to find out if the 10.30 pm ferry back to Birkenhead, was on time, I was told, yet again, that it would be 1.30 am and to be at the Terminal at 11.00 pm.</w:t>
      </w:r>
    </w:p>
    <w:p>
      <w:r>
        <w:rPr>
          <w:b w:val="0"/>
          <w:i w:val="0"/>
        </w:rPr>
        <w:t>"As I don't know Belfast very well, after feeding and walking the dogs, I arrived in plenty of time at the terminal at 7.45 pm. Good, I thought, my worries are over. How wrong I was!!</w:t>
      </w:r>
    </w:p>
    <w:p>
      <w:r>
        <w:rPr>
          <w:b w:val="0"/>
          <w:i w:val="0"/>
        </w:rPr>
        <w:t>"At 10.30 pm they said, "The boat has just arrived!".</w:t>
      </w:r>
    </w:p>
    <w:p>
      <w:r>
        <w:rPr>
          <w:b w:val="0"/>
          <w:i w:val="0"/>
        </w:rPr>
        <w:t>"Elation, I'd soon be tucking into a four-course meal and into a nice cabin for a good sleep.</w:t>
      </w:r>
    </w:p>
    <w:p>
      <w:r>
        <w:rPr>
          <w:b w:val="0"/>
          <w:i w:val="0"/>
        </w:rPr>
        <w:t>"At 11.30 pm they said, "we'll be loading in an hour".</w:t>
      </w:r>
    </w:p>
    <w:p>
      <w:r>
        <w:rPr>
          <w:b w:val="0"/>
          <w:i w:val="0"/>
        </w:rPr>
        <w:t>"Time to give the dogs their last walk on Irish soil. Again, how wrong I was.. at 12.15 am they called us into the Terminal to tell us they couldn't get the big ramp doors open and so there would be a further delay. At this point they provided us with a sandwich and cup of coffee. Where's my hot meal I thought.</w:t>
      </w:r>
    </w:p>
    <w:p>
      <w:r>
        <w:rPr>
          <w:b w:val="0"/>
          <w:i w:val="0"/>
        </w:rPr>
        <w:t>"Pleased that I had plenty of dog bedding in my roof box, I got it out, made a pillow out of a duvet, covered myself in blankets and settled down for a short nap. I went to sleep, only to be woken up and told that we wouldn't now be sailing until the morning!!</w:t>
      </w:r>
    </w:p>
    <w:p>
      <w:r>
        <w:rPr>
          <w:b w:val="0"/>
          <w:i w:val="0"/>
        </w:rPr>
        <w:t>"After a fitful night listening to the dogs snoring, further news - our ferry had been completely cancelled and we would be put on the Day Cruiser instead, leaving at 10.30 am.</w:t>
      </w:r>
    </w:p>
    <w:p>
      <w:r>
        <w:rPr>
          <w:b w:val="0"/>
          <w:i w:val="0"/>
        </w:rPr>
        <w:t>"Fourteen hours after I had arrived at the Terminal, I drove onto the Boat. Thank goodness I had got another sandwich with me, because as a diabetic I would not have been feeling too well by this time!</w:t>
      </w:r>
    </w:p>
    <w:p>
      <w:r>
        <w:rPr>
          <w:b w:val="0"/>
          <w:i w:val="0"/>
        </w:rPr>
        <w:t>"What a good job Labradors and Labrador folk are fairly tolerant, some of the other breeds who were also waiting on the quay were less so, but at least I could be thankful that I was stranded on the quayside and not on the Boat as some folk were. I understand that the loading doors had jammed in position and that no-one could get on or off the ferry for several hours.</w:t>
      </w:r>
    </w:p>
    <w:p>
      <w:r>
        <w:rPr>
          <w:b w:val="0"/>
          <w:i w:val="0"/>
        </w:rPr>
        <w:t>"So, " reliability, choice of sailing time and the opportunity to relax", was sadly lacking!! I eventually did get home and, undaunted, I expect I'll be going back some time!"</w:t>
      </w:r>
    </w:p>
    <w:p>
      <w:r>
        <w:rPr>
          <w:b w:val="0"/>
          <w:i w:val="0"/>
        </w:rPr>
        <w:t>Thank you, Brenda.</w:t>
      </w:r>
    </w:p>
    <w:p>
      <w:r>
        <w:rPr>
          <w:b w:val="0"/>
          <w:i w:val="0"/>
        </w:rPr>
        <w:t>Three days later, the Yellow Labrador Club held their mid-week championship show at the Sports Connection, near Coventry. Good to see Hon Life Members, Margaret Clayton and President, Mr Brian Yeowart, accompanied by Mrs Yeowart, enjoying the show to which, over the years, they have contributed so much.</w:t>
      </w:r>
    </w:p>
    <w:p>
      <w:r>
        <w:rPr>
          <w:b w:val="0"/>
          <w:i w:val="0"/>
        </w:rPr>
        <w:t>There was an entry of 350 Dogs for judges Helen Steven (Rossbank) and Carol Reynolds (Carromer) to go over. Best in Show, having won the Dog CC, was the Rawlinson's black, Sh Ch Fullwell Frolic with Halshimoor, fresh from his RBIS win three days previously at Gundog Society of Wales. He came through from the Veteran class and certainly shows no signs whatsoever of his "veteran" status!</w:t>
      </w:r>
    </w:p>
    <w:p>
      <w:r>
        <w:rPr>
          <w:b w:val="0"/>
          <w:i w:val="0"/>
        </w:rPr>
        <w:t>The Dog RCC was won by Diana Downey Tulloch's Sh Ch Tullochmohr Final Edition JW. In the Bitch ring Carole awarded a 2nd CC to Fiona Braddon's yellow Trendlewood Perfect Day (Cremino Corn Barley x Trendlewood Double Silk). The Bitch RCC went to the black, handled by Mrs M Gardner, Rewari Executive to Clanross, (Castleduff Mr Tom JW x Rewari Ebonee), who is owned by Mr R Ross. Best Puppy was Marion Hopkinson's yellow Rocheby Ice (Delark Tobermory at Rocheby x Sh Ch Rocheby Powder Blue).</w:t>
      </w:r>
    </w:p>
    <w:p>
      <w:r>
        <w:rPr>
          <w:b w:val="0"/>
          <w:i w:val="0"/>
        </w:rPr>
        <w:t>Ann Britton 01989 720665</w:t>
      </w:r>
    </w:p>
    <w:p>
      <w:r>
        <w:rPr>
          <w:b w:val="0"/>
          <w:i w:val="0"/>
        </w:rP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