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- 7 May 2010"</w:t>
      </w:r>
      <w:r>
        <w:br/>
      </w:r>
      <w:r>
        <w:rPr>
          <w:b w:val="0"/>
          <w:i w:val="0"/>
        </w:rPr>
        <w:br/>
        <w:t>date_original: "7 May 2010"</w:t>
      </w:r>
      <w:r>
        <w:br/>
      </w:r>
      <w:r>
        <w:rPr>
          <w:b w:val="0"/>
          <w:i w:val="0"/>
        </w:rPr>
        <w:br/>
        <w:t>source_url: "https://www.ourdogs.co.uk/members/breednotes/2010/RetrieverLabrador/RetrieverLabrador-may7.htm"</w:t>
      </w:r>
      <w:r>
        <w:br/>
      </w:r>
      <w:r>
        <w:rPr>
          <w:b w:val="0"/>
          <w:i w:val="0"/>
        </w:rPr>
        <w:br/>
        <w:t>archive_type: "static_html"</w:t>
      </w:r>
      <w:r>
        <w:br/>
      </w:r>
      <w:r>
        <w:rPr>
          <w:b w:val="0"/>
          <w:i w:val="0"/>
        </w:rPr>
        <w:br/>
        <w:t>scraped_at: "2026-09-13T22:00:48"</w:t>
      </w:r>
      <w:r>
        <w:br/>
      </w:r>
      <w:r>
        <w:rPr>
          <w:b w:val="0"/>
          <w:i w:val="0"/>
        </w:rPr>
        <w:br/>
        <w:t>word_count: 1023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At Three Ridings Lab Club Ch show which was held recently, I was pleased to see Arthur Greenhalgh and his wife Emma (Glenarem Labradors) sitting ringside. Therefore it was a shock to hear the sad news that Arthur has since passed away. He and Emma were founder members of North West Labrador Club and, for the past 15 years, avid supporters of Labrador Rescue North West, run by Glenys Fryer. Arthur's funeral was very well attended by friends and members of his large family. The sympathetic service mentioned Arthur and Emma's long and happy life together. They met when Emma was 14 and Arthur 16. Two years later, when he was just 18 years old, Arthur joined the forces and became engaged to Emma. They were married for 60 years. Our heartfelt condolences go to Emma and family at this very sad time.</w:t>
      </w:r>
    </w:p>
    <w:p>
      <w:r>
        <w:rPr>
          <w:b w:val="0"/>
          <w:i w:val="0"/>
        </w:rPr>
        <w:t>WELKS was, for once, extremely lucky with dry sunny weather and Gundog day, the first day of the show, dawned warm and sunny. The judges were Mrs Sussie Wiles (Dogs) and Mrs Mo Paremain (Bitches). Judging was outside in the grass rings for the first time this year.</w:t>
      </w:r>
    </w:p>
    <w:p>
      <w:r>
        <w:rPr>
          <w:b w:val="0"/>
          <w:i w:val="0"/>
        </w:rPr>
        <w:t>The Dog CC and Best of Breed was a first such award for Michael Neachell's yellow 13month youngster Adoraden Hallmark at Suttonpark (Sh Ch Silver Suede over Rocheby x Suttonpark Maggie May). The Dog RCC went to Mrs Neal's yellow Amberstope Rebel Yell Sh CM. (Amberstope Glen Grant x Amberstope Georgia). The Bitch CC was won by Judith Charlton's yellow, Sh Ch Sretlaw Spring Connection with Foxrush (Sh Ch Rochby Statesman x Foxrush Old Gold), whilst the Bitch RCC went to Leigh Lesley's Steeleigh Hot to Handle JW (Brigglebank Bon Jovi x Steeleigh Truly Tempting). Best Puppy was Christine Bailiss's yellow dog Tissalian Summer Treasure (Jayncourt Starturn at Sandylands x Tissalian Suedette).</w:t>
      </w:r>
    </w:p>
    <w:p>
      <w:r>
        <w:rPr>
          <w:b w:val="0"/>
          <w:i w:val="0"/>
        </w:rPr>
        <w:t>Sharon Rogers writes "I am delighted to say that at the Gundog Club North Wales my yellow bitch, Woodmist Saffron, won Best of Breed under judge Lisa Finney and then went Best in Show, under judge Jinty Gill-Davis. There were 21 gundogs present in the Group. What also made me very happy was the way Saffy showed for me; she's never been a showy girl but today, with the aid of a Dentastix (of all things), she was up on her toes looking happy (and presumably winning the judges over completely with her sparkling teeth and smile AB). Needless to say, the prize money will be spent on more Dentastix!!"</w:t>
      </w:r>
    </w:p>
    <w:p>
      <w:r>
        <w:rPr>
          <w:b w:val="0"/>
          <w:i w:val="0"/>
        </w:rPr>
        <w:t>The Labrador Retriever Club have a number of back copies of Yearbooks and Hip Score books for sale. The books, which form a marvellous contribution to the history of the breed and contain a wealth of other information, can be purchased for the bargain price of £1 each plus post and packaging. Please contact Arwyn Ellis (Secretary) on 01766 522785 or Erica Jayes on 01926 812258 to arrange for your order.</w:t>
      </w:r>
    </w:p>
    <w:p>
      <w:r>
        <w:rPr>
          <w:b w:val="0"/>
          <w:i w:val="0"/>
        </w:rPr>
        <w:t>A reminder that on the 23rd May 2010 Mandy Deane and Joan Woodall are doing the 5 km Race for Life in Lincoln in aid of Cancer Research UK. If anyone would like to sponsor either or both of them, please see them at any of the shows before this date, where they will have the sponsor forms with them. If you wish to sponsor them on line, you can do this by going on Amanda's personal fundraising page at http://www.raceforlifesponsorme.org/amandadeane</w:t>
      </w:r>
    </w:p>
    <w:p>
      <w:r>
        <w:rPr>
          <w:b w:val="0"/>
          <w:i w:val="0"/>
        </w:rPr>
        <w:t>My praise for the delicious catering by the new caterer at this years Yellow Labrador Club Open show held recently, should in no way detract from the many years of dedicated culinary service given to the club at its shows by Erica Jayes; year after year she has cooked delicious meals for those attending. Sadly, I gather she was unavailable for this year's show, hence the replacement. Are we not extremely lucky to now have two top class chefs to care for our needs.</w:t>
      </w:r>
    </w:p>
    <w:p>
      <w:r>
        <w:rPr>
          <w:b w:val="0"/>
          <w:i w:val="0"/>
        </w:rPr>
        <w:t>Ann Britton 01989 720665</w:t>
      </w:r>
    </w:p>
    <w:p>
      <w:r>
        <w:rPr>
          <w:b w:val="0"/>
          <w:i w:val="0"/>
        </w:rP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