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- 06/11/2020 - ISSUE"</w:t>
      </w:r>
      <w:r>
        <w:br/>
      </w:r>
      <w:r>
        <w:rPr>
          <w:b w:val="0"/>
          <w:i w:val="0"/>
        </w:rPr>
        <w:br/>
        <w:t>date_original: "06/11/2020 -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"2026-09-13T15:16:18"</w:t>
      </w:r>
      <w:r>
        <w:br/>
      </w:r>
      <w:r>
        <w:rPr>
          <w:b w:val="0"/>
          <w:i w:val="0"/>
        </w:rPr>
        <w:br/>
        <w:t>word_count: 554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06/11/2020</w:t>
      </w:r>
    </w:p>
    <w:p>
      <w:r>
        <w:rPr>
          <w:b w:val="0"/>
          <w:i w:val="0"/>
        </w:rPr>
        <w:t>Well here we are again; back in rural lockdown with Labradors and an effervescent Jack Russell for sole conversation and companionship for the next four weeks until December. LetÃ¢â‚¬â„¢s hope this time the R number can get belie 1 and remain there.</w:t>
      </w:r>
    </w:p>
    <w:p>
      <w:r>
        <w:rPr>
          <w:b w:val="0"/>
          <w:i w:val="0"/>
        </w:rPr>
        <w:t>The latest amusing ode Ã¢â‚¬Å"to CoronavirusÃ¢â‚¬Â below, from the wonderful Pam Ayres, now 73 years old, sums up the situation for many of us.</w:t>
      </w:r>
    </w:p>
    <w:p>
      <w:r>
        <w:rPr>
          <w:b w:val="0"/>
          <w:i w:val="0"/>
        </w:rPr>
        <w:t>Ã¢â‚¬Å"IÃ¢â‚¬â„¢m normally a social girl</w:t>
      </w:r>
    </w:p>
    <w:p>
      <w:r>
        <w:rPr>
          <w:b w:val="0"/>
          <w:i w:val="0"/>
        </w:rPr>
        <w:t>I love to meet my mates</w:t>
      </w:r>
    </w:p>
    <w:p>
      <w:r>
        <w:rPr>
          <w:b w:val="0"/>
          <w:i w:val="0"/>
        </w:rPr>
        <w:t>But lately with the virus here</w:t>
      </w:r>
    </w:p>
    <w:p>
      <w:r>
        <w:rPr>
          <w:b w:val="0"/>
          <w:i w:val="0"/>
        </w:rPr>
        <w:t>We canÃ¢â‚¬â„¢t go out the gates</w:t>
      </w:r>
    </w:p>
    <w:p>
      <w:r>
        <w:rPr>
          <w:b w:val="0"/>
          <w:i w:val="0"/>
        </w:rPr>
        <w:t>You see, we are the Ã¢â‚¬ËœoldiesÃ¢â‚¬â„¢ now</w:t>
      </w:r>
    </w:p>
    <w:p>
      <w:r>
        <w:rPr>
          <w:b w:val="0"/>
          <w:i w:val="0"/>
        </w:rPr>
        <w:t>We need to stay inside</w:t>
      </w:r>
    </w:p>
    <w:p>
      <w:r>
        <w:rPr>
          <w:b w:val="0"/>
          <w:i w:val="0"/>
        </w:rPr>
        <w:t>If they havenÃ¢â‚¬â„¢t seen us for a while</w:t>
      </w:r>
    </w:p>
    <w:p>
      <w:r>
        <w:rPr>
          <w:b w:val="0"/>
          <w:i w:val="0"/>
        </w:rPr>
        <w:t>TheyÃ¢â‚¬â„¢ll think weÃ¢â‚¬â„¢ve upped and died</w:t>
      </w:r>
    </w:p>
    <w:p>
      <w:r>
        <w:rPr>
          <w:b w:val="0"/>
          <w:i w:val="0"/>
        </w:rPr>
        <w:t>TheyÃ¢â‚¬â„¢ll never know the things we did</w:t>
      </w:r>
    </w:p>
    <w:p>
      <w:r>
        <w:rPr>
          <w:b w:val="0"/>
          <w:i w:val="0"/>
        </w:rPr>
        <w:t>Before we got this old</w:t>
      </w:r>
    </w:p>
    <w:p>
      <w:r>
        <w:rPr>
          <w:b w:val="0"/>
          <w:i w:val="0"/>
        </w:rPr>
        <w:t>There wasnÃ¢â‚¬â„¢t any Facebook</w:t>
      </w:r>
    </w:p>
    <w:p>
      <w:r>
        <w:rPr>
          <w:b w:val="0"/>
          <w:i w:val="0"/>
        </w:rPr>
        <w:t>So not everything was told</w:t>
      </w:r>
    </w:p>
    <w:p>
      <w:r>
        <w:rPr>
          <w:b w:val="0"/>
          <w:i w:val="0"/>
        </w:rPr>
        <w:t>We may seem sweet old ladies</w:t>
      </w:r>
    </w:p>
    <w:p>
      <w:r>
        <w:rPr>
          <w:b w:val="0"/>
          <w:i w:val="0"/>
        </w:rPr>
        <w:t>Who would never be uncouth</w:t>
      </w:r>
    </w:p>
    <w:p>
      <w:r>
        <w:rPr>
          <w:b w:val="0"/>
          <w:i w:val="0"/>
        </w:rPr>
        <w:t>But we grew up in the 60s -</w:t>
      </w:r>
    </w:p>
    <w:p>
      <w:r>
        <w:rPr>
          <w:b w:val="0"/>
          <w:i w:val="0"/>
        </w:rPr>
        <w:t>If you only knew the truth!</w:t>
      </w:r>
    </w:p>
    <w:p>
      <w:r>
        <w:rPr>
          <w:b w:val="0"/>
          <w:i w:val="0"/>
        </w:rPr>
        <w:t>There was sex and drugs and rock Ã¢â‚¬Ëœn roll</w:t>
      </w:r>
    </w:p>
    <w:p>
      <w:r>
        <w:rPr>
          <w:b w:val="0"/>
          <w:i w:val="0"/>
        </w:rPr>
        <w:t>The pill and miniskirts</w:t>
      </w:r>
    </w:p>
    <w:p>
      <w:r>
        <w:rPr>
          <w:b w:val="0"/>
          <w:i w:val="0"/>
        </w:rPr>
        <w:t>We smoked, we drank, we partied</w:t>
      </w:r>
    </w:p>
    <w:p>
      <w:r>
        <w:rPr>
          <w:b w:val="0"/>
          <w:i w:val="0"/>
        </w:rPr>
        <w:t>And were quite outrageous flirts</w:t>
      </w:r>
    </w:p>
    <w:p>
      <w:r>
        <w:rPr>
          <w:b w:val="0"/>
          <w:i w:val="0"/>
        </w:rPr>
        <w:t>Then we settled down, got married</w:t>
      </w:r>
    </w:p>
    <w:p>
      <w:r>
        <w:rPr>
          <w:b w:val="0"/>
          <w:i w:val="0"/>
        </w:rPr>
        <w:t>And turned into someoneÃ¢â‚¬â„¢s mum,</w:t>
      </w:r>
    </w:p>
    <w:p>
      <w:r>
        <w:rPr>
          <w:b w:val="0"/>
          <w:i w:val="0"/>
        </w:rPr>
        <w:t>SomebodyÃ¢â‚¬â„¢s wife, then nana,</w:t>
      </w:r>
    </w:p>
    <w:p>
      <w:r>
        <w:rPr>
          <w:b w:val="0"/>
          <w:i w:val="0"/>
        </w:rPr>
        <w:t>Who on earth did we become?</w:t>
      </w:r>
    </w:p>
    <w:p>
      <w:r>
        <w:rPr>
          <w:b w:val="0"/>
          <w:i w:val="0"/>
        </w:rPr>
        <w:t>We didnÃ¢â‚¬â„¢t mind the change of pace</w:t>
      </w:r>
    </w:p>
    <w:p>
      <w:r>
        <w:rPr>
          <w:b w:val="0"/>
          <w:i w:val="0"/>
        </w:rPr>
        <w:t>Because our lives were full</w:t>
      </w:r>
    </w:p>
    <w:p>
      <w:r>
        <w:rPr>
          <w:b w:val="0"/>
          <w:i w:val="0"/>
        </w:rPr>
        <w:t>But to bury us before weÃ¢â‚¬â„¢re dead</w:t>
      </w:r>
    </w:p>
    <w:p>
      <w:r>
        <w:rPr>
          <w:b w:val="0"/>
          <w:i w:val="0"/>
        </w:rPr>
        <w:t>Is like a red rag to a bull!</w:t>
      </w:r>
    </w:p>
    <w:p>
      <w:r>
        <w:rPr>
          <w:b w:val="0"/>
          <w:i w:val="0"/>
        </w:rPr>
        <w:t>So here you find me stuck inside</w:t>
      </w:r>
    </w:p>
    <w:p>
      <w:r>
        <w:rPr>
          <w:b w:val="0"/>
          <w:i w:val="0"/>
        </w:rPr>
        <w:t>For four weeks, maybe more</w:t>
      </w:r>
    </w:p>
    <w:p>
      <w:r>
        <w:rPr>
          <w:b w:val="0"/>
          <w:i w:val="0"/>
        </w:rPr>
        <w:t>I finally found myself again</w:t>
      </w:r>
    </w:p>
    <w:p>
      <w:r>
        <w:rPr>
          <w:b w:val="0"/>
          <w:i w:val="0"/>
        </w:rPr>
        <w:t>Then I had to close the door!</w:t>
      </w:r>
    </w:p>
    <w:p>
      <w:r>
        <w:rPr>
          <w:b w:val="0"/>
          <w:i w:val="0"/>
        </w:rPr>
        <w:t>It didnÃ¢â‚¬â„¢t really bother me</w:t>
      </w:r>
    </w:p>
    <w:p>
      <w:r>
        <w:rPr>
          <w:b w:val="0"/>
          <w:i w:val="0"/>
        </w:rPr>
        <w:t>IÃ¢â‚¬â„¢d while away the hour</w:t>
      </w:r>
    </w:p>
    <w:p>
      <w:r>
        <w:rPr>
          <w:b w:val="0"/>
          <w:i w:val="0"/>
        </w:rPr>
        <w:t>IÃ¢â‚¬â„¢d bake for all the family</w:t>
      </w:r>
    </w:p>
    <w:p>
      <w:r>
        <w:rPr>
          <w:b w:val="0"/>
          <w:i w:val="0"/>
        </w:rPr>
        <w:t>But IÃ¢â‚¬â„¢ve got no flaming flour!</w:t>
      </w:r>
    </w:p>
    <w:p>
      <w:r>
        <w:rPr>
          <w:b w:val="0"/>
          <w:i w:val="0"/>
        </w:rPr>
        <w:t>Now Netflix is just wonderful</w:t>
      </w:r>
    </w:p>
    <w:p>
      <w:r>
        <w:rPr>
          <w:b w:val="0"/>
          <w:i w:val="0"/>
        </w:rPr>
        <w:t>I like a gutsy thriller</w:t>
      </w:r>
    </w:p>
    <w:p>
      <w:r>
        <w:rPr>
          <w:b w:val="0"/>
          <w:i w:val="0"/>
        </w:rPr>
        <w:t>IÃ¢â‚¬â„¢m swooning over Idris</w:t>
      </w:r>
    </w:p>
    <w:p>
      <w:r>
        <w:rPr>
          <w:b w:val="0"/>
          <w:i w:val="0"/>
        </w:rPr>
        <w:t>Or some random sexy killer</w:t>
      </w:r>
    </w:p>
    <w:p>
      <w:r>
        <w:rPr>
          <w:b w:val="0"/>
          <w:i w:val="0"/>
        </w:rPr>
        <w:t>At least IÃ¢â‚¬â„¢ve got a stash of booze</w:t>
      </w:r>
    </w:p>
    <w:p>
      <w:r>
        <w:rPr>
          <w:b w:val="0"/>
          <w:i w:val="0"/>
        </w:rPr>
        <w:t>For when IÃ¢â‚¬â„¢m being idle</w:t>
      </w:r>
    </w:p>
    <w:p>
      <w:r>
        <w:rPr>
          <w:b w:val="0"/>
          <w:i w:val="0"/>
        </w:rPr>
        <w:t>ThereÃ¢â‚¬â„¢s wine and whiskey, even gin</w:t>
      </w:r>
    </w:p>
    <w:p>
      <w:r>
        <w:rPr>
          <w:b w:val="0"/>
          <w:i w:val="0"/>
        </w:rPr>
        <w:t>If IÃ¢â‚¬â„¢m feeling suicidal!</w:t>
      </w:r>
    </w:p>
    <w:p>
      <w:r>
        <w:rPr>
          <w:b w:val="0"/>
          <w:i w:val="0"/>
        </w:rPr>
        <w:t>So letÃ¢â‚¬â„¢s all drink to lockdown</w:t>
      </w:r>
    </w:p>
    <w:p>
      <w:r>
        <w:rPr>
          <w:b w:val="0"/>
          <w:i w:val="0"/>
        </w:rPr>
        <w:t>To recovery and health</w:t>
      </w:r>
    </w:p>
    <w:p>
      <w:r>
        <w:rPr>
          <w:b w:val="0"/>
          <w:i w:val="0"/>
        </w:rPr>
        <w:t>And hope this awful virus</w:t>
      </w:r>
    </w:p>
    <w:p>
      <w:r>
        <w:rPr>
          <w:b w:val="0"/>
          <w:i w:val="0"/>
        </w:rPr>
        <w:t>DoesnÃ¢â‚¬â„¢t decimate our wealth</w:t>
      </w:r>
    </w:p>
    <w:p>
      <w:r>
        <w:rPr>
          <w:b w:val="0"/>
          <w:i w:val="0"/>
        </w:rPr>
        <w:t>WeÃ¢â‚¬â„¢ll all get through the crisis</w:t>
      </w:r>
    </w:p>
    <w:p>
      <w:r>
        <w:rPr>
          <w:b w:val="0"/>
          <w:i w:val="0"/>
        </w:rPr>
        <w:t>And be back to join our mates</w:t>
      </w:r>
    </w:p>
    <w:p>
      <w:r>
        <w:rPr>
          <w:b w:val="0"/>
          <w:i w:val="0"/>
        </w:rPr>
        <w:t>Just hoping IÃ¢â‚¬â„¢m not far too wide</w:t>
      </w:r>
    </w:p>
    <w:p>
      <w:r>
        <w:rPr>
          <w:b w:val="0"/>
          <w:i w:val="0"/>
        </w:rPr>
        <w:t>To fit through the flaming gates!</w:t>
      </w:r>
    </w:p>
    <w:p>
      <w:r>
        <w:rPr>
          <w:b w:val="0"/>
          <w:i w:val="0"/>
        </w:rPr>
        <w:t>Pam Ayres.Ã¢â‚¬Â</w:t>
      </w:r>
    </w:p>
    <w:p>
      <w:r>
        <w:rPr>
          <w:b w:val="0"/>
          <w:i w:val="0"/>
        </w:rPr>
        <w:t>Ann Britton</w:t>
      </w:r>
    </w:p>
    <w:p>
      <w:r>
        <w:rPr>
          <w:b w:val="0"/>
          <w:i w:val="0"/>
        </w:rPr>
        <w:t>bowstones@btinternet.com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