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- 20/01/2017 - ISSUE"</w:t>
      </w:r>
      <w:r>
        <w:br/>
      </w:r>
      <w:r>
        <w:rPr>
          <w:b w:val="0"/>
          <w:i w:val="0"/>
        </w:rPr>
        <w:br/>
        <w:t>date_original: "20/01/2017 - ISSUE"</w:t>
      </w:r>
      <w:r>
        <w:br/>
      </w:r>
      <w:r>
        <w:rPr>
          <w:b w:val="0"/>
          <w:i w:val="0"/>
        </w:rPr>
        <w:br/>
        <w:t>source_url: "https://www.ourdogs.co.uk/members/breednotes/RetrieverLabradorMain.php"</w:t>
      </w:r>
      <w:r>
        <w:br/>
      </w:r>
      <w:r>
        <w:rPr>
          <w:b w:val="0"/>
          <w:i w:val="0"/>
        </w:rPr>
        <w:br/>
        <w:t>scraped_at: "2026-09-13T15:27:01"</w:t>
      </w:r>
      <w:r>
        <w:br/>
      </w:r>
      <w:r>
        <w:rPr>
          <w:b w:val="0"/>
          <w:i w:val="0"/>
        </w:rPr>
        <w:br/>
        <w:t>word_count: 1582</w:t>
      </w:r>
    </w:p>
    <w:p>
      <w:r>
        <w:t>――――――――――――――――――――――――――――――</w:t>
      </w:r>
    </w:p>
    <w:p>
      <w:r>
        <w:rPr>
          <w:b w:val="0"/>
          <w:i w:val="0"/>
        </w:rPr>
        <w:t>NEWS MEMBERS' AREA SHOP SUBSCRIBE UPCOMING SHOWS MORE</w:t>
      </w:r>
    </w:p>
    <w:p>
      <w:r>
        <w:rPr>
          <w:b w:val="0"/>
          <w:i w:val="0"/>
        </w:rPr>
        <w:t>RETRIEVER LABRADOR</w:t>
      </w:r>
    </w:p>
    <w:p>
      <w:r>
        <w:rPr>
          <w:b w:val="0"/>
          <w:i w:val="0"/>
        </w:rPr>
        <w:t>Issue: 20/01/2017</w:t>
      </w:r>
    </w:p>
    <w:p>
      <w:r>
        <w:rPr>
          <w:b w:val="0"/>
          <w:i w:val="0"/>
        </w:rPr>
        <w:t>The Kent Surrey and Sussex Labrador Club have the following two events</w:t>
      </w:r>
    </w:p>
    <w:p>
      <w:r>
        <w:rPr>
          <w:b w:val="0"/>
          <w:i w:val="0"/>
        </w:rPr>
        <w:t>Sunday 5th March 2017</w:t>
      </w:r>
    </w:p>
    <w:p>
      <w:r>
        <w:rPr>
          <w:b w:val="0"/>
          <w:i w:val="0"/>
        </w:rPr>
        <w:t>Bletchingly Village Hall, Bletchingly, Nr Redhill, Surrey -Breed Specific Seminar with David Craig (Davricard/Foulby) OBSERVER ONLY places left Â£15</w:t>
      </w:r>
    </w:p>
    <w:p>
      <w:r>
        <w:rPr>
          <w:b w:val="0"/>
          <w:i w:val="0"/>
        </w:rPr>
        <w:t>Sunday 9th April 2017</w:t>
      </w:r>
    </w:p>
    <w:p>
      <w:r>
        <w:rPr>
          <w:b w:val="0"/>
          <w:i w:val="0"/>
        </w:rPr>
        <w:t>Bletchingly Village Hall, Bletchingly, Nr Redhill, Surrey  - The History of Labradors with Breed Historian, Richard Edwards.  Cost Â£10 inc Light lunch</w:t>
      </w:r>
    </w:p>
    <w:p>
      <w:r>
        <w:rPr>
          <w:b w:val="0"/>
          <w:i w:val="0"/>
        </w:rPr>
        <w:t>For booking forms please contact Alison Scutcher winsleywood@gmail.com</w:t>
      </w:r>
    </w:p>
    <w:p>
      <w:r>
        <w:rPr>
          <w:b w:val="0"/>
          <w:i w:val="0"/>
        </w:rPr>
        <w:t xml:space="preserve">Optigen are now offering better than ever discounts off DNA tests, at Val Tiller's postal Optigen 20/20 Clinic, shipping 22nd February.  Labradors are invited to be DNA tested for prcd-PRA, RD/OSD, HNPK, ACHM, CNM, EIC, HUU, NARC and also now for SD2 (Skeletal Dysplasia Type 2.)  For full details, and test kits, contact Val now at val.tiller@talk21.com or Tel: (01372) 273597.    </w:t>
      </w:r>
    </w:p>
    <w:p>
      <w:r>
        <w:rPr>
          <w:b w:val="0"/>
          <w:i w:val="0"/>
        </w:rPr>
        <w:t xml:space="preserve">Continuing with the breakdown of all the CC records of 2016. </w:t>
      </w:r>
    </w:p>
    <w:p>
      <w:r>
        <w:rPr>
          <w:b w:val="0"/>
          <w:i w:val="0"/>
        </w:rPr>
        <w:t>Many thanks to Michael Hewitt (Newinn) without whose meticulous help I could not have prepared this complete list of the previous year's Labrador stars. My apologies if I have unintentionally made any errors.</w:t>
      </w:r>
    </w:p>
    <w:p>
      <w:r>
        <w:rPr>
          <w:b w:val="0"/>
          <w:i w:val="0"/>
        </w:rPr>
        <w:t>The Dog CCs were shared amongst 22 different dogs.</w:t>
      </w:r>
    </w:p>
    <w:p>
      <w:r>
        <w:rPr>
          <w:b w:val="0"/>
          <w:i w:val="0"/>
        </w:rPr>
        <w:t>Sharon Lamberts yellow Sh Ch Mattand Exodus JW (Fin.Ch.Devonshires London Edition X Amberstead Dark And Stormy Over Mattand) was the numerical top winning male of the year winning 7 CCs and 4 RCCs.</w:t>
      </w:r>
    </w:p>
    <w:p>
      <w:r>
        <w:rPr>
          <w:b w:val="0"/>
          <w:i w:val="0"/>
        </w:rPr>
        <w:t>Following close on his heels was Mr and Mrs Wyatts chocolate Ch Meadowleigh Brown SugaR (Keene's Walnut Wesley At Ryedown X Meadowleigh Mariella) winning 6 CCs and 3 RCCs . He was Best in Show at the United Retriever Club.</w:t>
      </w:r>
    </w:p>
    <w:p>
      <w:r>
        <w:rPr>
          <w:b w:val="0"/>
          <w:i w:val="0"/>
        </w:rPr>
        <w:t xml:space="preserve">David Coodes yellow Ch Warringahs Perth Jw Sh Cm (Ch.Warringah's Gundaroo JW X Warringah's Camira Creek Of Briwed) added 5 CCs and 1 RCC to his tally. </w:t>
      </w:r>
    </w:p>
    <w:p>
      <w:r>
        <w:rPr>
          <w:b w:val="0"/>
          <w:i w:val="0"/>
        </w:rPr>
        <w:t xml:space="preserve">Linda Harvey-Major &amp; Van Leuwen's Sh.Ch.Linjor Cassablanca JW. Sh.CM  (Sh.Ch.Brockburrow Cassanova In Linjor JW Sh.CM. X Can.Ch.Chablais Lyric Of Linjor) won  4 CCs. </w:t>
      </w:r>
    </w:p>
    <w:p>
      <w:r>
        <w:rPr>
          <w:b w:val="0"/>
          <w:i w:val="0"/>
        </w:rPr>
        <w:t xml:space="preserve">Marion Hopkinson's Yellow Rocheby Hornblower.  won 3CCs and 2 RCCs    (Rocheby Town cryer X Rocheby Wild Snowdrop)Auld &amp; Holliday's Sh.Ch. Ramsayville Rock Festival At Farbrae. Won 3CCs and 1 RCC. (Sh.Ch.Brighton Sarracenia X Ramsayville Robyn)        The following 7 dogs won 1CC and 1 RCC:- </w:t>
      </w:r>
    </w:p>
    <w:p>
      <w:r>
        <w:rPr>
          <w:b w:val="0"/>
          <w:i w:val="0"/>
        </w:rPr>
        <w:t xml:space="preserve">Brown's Yellow Ramsayville Remmington (Sh.Ch.Brighton Sarracenia X Ramsayville Robyn) Dudkowiak's Black Int.Ch.Dolbia Will To Please (Am.Ch.Weathertop Storm Cloud X Dolbia Pride And Joy)              </w:t>
      </w:r>
    </w:p>
    <w:p>
      <w:r>
        <w:rPr>
          <w:b w:val="0"/>
          <w:i w:val="0"/>
        </w:rPr>
        <w:t xml:space="preserve">Parker's Poniel Reason To Believe (Poniel Eildon Sunrise X Poniel Garnet)       Reynold's Black Sh.Ch.Carromer's Blue Lagoon.Sh.Cm (Simanden King Canute X Carromer's Shimmering Diva Jw)                   </w:t>
      </w:r>
    </w:p>
    <w:p>
      <w:r>
        <w:rPr>
          <w:b w:val="0"/>
          <w:i w:val="0"/>
        </w:rPr>
        <w:t>Roberts' Yellow Stormrose Golden Fortune. Jw. Sh.Cm (Sh.Ch.Lindall Redemption X Stormrose Belle Blonde) Williamson's Yellow Sh.Ch.Sharouns Illusionist. Jw. Sh.Cm   (Sh.Ch.Linjor Valentino JW Sh.CM X Lakemeadow lets Dance with Sharouns)</w:t>
      </w:r>
    </w:p>
    <w:p>
      <w:r>
        <w:rPr>
          <w:b w:val="0"/>
          <w:i w:val="0"/>
        </w:rPr>
        <w:t>Williamson's Yellow Sharouns Life Of Riley. Jw (Sh.Ch.Harrop Happy Go Lucky To Sharouns JW.Sh.CM. X Sharouns Destiny Child JW)                  The following 9 dogs won 1 CC each.</w:t>
      </w:r>
    </w:p>
    <w:p>
      <w:r>
        <w:rPr>
          <w:b w:val="0"/>
          <w:i w:val="0"/>
        </w:rPr>
        <w:t xml:space="preserve">Ayres'black Sh.Ch. Musubi Imperial Topaz  Jw (Keydella Karrington X Ludalor Blueberry By Amberstope)                    </w:t>
      </w:r>
    </w:p>
    <w:p>
      <w:r>
        <w:rPr>
          <w:b w:val="0"/>
          <w:i w:val="0"/>
        </w:rPr>
        <w:t xml:space="preserve">Allen, Hess &amp; Elliott's  Yellow Sh.Ch.Am.Ch.Tampa Bay And Snobo Gusty Seas Batten Down The Hatch (Am.Ch.Belquest Fergus N Trouble At Snobo X Am.Ch.Salty Sea Spray Of Tampa Bay And Tecate JH)                   </w:t>
      </w:r>
    </w:p>
    <w:p>
      <w:r>
        <w:rPr>
          <w:b w:val="0"/>
          <w:i w:val="0"/>
        </w:rPr>
        <w:t xml:space="preserve">Braimbridge's Black Sh.Ch.Southridge Sky Rocket To Hannabee.  (Sh.Ch.Lindall Redemption X Southridge Grace)                          1.  </w:t>
      </w:r>
    </w:p>
    <w:p>
      <w:r>
        <w:rPr>
          <w:b w:val="0"/>
          <w:i w:val="0"/>
        </w:rPr>
        <w:t xml:space="preserve">Crockerâ€"Williams' Yellow Sh.Ch.Secret Moment At Alkhamhurst (Sh.Ch.Carpenny Made A Million X Carpenny Spinning Wheel)             </w:t>
      </w:r>
    </w:p>
    <w:p>
      <w:r>
        <w:rPr>
          <w:b w:val="0"/>
          <w:i w:val="0"/>
        </w:rPr>
        <w:t xml:space="preserve">Hopkinson's Rocheby Old Punch (Rocheby State Occasion X Rocheby Silk Gown)  Lewis's Yellow Crammondkirk All The Gossip. JW (Sh.Ch.Est.Fin.Ch.Follies Ivar Est.Jun.Ch. X Steeleigh Express Wish At Crammondkirk)                 </w:t>
      </w:r>
    </w:p>
    <w:p>
      <w:r>
        <w:rPr>
          <w:b w:val="0"/>
          <w:i w:val="0"/>
        </w:rPr>
        <w:t>Nugteren's Yellow Mocnys Knoxville. Lux.Jun.Ch.  (Sw.Uch.Pol Jun.Ch.Seawind Polish Poker X Fin.Ch.Mysis Usyainen Meri)                  Mcgillivray's Black Antonine Cinderfella Jw.   (Waterline's Freddo With Antonine X Lindall Rihanna With Antonine) Wiles' Yellow Richbourne Londoner. Jw.   (Fin.Ch.Devonshires London Edition X Sh.Ch.Richbourne Silver Surprise Jw)                    BITCH CHALLENGE CERTIFCATES 2016   These were shared by 28 different bitches.</w:t>
      </w:r>
    </w:p>
    <w:p>
      <w:r>
        <w:rPr>
          <w:b w:val="0"/>
          <w:i w:val="0"/>
        </w:rPr>
        <w:t>Top winning Bitch and Top winning Labrador of 2016 was</w:t>
      </w:r>
    </w:p>
    <w:p>
      <w:r>
        <w:rPr>
          <w:b w:val="0"/>
          <w:i w:val="0"/>
        </w:rPr>
        <w:t>Lennox &amp; Morgan's Yellow Sh.Ch.Wilenmory Collabro.  She won 6CCs 6RCCs a Group 1 and a Group 2.      (Sh.Ch.Nrd.Lux.Int.Sh.Ch.Carpenny Micah At Suttonpark X Wilenmory Armani Diamond JW)   Stafford's  Yellow Sh.Ch. Arrowmoy Fairytale Of New York Farnfield. (Sh.Ch.Farnfield Topo Gigio JW.Sh.CM X Phillipstown Million Dolar Lady Arrowmoy) Won 3CCs and 2 RCCs a Group 1 and a group 2</w:t>
      </w:r>
    </w:p>
    <w:p>
      <w:r>
        <w:rPr>
          <w:b w:val="0"/>
          <w:i w:val="0"/>
        </w:rPr>
        <w:t>Williamson's Yellow Sh.Ch.Sharouns Pandora  JW.  Won 3 CCs and 2 RCCs     (Sh.Ch.Farnfield Topo Gigio JW.Sh.CM X Rocheby Nina Riche At Sharouns) Mills' Yellow Lembas Sh.Ch. Pretty Amazing Grace  JW.  (Sh.Ch.Farnfield Topo Gigio JW.Sh.CM X Sh.Ch.Lembas Chiquitita JW) Won 3ccs 1rcc And A Group 2</w:t>
      </w:r>
    </w:p>
    <w:p>
      <w:r>
        <w:rPr>
          <w:b w:val="0"/>
          <w:i w:val="0"/>
        </w:rPr>
        <w:t xml:space="preserve">Charlton's Yellow Sh.Ch.Foxrush Spun Gold Jw.    (Sh.Ch.Rocheby State Occasion X Foxrush Rebecca Jw)    Won 3CCS and 1RCC                                                            </w:t>
      </w:r>
    </w:p>
    <w:p>
      <w:r>
        <w:rPr>
          <w:b w:val="0"/>
          <w:i w:val="0"/>
        </w:rPr>
        <w:t xml:space="preserve">Slettedal's Black Sh.Ch.Fieldvalley's Carman Sofie. (Nor.Sw.Uch.Tjottes Lover Under Cover X Nor.Uch.Fieldvalley's Zandra) Won 2ccs And 2rccs                                       </w:t>
      </w:r>
    </w:p>
    <w:p>
      <w:r>
        <w:rPr>
          <w:b w:val="0"/>
          <w:i w:val="0"/>
        </w:rPr>
        <w:t xml:space="preserve">Rees'sh.Ch. Ir.Sh.Ch.Thurbajen's Flighty Fennel With Eremos  Sh.Cm. Won 2ccs And 1rcc. (Carpenny Austin X Thurbajen Whoops A Daisy)         Carpanini's Black Carpenny Portia (Carpenny Primo X Sh.Ch.Flossfalls Monopoly Of Carpenny) Won 2 Ccs    11 Bitches won 1 CC and 1 RCC. They  were:- </w:t>
      </w:r>
    </w:p>
    <w:p>
      <w:r>
        <w:rPr>
          <w:b w:val="0"/>
          <w:i w:val="0"/>
        </w:rPr>
        <w:t xml:space="preserve">Hopkinson's Yellow Sh.Ch. Rocheby Sweet Sensation (Rocheby Town Cryer X Rocheby Wild Snowdrop)              </w:t>
      </w:r>
    </w:p>
    <w:p>
      <w:r>
        <w:rPr>
          <w:b w:val="0"/>
          <w:i w:val="0"/>
        </w:rPr>
        <w:t>Hopkinson's Yellow Kilburnpark Miss Maureen At Rocheby. (Sh.Ch.Silver Suede Over Rocheby X Braithwell Summer Song)  Hopkinson's Yellow Sh.Ch. Rocheby Sensational (Rocheby Town Cryer X Rocheby Wild Snowdrop) Holliday &amp; Auld's Yellow Ramsayville Ria At Farbrae. Jw.     (Am.Ch.Ghoststone Hyspire Dressed To Impress X Ramsayville Rock Me Gently)      Davies' Yellow Driffwold Daisy Baggins Sh.Cm.   (Ch.Bilbo Baggins By Baileydale Jw Sh.Cm. X Ludalor Loganberry At Driffwo</w:t>
      </w:r>
    </w:p>
    <w:p>
      <w:r>
        <w:rPr>
          <w:b w:val="0"/>
          <w:i w:val="0"/>
        </w:rPr>
        <w:t xml:space="preserve">Mcgillivray's Black Antonine Honolulu (Mocnys Knoxville Lux.Jr.Ch. X Antonine Azura Jw) Jenkins' Yellow Sekada Miss Bianca Jw (Sh.Ch.Ballyduff Marius X Brigburn Violet Sekada) Krasnocanova &amp; Heron's Svk.Ch.Country Cottage Labs Valley. (Brigburn U'll Do X Fairywood's Cassiopeia)                  </w:t>
      </w:r>
    </w:p>
    <w:p>
      <w:r>
        <w:rPr>
          <w:b w:val="0"/>
          <w:i w:val="0"/>
        </w:rPr>
        <w:t xml:space="preserve">Maclean's Chocolate Ch.Afinmore Antora  Sh.Cm. (Can.Ch.Beechcroft's Pardon Me Sir X Devonelite Utter Nonsense In Afinmore)  Mills' Black Lembas Go Gentle.   (Sandylands Gentle Touch At Lembas X Sh.Ch.Lembas Mamma Mia Jw) Reynolds' Yellow Sh.Ch.Carromer Hot Off The Press Jw.   (Fin.Ch.Devonshires London Edition X Carromer's Silver Cinders Jw) 8 Bitches Won 1 Cc. Balshaw &amp; Rawlinson's Yellow Shanorrell Socalite At Halshimoor (Fin.Ch.Devonshire London Edition X Sh.Ch.Shanorrell Splendour At Halshimoor) Britton's Yellow Sh.Ch.Martinstide Pastiche Of Bowstones Jw (Sh.Ch.Rocheby Statesman X Martinstide Patchwork) Brambles' Black Shaymiloney Stormin Norma. Jw.   (Mardas Roman Republic Jw X Shaymiloney Sweetpea)   Callaghan's Oakhouse Olympic Flame Of Bannabeach. Jun.Ch.Jd.  (Sh.Ch.Am.Can.Ch.Salty Dog Of Tampa Bay Jh X Trofarth Happy Go Lucky To Oakhouse)              </w:t>
      </w:r>
    </w:p>
    <w:p>
      <w:r>
        <w:rPr>
          <w:b w:val="0"/>
          <w:i w:val="0"/>
        </w:rPr>
        <w:t xml:space="preserve">Campbell's Yellow Sh.Ch.Binnaig Just Blonde  Jw (Tullochmohr Gibbs Jw X Sh.Ch.Binnaig Wild Thyme)               </w:t>
      </w:r>
    </w:p>
    <w:p>
      <w:r>
        <w:rPr>
          <w:b w:val="0"/>
          <w:i w:val="0"/>
        </w:rPr>
        <w:t xml:space="preserve">Gawthorpe's Yellow Waterbrook Pillow Talk (Rocheby Talk Talk X Waterbrook Silver Rose)  Lavelle's Yellow Crosscroyde Choice Words Jw (Sh.Ch.Rocheby State Occasion X Sh.Ch.Crosscroyde Lady Katinka Jw)                 </w:t>
      </w:r>
    </w:p>
    <w:p>
      <w:r>
        <w:rPr>
          <w:b w:val="0"/>
          <w:i w:val="0"/>
        </w:rPr>
        <w:t xml:space="preserve">Mills' Lembas Yellow Crackling Rosie. Jw (Sh.Ch.Farnfield Topo Gigio Jw Sh.Cm X Sh.Ch.Lembas Chiquitita Jw) </w:t>
      </w:r>
    </w:p>
    <w:p>
      <w:r>
        <w:rPr>
          <w:b w:val="0"/>
          <w:i w:val="0"/>
        </w:rPr>
        <w:t>Powell's Black Seatallan Waterlily.   (Du.Ch.Creekwater Surs Scoter X Seatallan Teasel) It is interesting to note from these lists the wide diversity of sires of the successful progeny. It is never a good idea to have one stud completely dominant in any breeds blood lines, as amongst other things to consider,  where will his offspring be mated if all the progeny are related or, as has happened in the past, it is eventually discovered that he carries a health problem. Luckily other dogs are being used as well as the most popular and there seems to be a good diversity . Fin Ch Devonshire London Edition has certainly proved himself a sire of many top winning Labradors at home and abroad, notably  the Rawlinsons and Balshaws Shannorell Socialite, Sharon Lamberts Mattand Exodus, Sussie Wiles Richbourne London Edition, and the Reynolds Carromers Hot off the Press all from the above winners list. Sh Ch Farnfield Topo Gigio is the sire of three new champions from the winners list; Richard Staffords own Arrowmoy Fairtale to New York Farnfield, Shaun Williamsons Sh Ch Sharound Pandora, and the Mills Sh Ch Lembas Pretty Amazing Grace.</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