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 Nov 2010"</w:t>
      </w:r>
      <w:r>
        <w:br/>
      </w:r>
      <w:r>
        <w:rPr>
          <w:b w:val="0"/>
          <w:i w:val="0"/>
        </w:rPr>
        <w:br/>
        <w:t>date_original: "26 Nov 2010"</w:t>
      </w:r>
      <w:r>
        <w:br/>
      </w:r>
      <w:r>
        <w:rPr>
          <w:b w:val="0"/>
          <w:i w:val="0"/>
        </w:rPr>
        <w:br/>
        <w:t>source_url: "https://www.ourdogs.co.uk/members/breednotes/2010/RetrieverLabrador/RetrieverLabrador-nov26.htm"</w:t>
      </w:r>
      <w:r>
        <w:br/>
      </w:r>
      <w:r>
        <w:rPr>
          <w:b w:val="0"/>
          <w:i w:val="0"/>
        </w:rPr>
        <w:br/>
        <w:t>archive_type: "static_html"</w:t>
      </w:r>
      <w:r>
        <w:br/>
      </w:r>
      <w:r>
        <w:rPr>
          <w:b w:val="0"/>
          <w:i w:val="0"/>
        </w:rPr>
        <w:br/>
        <w:t>scraped_at: "2026-09-13T22:00:57"</w:t>
      </w:r>
      <w:r>
        <w:br/>
      </w:r>
      <w:r>
        <w:rPr>
          <w:b w:val="0"/>
          <w:i w:val="0"/>
        </w:rPr>
        <w:br/>
        <w:t>word_count: 1152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Gundog Breeds of Scotland held their championship show at Ingliston Edinburgh. The judges were Richard Wiles Dogs and Janet Cole Bitches. From an entry of 176 dogs and bitches the winners were, Dog CC his first Wendy Southwells black Brigburn Farm Trader at Driffwold; Dog RCC the Allen family’s Sh Ch Allenies Maverick JW ShCM. The Bitch CC and Best of Breed was yet another for Richard Staffords yellow Sh Ch Kimvalley Star Attraction Of Farnfield JW Sh CM and the Bitch RCC went to Gordon Fox’s Rocheby Winds Of Change To Treburrow. Best Puppy was once again Linda and Alan Porters Lindall Dreamy. Best Veteran was the Hodge family’s Sh Ch Naiken Quincy JW and Best Breeder was Mr A Douglas.</w:t>
      </w:r>
    </w:p>
    <w:p>
      <w:r>
        <w:rPr>
          <w:b w:val="0"/>
          <w:i w:val="0"/>
        </w:rPr>
        <w:t>The Joint Labrador Club Championship Show hosted by N&amp;D next year has a change of date (this has been confirmed by the KC). The new date will be Sunday 19th June, back to back with Border Union. This will hopefully mean both shows will benefit with exhibitors staying over in the beautiful North East. We will have accommodation details available nearer the time if required. The original date of 12th June was changed due to there being three sets of CC’s on offer over one weekend (Lab Club, Three Counties and Joint). This show will also be on line via Fosse Data as will the N&amp;D open show and champ show in October. The judges for the two events are Border Union - Margaret Gardner, and the Joint Lab Clubs show - Les Brabban Dogs and Marlene Hepper Bitches.</w:t>
      </w:r>
    </w:p>
    <w:p>
      <w:r>
        <w:rPr>
          <w:b w:val="0"/>
          <w:i w:val="0"/>
        </w:rPr>
        <w:t>Nan Austermuhle (Ednan) has now been in hospital (North Tees) for 6 weeks after a fall at home. Unfortunately, whilst in hospital she contracted a bug and has been in barrier care for some time. She is slowly improving and thanks everyone for their kind wishes.</w:t>
      </w:r>
    </w:p>
    <w:p>
      <w:r>
        <w:rPr>
          <w:b w:val="0"/>
          <w:i w:val="0"/>
        </w:rPr>
        <w:t>More news on the Show Gundog Working Certificate front, Mrs Whites yellow, Lunapet Calypso was one of just four dogs which successfully achieved the award at the Lab Club of Wales SGWC day held on the Llancarfan Shoot in the Vale of Glamorgan on Saturday 13th November. The A panel judges were Mr A Rees and Mr S Hadley. Congratulations to Mrs White; this is her third Labrador to qualify for their SGWC.</w:t>
      </w:r>
    </w:p>
    <w:p>
      <w:r>
        <w:rPr>
          <w:b w:val="0"/>
          <w:i w:val="0"/>
        </w:rPr>
        <w:t>I recently had a lovely letter from Labrador breeders and exhibitors, Jen and Ron Casey in the Isle of Man recounting how, for the first time in their 60 years with Labradors, one of their dogs was coping with an Elizabethan collar after an operation to remove an eyelid cyst. These collars are made of heavy grade, clear, rigid plastic and look like huge lampshades. They are closely laced up around the dogs neck and completely encircle the dogs head thus preventing the patient scratching at an operation site before it has healed. Anyone who has experienced coping with a dog with one such collar will know full well that they are not easy. Doorways through which the dog would normally rush become too narrow and although the dog tries to go flat out through the gap as he has done every single day of his life, the collar now impedes his progress and he ends up not going through the opening but stuck with his new collar heartily bashing the wall. Only when the owner flattens the collar thus reducing the width of the lampshade for a few seconds can the dog get through the doorway. The paint gets bashed; the walls get bashed and your legs get bashed.</w:t>
      </w:r>
    </w:p>
    <w:p>
      <w:r>
        <w:rPr>
          <w:b w:val="0"/>
          <w:i w:val="0"/>
        </w:rPr>
        <w:t>I recall when one of my bitches with a stitched ear had to wear an Elizabethan collar, much to her great disgust. Her greatest desire was to remove the dreadful thing as fast as possible and give her stitches a good old scratch. I managed to outwit her for a few days but, just as everything was starting to heal nicely, she managed to scrape the collar off against a sturdy shrub in the garden and opened up all the stitches. Next thing we were back at the Vets, paying again to have it all stitched up again, and another stronger, even larger collar fitted with even greater bashing potential! By the time the wound in her ear had eventually healed and the battering ram collar was finally removed, my legs were black and blue. So my sympathies go out to Jen and Ron and hope their dogs Elizabethan collar is off soon.</w:t>
      </w:r>
    </w:p>
    <w:p>
      <w:r>
        <w:rPr>
          <w:b w:val="0"/>
          <w:i w:val="0"/>
        </w:rPr>
        <w:t>A reminder that online entries for Boston Ch Show, the first championship show of 2011 at East of England Showground, close on 2nd December. Details on Fosse Data site. The Gundogs are on Friday 7th January and the judges are Vic Cole and Martin O Donoghue</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