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- 04/10/2013"</w:t>
      </w:r>
      <w:r>
        <w:br/>
      </w:r>
      <w:r>
        <w:rPr>
          <w:b w:val="0"/>
          <w:i w:val="0"/>
        </w:rPr>
        <w:br/>
        <w:t>date_original: "04/10/2013"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"2026-09-13T22:43:02"</w:t>
      </w:r>
      <w:r>
        <w:br/>
      </w:r>
      <w:r>
        <w:rPr>
          <w:b w:val="0"/>
          <w:i w:val="0"/>
        </w:rPr>
        <w:br/>
        <w:t>word_count: 832</w:t>
      </w:r>
    </w:p>
    <w:p>
      <w:r>
        <w:t>――――――――――――――――――――――――――――――</w:t>
      </w:r>
    </w:p>
    <w:p>
      <w:r>
        <w:rPr>
          <w:b w:val="0"/>
          <w:i w:val="0"/>
        </w:rPr>
        <w:t>NEWS MEMBERS' AREA SHOP SUBSCRIBE UPCOMING SHOWS MORE</w:t>
      </w:r>
    </w:p>
    <w:p>
      <w:r>
        <w:rPr>
          <w:b w:val="0"/>
          <w:i w:val="0"/>
        </w:rPr>
        <w:t>RETRIEVER LABRADOR</w:t>
      </w:r>
    </w:p>
    <w:p>
      <w:r>
        <w:rPr>
          <w:b w:val="0"/>
          <w:i w:val="0"/>
        </w:rPr>
        <w:t>Issue: 04/10/2013</w:t>
      </w:r>
    </w:p>
    <w:p>
      <w:r>
        <w:rPr>
          <w:b w:val="0"/>
          <w:i w:val="0"/>
        </w:rPr>
        <w:t>The Yellow Labrador Club held their benched, championship show on 25th September, midweek,  at The Sports Connection, Coventry.</w:t>
      </w:r>
    </w:p>
    <w:p>
      <w:r>
        <w:rPr>
          <w:b w:val="0"/>
          <w:i w:val="0"/>
        </w:rPr>
        <w:t>I know I have said it before but from my point of view I much prefer benched shows where the dogs can be safely left to relax on their benches, whilst I can sit ringside and enjoy watching the judging without having to worry about whether the dogs have eaten their way out and escaped from their crates. I have tried mesh crates in the past, but the dogs have chewed the doors and then one of the zips got stuck in the shut position and I couldn't get the dog out at a crucial moment. The metal crates I own are so darned heavy, I am exhausted by the time I have lugged them in from the car-park and set them up, only to find when I get back to my car to fetch the dogs, there is a thermometer waving steward telling me I have dogs in my car. Yes, I've just put the crates up into which the dogs are now  going! So, its benching every time for me which tradition I hope this show will always retain. Secretary Sussie Wiles and her committee make sure we all have a happy day. There was an excellent entry of 289dogs and bitches for judges Mark Rawlinson (Dogs) and Per Iversen (Bitches) to go over and prize money for the winners.</w:t>
      </w:r>
    </w:p>
    <w:p>
      <w:r>
        <w:rPr>
          <w:b w:val="0"/>
          <w:i w:val="0"/>
        </w:rPr>
        <w:t>Penny Carpanini is having a most successful summer and, on the day, made up her second bitch champion of the year. Many congratulations.</w:t>
      </w:r>
    </w:p>
    <w:p>
      <w:r>
        <w:rPr>
          <w:b w:val="0"/>
          <w:i w:val="0"/>
        </w:rPr>
        <w:t>The Dog CC and later Best in Show under both judges was won by Franco Barberi's much travelled yellow dog, It Ch. Sh Ch Loch Mor Romeo, looking bright, happy and active despite travelling thousands of kilometres this year back and forth across the English Channel from Italy. The Dog RCC went to Carole and Mervyn Reynold's black youngster, Carromers Blue Lagoon.  The Bitch CC, her third, went to Penny Carpanini's black Flossfalls Monopoly of Carpenny, (Carpenny Made a Million x Rudidales Class Act of Flossfalls). I recall she won the Puppy class under Per Iversen the last time Per judged Labradors, at Manchester in 2012. On that occasion she was handled by Elaine Grummett. This time Penny steered her to major success, which proves Flossfalls Monopoly is just Per's cup of tea whoever the handler!</w:t>
      </w:r>
    </w:p>
    <w:p>
      <w:r>
        <w:rPr>
          <w:b w:val="0"/>
          <w:i w:val="0"/>
        </w:rPr>
        <w:t>The Bitch RCC went to Anthony Allen and Linda Hess's yellow daughter of the well known Salty dog, Am Can Ch Salty 's Surfer Girl of Tampa Bay. Best Puppy in Show was Margaret Browns yellow, Brighton Sarracenia (Fin Ch Devonshires London Edition x Ch.Pl. Lux Ch Annie Sarracenia Majestic Chameleon - phew not the best of names to have to write in the tiny box on entry forms in future!) This young dogs is having an absolutely sparkling introduction to the show ring. Well done.</w:t>
      </w:r>
    </w:p>
    <w:p>
      <w:r>
        <w:rPr>
          <w:b w:val="0"/>
          <w:i w:val="0"/>
        </w:rPr>
        <w:t>Three days later 63 dogs and bitches were shown at Belfast where Ron James judged the Labradors. You have to admire the stamina of those travelling over to Ireland via ferry, just two days after attending the club show near Coventry. Ron James winners were - Dog CC his first, Richard Staffords yellow Farnfield Topo GigioJW ShCM, (Multi Ch Charm Blueveil Mr Darcy x Sh Ch Kimvalley Star Attraction of Farnfield JW ShCM). The Dog RCC was won by the yellow Waterlines Le Bon owned by Linda McGillivray and Vilamo.</w:t>
      </w:r>
    </w:p>
    <w:p>
      <w:r>
        <w:rPr>
          <w:b w:val="0"/>
          <w:i w:val="0"/>
        </w:rPr>
        <w:t>The Bitch CC went to Mr Herons  Rocheby Time to Dance at Ballyhenry whilst the Bitch RCC was won by David Coodes black Warringah's Merriwagga. Best Puppy was David Coodes chocolate dog Rayleas Hot Shot for Warringah (Imp Fra).</w:t>
      </w:r>
    </w:p>
    <w:p>
      <w:r>
        <w:rPr>
          <w:b w:val="0"/>
          <w:i w:val="0"/>
        </w:rPr>
        <w:t>A reminder that there will be an Eye testing session at Styrrup Village Hall, Styrrup,  Notts  DN11 8NB on 24th October 2013. The ophthalmologist will be Dr Rob Pontefract. 10-30am start. Further details from Marion Hopkinson tel 01302 742791 or email hopkinsonrocheby@talktalk.net</w:t>
      </w:r>
    </w:p>
    <w:p>
      <w:r>
        <w:rPr>
          <w:b w:val="0"/>
          <w:i w:val="0"/>
        </w:rPr>
        <w:t>The fact that Downton Abbey has returned to our TV screens really confirms that autumn is upon us. Good to see a faithful Labrador is still taking part, although it looks like yet another different Labrador star has appeared in the role. This one is certainly somewhat of a white hue for the times when such a colour was very much frowned upon according to my late Labrador-breeding parents.</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