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- 16/03/2018 - ISSUE"</w:t>
      </w:r>
      <w:r>
        <w:br/>
      </w:r>
      <w:r>
        <w:rPr>
          <w:b w:val="0"/>
          <w:i w:val="0"/>
        </w:rPr>
        <w:br/>
        <w:t>date_original: "16/03/2018 - ISSUE"</w:t>
      </w:r>
      <w:r>
        <w:br/>
      </w:r>
      <w:r>
        <w:rPr>
          <w:b w:val="0"/>
          <w:i w:val="0"/>
        </w:rPr>
        <w:br/>
        <w:t>source_url: "https://www.ourdogs.co.uk/members/breednotes/RetrieverLabradorMain.php"</w:t>
      </w:r>
      <w:r>
        <w:br/>
      </w:r>
      <w:r>
        <w:rPr>
          <w:b w:val="0"/>
          <w:i w:val="0"/>
        </w:rPr>
        <w:br/>
        <w:t>scraped_at: "2026-09-13T15:23:35"</w:t>
      </w:r>
      <w:r>
        <w:br/>
      </w:r>
      <w:r>
        <w:rPr>
          <w:b w:val="0"/>
          <w:i w:val="0"/>
        </w:rPr>
        <w:br/>
        <w:t>word_count: 1002</w:t>
      </w:r>
    </w:p>
    <w:p>
      <w:r>
        <w:t>――――――――――――――――――――――――――――――</w:t>
      </w:r>
    </w:p>
    <w:p>
      <w:r>
        <w:rPr>
          <w:b w:val="0"/>
          <w:i w:val="0"/>
        </w:rPr>
        <w:t>NEWS MEMBERS' AREA SHOP SUBSCRIBE UPCOMING SHOWS MORE</w:t>
      </w:r>
    </w:p>
    <w:p>
      <w:r>
        <w:rPr>
          <w:b w:val="0"/>
          <w:i w:val="0"/>
        </w:rPr>
        <w:t>RETRIEVER LABRADOR</w:t>
      </w:r>
    </w:p>
    <w:p>
      <w:r>
        <w:rPr>
          <w:b w:val="0"/>
          <w:i w:val="0"/>
        </w:rPr>
        <w:t>Issue: 16/03/2018</w:t>
      </w:r>
    </w:p>
    <w:p>
      <w:r>
        <w:rPr>
          <w:b w:val="0"/>
          <w:i w:val="0"/>
        </w:rPr>
        <w:t xml:space="preserve">East Anglian Labrador Retriever Club have rescheduled their Championship show to Sunday. 15th April 2018. The disastrously heavy, snowy weather across most of England, Scotland and </w:t>
      </w:r>
    </w:p>
    <w:p>
      <w:r>
        <w:rPr>
          <w:b w:val="0"/>
          <w:i w:val="0"/>
        </w:rPr>
        <w:t>Wales on the days leading up to the original date of the show, rightly caused the management of Wood Green Animal Centre, the show venue, to completely close, on safety grounds. Apart from that, few exhibitors would want to risk their dogs safety by travelling in such awful conditions, or risk the safety of those members of the  rescue services sent out to assist them if their reckless actions got them into trouble in the blizzard conditions on snow covered roads. I think the vast majority of exhibitors were heartily relieved that the temptation to drive was removed and the show was postponed to another day.</w:t>
      </w:r>
    </w:p>
    <w:p>
      <w:r>
        <w:rPr>
          <w:b w:val="0"/>
          <w:i w:val="0"/>
        </w:rPr>
        <w:t xml:space="preserve">At  least exhibitors were forewarned and I gather the majority were personally informed of the temporary cancellation by a member of the club committee. </w:t>
      </w:r>
    </w:p>
    <w:p>
      <w:r>
        <w:rPr>
          <w:b w:val="0"/>
          <w:i w:val="0"/>
        </w:rPr>
        <w:t>So, now all is well and the show is rescheduled to be held on the 15th April. Other than the date change, everything remains as before. The venue is the same, the judges are the same and all original entries stand. Club Chairman, Sheelin Cuthbert has expressed her grateful thanks to her Committee for their cooperation in enabling this change to take place smoothly and with such speed.</w:t>
      </w:r>
    </w:p>
    <w:p>
      <w:r>
        <w:rPr>
          <w:b w:val="0"/>
          <w:i w:val="0"/>
        </w:rPr>
        <w:t xml:space="preserve">On Sunday 22nd April 2018 West of England Labrador Retriever Club Breed Specific Seminar will be held at Mark Village Hall, Vole Road, Mark, Somerset TA9 4NY. </w:t>
      </w:r>
    </w:p>
    <w:p>
      <w:r>
        <w:rPr>
          <w:b w:val="0"/>
          <w:i w:val="0"/>
        </w:rPr>
        <w:t>Those attending should arrive by 9.30am for welcome refreshments. The Presentation and Seminar will be by breed specialist Mrs Carole Coode (Warringah) starting at 10am. There will be a Hands On opportunity and an Assessment session in the afternoon with limited places for current B list judges.</w:t>
      </w:r>
    </w:p>
    <w:p>
      <w:r>
        <w:rPr>
          <w:b w:val="0"/>
          <w:i w:val="0"/>
        </w:rPr>
        <w:t xml:space="preserve">The Cost is - Â£15 per person for the morning, including lunch and refreshments, or Â£25 per person for the whole day. </w:t>
      </w:r>
    </w:p>
    <w:p>
      <w:r>
        <w:rPr>
          <w:b w:val="0"/>
          <w:i w:val="0"/>
        </w:rPr>
        <w:t>For further details, or to book your place, please contact Lucy Kent, Tel: 01823 421321 or E-mail: lucy_kent_0209@hotmail.com</w:t>
      </w:r>
    </w:p>
    <w:p>
      <w:r>
        <w:rPr>
          <w:b w:val="0"/>
          <w:i w:val="0"/>
        </w:rPr>
        <w:t xml:space="preserve">Well the wonderful spectacle of Crufts at the NEC Birmingham has been and gone for another year. It was a most enjoyable four day show, the vast areas of benching, the large green carpeted Breed rings, the huge variety of trade stands, the interesting and oh so popular Discover Dogs booths. </w:t>
      </w:r>
    </w:p>
    <w:p>
      <w:r>
        <w:rPr>
          <w:b w:val="0"/>
          <w:i w:val="0"/>
        </w:rPr>
        <w:t xml:space="preserve">It was brilliant, but all of a sudden sadly spoilt right at the very last minute when Best in Show had just been declared. </w:t>
      </w:r>
    </w:p>
    <w:p>
      <w:r>
        <w:rPr>
          <w:b w:val="0"/>
          <w:i w:val="0"/>
        </w:rPr>
        <w:t xml:space="preserve">It certainly must have been very frightening for the handlers of the Best in Show and Reserve Best in Show winners whose dogs were standing on the winners podium at the time, waiting to be presented with the huge silver Crufts trophy, accompanied by Jill Peak the Best in Show judge,  when a black -clad, shouting, menacing demonstrator broke into vast ring, running full tilt across the green carpet causing a noisy curfuffle. </w:t>
      </w:r>
    </w:p>
    <w:p>
      <w:r>
        <w:rPr>
          <w:b w:val="0"/>
          <w:i w:val="0"/>
        </w:rPr>
        <w:t>In these uncertain times no one knows what might occur in such startling incidents, could the demonstrator be an armed terrorist? I noticed a security guard quickly and immediately grabbed and removed the huge silver BIS trophy to safety.</w:t>
      </w:r>
    </w:p>
    <w:p>
      <w:r>
        <w:rPr>
          <w:b w:val="0"/>
          <w:i w:val="0"/>
        </w:rPr>
        <w:t>Such a fright and such a shame that in what should have been a moment of pure, utter joy at their great success in the dog world, the two top winning Crufts exhibitors were obviously clearly very alarmed and frightened, their only natural instinct being to closely cover their dogs for safety as the tv cameras followed the incident.</w:t>
      </w:r>
    </w:p>
    <w:p>
      <w:r>
        <w:rPr>
          <w:b w:val="0"/>
          <w:i w:val="0"/>
        </w:rPr>
        <w:t>Luckily, in a flash many security officers arrived, felled the demonstrator to the ground and dealt with the situation, but it certainly put a damper on the final minutes. I don't remember the trophy even being presented. It was probably after the TV coverage had ceased.</w:t>
      </w:r>
    </w:p>
    <w:p>
      <w:r>
        <w:rPr>
          <w:b w:val="0"/>
          <w:i w:val="0"/>
        </w:rPr>
        <w:t xml:space="preserve">A change for me this time at Crufts as I missed  Gundog day as I was at  exhibiting there on Terrier day which was the Friday. Workdays always involve difficult and very lengthy journeys to the NEC on the nearby busy motorway system. </w:t>
      </w:r>
    </w:p>
    <w:p>
      <w:r>
        <w:rPr>
          <w:b w:val="0"/>
          <w:i w:val="0"/>
        </w:rPr>
        <w:t xml:space="preserve">Friday was no exception, the Crufts show traffic being mixed in with all the rush hour work traffic, which made the journey to and from the NEC horrendously slow. </w:t>
      </w:r>
    </w:p>
    <w:p>
      <w:r>
        <w:rPr>
          <w:b w:val="0"/>
          <w:i w:val="0"/>
        </w:rPr>
        <w:t>On Gundog Day, which was Sunday, I gather traffic was lighter. The Labrador judges were Richard Stafford, Dogs,  and Shaun Williamson, Bitches. Labradors were the second highest entry of the show with many coming from overseas.</w:t>
      </w:r>
    </w:p>
    <w:p>
      <w:r>
        <w:rPr>
          <w:b w:val="0"/>
          <w:i w:val="0"/>
        </w:rPr>
        <w:t xml:space="preserve">Best of Breed having won the Dog CC was Christine Bailiss young yellow dog, Sh Ch Tissalian Hi Jack JW ( Sh Ch Rocheby Hornblower x Tissalian Hide n Seek) who was recently made up. Very many congratulations Christine, what an wonderfully exciting and memorable achievement. </w:t>
      </w:r>
    </w:p>
    <w:p>
      <w:r>
        <w:rPr>
          <w:b w:val="0"/>
          <w:i w:val="0"/>
        </w:rPr>
        <w:t>The Dog RCC was won by GCHB CH Lakeside Memoir of Gallivant  owned by Mr F  and Mrs T Negron and Flaherty.</w:t>
      </w:r>
    </w:p>
    <w:p>
      <w:r>
        <w:rPr>
          <w:b w:val="0"/>
          <w:i w:val="0"/>
        </w:rPr>
        <w:t xml:space="preserve">The Bitch CC was won by Marion Hopkinsons yellow Sh Ch Rocheby Sweet Sensation. I recall she won the RCC last year. Well done. </w:t>
      </w:r>
    </w:p>
    <w:p>
      <w:r>
        <w:rPr>
          <w:b w:val="0"/>
          <w:i w:val="0"/>
        </w:rPr>
        <w:t>The  the Bitch RCC went to RUS/BLR/LT/LAT/FIN CH Miconti You are my Princess  owned by Mrs T Gurzhiy.</w:t>
      </w:r>
    </w:p>
    <w:p>
      <w:r>
        <w:rPr>
          <w:b w:val="0"/>
          <w:i w:val="0"/>
        </w:rPr>
        <w:t xml:space="preserve">Best Puppy was Judith Charltons yellow Classical Act at Foxrush. Apologies for no pedigree details but not being there on the day, without a catalogue I haven't got the information. </w:t>
      </w:r>
    </w:p>
    <w:p>
      <w:r>
        <w:rPr>
          <w:b w:val="0"/>
          <w:i w:val="0"/>
        </w:rPr>
        <w:t>Do Remember in the post-Crufts excitement that WELKS and the National entries are closing very soon .</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