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- 17/05/2019 - ISSUE"</w:t>
      </w:r>
      <w:r>
        <w:br/>
      </w:r>
      <w:r>
        <w:rPr>
          <w:b w:val="0"/>
          <w:i w:val="0"/>
        </w:rPr>
        <w:br/>
        <w:t>date_original: "17/05/2019 - ISSUE"</w:t>
      </w:r>
      <w:r>
        <w:br/>
      </w:r>
      <w:r>
        <w:rPr>
          <w:b w:val="0"/>
          <w:i w:val="0"/>
        </w:rPr>
        <w:br/>
        <w:t>source_url: "https://www.ourdogs.co.uk/members/breednotes/RetrieverLabradorMain.php"</w:t>
      </w:r>
      <w:r>
        <w:br/>
      </w:r>
      <w:r>
        <w:rPr>
          <w:b w:val="0"/>
          <w:i w:val="0"/>
        </w:rPr>
        <w:br/>
        <w:t>scraped_at: "2026-09-13T15:20:14"</w:t>
      </w:r>
      <w:r>
        <w:br/>
      </w:r>
      <w:r>
        <w:rPr>
          <w:b w:val="0"/>
          <w:i w:val="0"/>
        </w:rPr>
        <w:br/>
        <w:t>word_count: 1085</w:t>
      </w:r>
    </w:p>
    <w:p>
      <w:r>
        <w:t>――――――――――――――――――――――――――――――</w:t>
      </w:r>
    </w:p>
    <w:p>
      <w:r>
        <w:rPr>
          <w:b w:val="0"/>
          <w:i w:val="0"/>
        </w:rPr>
        <w:t>NEWS MEMBERS' AREA SHOP SUBSCRIBE UPCOMING SHOWS MORE</w:t>
      </w:r>
    </w:p>
    <w:p>
      <w:r>
        <w:rPr>
          <w:b w:val="0"/>
          <w:i w:val="0"/>
        </w:rPr>
        <w:t>RETRIEVER LABRADOR</w:t>
      </w:r>
    </w:p>
    <w:p>
      <w:r>
        <w:rPr>
          <w:b w:val="0"/>
          <w:i w:val="0"/>
        </w:rPr>
        <w:t>Issue: 17/05/2019</w:t>
      </w:r>
    </w:p>
    <w:p>
      <w:r>
        <w:rPr>
          <w:b w:val="0"/>
          <w:i w:val="0"/>
        </w:rPr>
        <w:t xml:space="preserve">Compiled these notes quickly in the evening on my return home after a busy weekend of early starts for two days of dog showing so please excuse the brevity. </w:t>
      </w:r>
    </w:p>
    <w:p>
      <w:r>
        <w:rPr>
          <w:b w:val="0"/>
          <w:i w:val="0"/>
        </w:rPr>
        <w:t>Thank you Trevor and Margaret Barker for the report of the Lab Club of Wales Ch Show which was rescheduled to May from its original February date due to bad winter weather.</w:t>
      </w:r>
    </w:p>
    <w:p>
      <w:r>
        <w:rPr>
          <w:b w:val="0"/>
          <w:i w:val="0"/>
        </w:rPr>
        <w:t>"The Labrador Retriever Club Of Wales's 39th Championship Show was held on Saturday May 11th (postponed from February) in Chepstow. Dogs were judged by Mrs. Amanda Stewart with Mrs. Joy Venturi-Rose judging the Bitches. The referee was Mr. Richard Morris. A special Award Class in memory of Ann Powell, who died last year, was judged by Mr. Nigel Worth. A total of 217 dogs produced 274 class entries plus a further 23 entries in the Special Award Class.</w:t>
      </w:r>
    </w:p>
    <w:p>
      <w:r>
        <w:rPr>
          <w:b w:val="0"/>
          <w:i w:val="0"/>
        </w:rPr>
        <w:t>With the agreement of both judges, B.I.S. was awarded to the Bitch C.C. winner from the Yearling class, the Hodge's Ir.Jun.Ch. Naiken Dance Rhythm J.W. (Ch.Naiken Zephyr J.W./Naiken African Story). Reserve B.I.S. was awarded to the Dog C.C. and Mid Limit winner, the Braddon's Trendlewood Born To Run J.W. (Fin.Ch. Devonshires London Edition/Sh.Ch. Trendlewood Silent Night J.W.).</w:t>
      </w:r>
    </w:p>
    <w:p>
      <w:r>
        <w:rPr>
          <w:b w:val="0"/>
          <w:i w:val="0"/>
        </w:rPr>
        <w:t>The Reserve Dog C.C. went to Rawlinson and Balshaw's Yearling winner Halshimoor Pitch Battle At Shanorell (Shanorell Succession At Halshimoor/Sharouns Nostalgia) with the Reserve Bitch C.C. going to the McLellan's Open Bitch winner Saranden Rock Your Baby (Sh.Ch. Ramsayville Rock Solid/Saranden Coda).</w:t>
      </w:r>
    </w:p>
    <w:p>
      <w:r>
        <w:rPr>
          <w:b w:val="0"/>
          <w:i w:val="0"/>
        </w:rPr>
        <w:t>Best Puppy In Show was the Chapman's Minor Puppy Dog winner Daisypatch Jelly Tot (Rocheby Town Cryer/Rocheby Gingersnap For Daisypatch).</w:t>
      </w:r>
    </w:p>
    <w:p>
      <w:r>
        <w:rPr>
          <w:b w:val="0"/>
          <w:i w:val="0"/>
        </w:rPr>
        <w:t>Best Veteran was Ms. Scutcher's 8 year old Bitch Winsleywood Wild Honey J.W.,Sh.C.M.(Int.Ch.,Ir.,GB Sh.Ch. Carpenny Made A Million/Winsleywood Willow J.W.,Sh.C.M.)</w:t>
      </w:r>
    </w:p>
    <w:p>
      <w:r>
        <w:rPr>
          <w:b w:val="0"/>
          <w:i w:val="0"/>
        </w:rPr>
        <w:t>The Ann Powell Special Memorial Award was won by Miss Emily Evans's Bitch, Farnfield Clarity (Sandylands Over The Moon To Ludalor. J.W./Sandylands Topaz Farnfield).</w:t>
      </w:r>
    </w:p>
    <w:p>
      <w:r>
        <w:rPr>
          <w:b w:val="0"/>
          <w:i w:val="0"/>
        </w:rPr>
        <w:t>Full results are available at http://www.labclubofwales.co.uk</w:t>
      </w:r>
    </w:p>
    <w:p>
      <w:r>
        <w:rPr>
          <w:b w:val="0"/>
          <w:i w:val="0"/>
        </w:rPr>
        <w:t>Margaret Barker, secretary Labrador Retriever Club Of Wales 01443 842585</w:t>
      </w:r>
    </w:p>
    <w:p>
      <w:r>
        <w:rPr>
          <w:b w:val="0"/>
          <w:i w:val="0"/>
        </w:rPr>
        <w:t>On behalf of West of England Lab Club, Anne Hoban has sent in the report on the recent Club Open Show. Anne writes, 'It was chilly but otherwise a bright and sunny day for The West of England LRC Open Show held at Woolavington Village Hall, Bridgewater, Somerset on 4th May.</w:t>
      </w:r>
    </w:p>
    <w:p>
      <w:r>
        <w:rPr>
          <w:b w:val="0"/>
          <w:i w:val="0"/>
        </w:rPr>
        <w:t>A very pleasing entry of 110 (91 dogs) awaited our Judge Sian Evans ( Bowsian).</w:t>
      </w:r>
    </w:p>
    <w:p>
      <w:r>
        <w:rPr>
          <w:b w:val="0"/>
          <w:i w:val="0"/>
        </w:rPr>
        <w:t>As always, a chatty and friendly atmosphere prevailed and it wasn't long before the aroma of bacon butties began to drift from the newly fitted kitchen to raise the senses of a good number of exhibitors.. and their exhibits!</w:t>
      </w:r>
    </w:p>
    <w:p>
      <w:r>
        <w:rPr>
          <w:b w:val="0"/>
          <w:i w:val="0"/>
        </w:rPr>
        <w:t>There were also plenty of other homemade refreshments provided to satisfy most tastes. The smart new matting which had been arranged and organised by our Show manager Chris (Mills) made a welcome upgrade to the ringA summary of our main awards are as followsâ€¦</w:t>
      </w:r>
    </w:p>
    <w:p>
      <w:r>
        <w:rPr>
          <w:b w:val="0"/>
          <w:i w:val="0"/>
        </w:rPr>
        <w:t>Best Bitch &amp; Best In Show was our own black, Meadowleigh Romantic Quest (Ch Naiken Zephyr JW x Meadowleigh Romantica)</w:t>
      </w:r>
    </w:p>
    <w:p>
      <w:r>
        <w:rPr>
          <w:b w:val="0"/>
          <w:i w:val="0"/>
        </w:rPr>
        <w:t>Res Best Bitch &amp; Reserve Best In Show went to Liz &amp; Neil Peggs' yellow, Jancet Aurora</w:t>
      </w:r>
    </w:p>
    <w:p>
      <w:r>
        <w:rPr>
          <w:b w:val="0"/>
          <w:i w:val="0"/>
        </w:rPr>
        <w:t>(Sh Ch Linjor Cassablanca x Jancet Little Miss Sunshine)</w:t>
      </w:r>
    </w:p>
    <w:p>
      <w:r>
        <w:rPr>
          <w:b w:val="0"/>
          <w:i w:val="0"/>
        </w:rPr>
        <w:t>Best Dog was Leigh Lesley's Steeleigh Blue Print JW (Sh Ch Carromers Blue Lagoon x Steeleigh Perfect Sunrise)</w:t>
      </w:r>
    </w:p>
    <w:p>
      <w:r>
        <w:rPr>
          <w:b w:val="0"/>
          <w:i w:val="0"/>
        </w:rPr>
        <w:t>Reserve Best Dog went to Linda H Major's Linjor Rigsby JW ( Sh Ch Linjor Cassablanca Sh CM (re-import) x Linjor Talea JW Sh CM )</w:t>
      </w:r>
    </w:p>
    <w:p>
      <w:r>
        <w:rPr>
          <w:b w:val="0"/>
          <w:i w:val="0"/>
        </w:rPr>
        <w:t>Best Puppy Dog &amp; BPIS was awarded to the black, Naiken East Meets West AI (Am G Ch NipnTuck Blame It On Me x Naiken Alize) owned by the Hodge family.</w:t>
      </w:r>
    </w:p>
    <w:p>
      <w:r>
        <w:rPr>
          <w:b w:val="0"/>
          <w:i w:val="0"/>
        </w:rPr>
        <w:t>Best Puppy Bitch &amp; RBPIS was Jayne &amp; Becca Mills' yellow, Trendlewood Day Dreaming (Sh Ch Trendlewood Born To Run x Trendlewood Strange Magic)</w:t>
      </w:r>
    </w:p>
    <w:p>
      <w:r>
        <w:rPr>
          <w:b w:val="0"/>
          <w:i w:val="0"/>
        </w:rPr>
        <w:t>]Paul &amp; Elaine Davey's black bitch, Southridge Sparkler (Sh Ch Lindall Redemption x Southridge Grace) was Best Veteran in Show.</w:t>
      </w:r>
    </w:p>
    <w:p>
      <w:r>
        <w:rPr>
          <w:b w:val="0"/>
          <w:i w:val="0"/>
        </w:rPr>
        <w:t>We all agreed it turned out to be a very well attended &amp; successful day"</w:t>
      </w:r>
    </w:p>
    <w:p>
      <w:r>
        <w:rPr>
          <w:b w:val="0"/>
          <w:i w:val="0"/>
        </w:rPr>
        <w:t>Anne Hoban has been enjoying an exciting time recently winning Best in Show at two Breed Club Open shows recently, followed by more success at Marlborough &amp; District CS on Bank Holiday Monday, where her black bitch Meadowleigh Romantic Quest was awarded BOB &amp; Gundog Group 1, by Judge Mike Lewin of Vynesbrook Gundogs.</w:t>
      </w:r>
    </w:p>
    <w:p>
      <w:r>
        <w:rPr>
          <w:b w:val="0"/>
          <w:i w:val="0"/>
        </w:rPr>
        <w:t>Gundog Day at the four day Birmingham National Dog Show, was held on the final day at Stafford on a lovely warm, sunny, early May day. Gundogs were lucky,  as the previous days were wet and very cold.</w:t>
      </w:r>
    </w:p>
    <w:p>
      <w:r>
        <w:rPr>
          <w:b w:val="0"/>
          <w:i w:val="0"/>
        </w:rPr>
        <w:t>Our judge Tamas Jakkel from Hungary, had an entry of 152 dogs and bitches. He fully used the in and out rings to assess movement in depth and I found his judging method most interesting and absorbing to watch. The winners were:-</w:t>
      </w:r>
    </w:p>
    <w:p>
      <w:r>
        <w:rPr>
          <w:b w:val="0"/>
          <w:i w:val="0"/>
        </w:rPr>
        <w:t>Dog CC : Mr S Nugturens Int Ch Dutch Ger Mocnys Knoxville (Fin Imp) - winning his crowning third CC in the UK. His first CC was from Linda McGillivray, his second whilst temporarily living in the UK with Linda McGillivray was from Jill Peak and his third now back home, from Thomas Jakkel. Many congratulations.</w:t>
      </w:r>
    </w:p>
    <w:p>
      <w:r>
        <w:rPr>
          <w:b w:val="0"/>
          <w:i w:val="0"/>
        </w:rPr>
        <w:t xml:space="preserve">The Res Dog CC was  Miss K A Druggans black Sense Of Pleasure's Get Lucky </w:t>
      </w:r>
    </w:p>
    <w:p>
      <w:r>
        <w:rPr>
          <w:b w:val="0"/>
          <w:i w:val="0"/>
        </w:rPr>
        <w:t xml:space="preserve">The Bitch CC was a second CC for Anthony Allen and Mr and Mrs Guildfords Allenie's Athena At Mandursan </w:t>
      </w:r>
    </w:p>
    <w:p>
      <w:r>
        <w:rPr>
          <w:b w:val="0"/>
          <w:i w:val="0"/>
        </w:rPr>
        <w:t xml:space="preserve">Res Bitch CC was Miss C J Woods black Lougin Secret Spy At Sundyke JW </w:t>
      </w:r>
    </w:p>
    <w:p>
      <w:r>
        <w:rPr>
          <w:b w:val="0"/>
          <w:i w:val="0"/>
        </w:rPr>
        <w:t>Best Puppy was Mrs E Youngs yellow dog, Potterspiney Silas who won the Gundog Puppy Group and then went on to win a memorable Reserve Best Puppy in Show under Sandra Marshall. Many congratulations!</w:t>
      </w:r>
    </w:p>
    <w:p>
      <w:r>
        <w:rPr>
          <w:b w:val="0"/>
          <w:i w:val="0"/>
        </w:rPr>
        <w:t xml:space="preserve">Best Veteran  was Mrs J Wallaces yellow Richbourne Signature Tune Of Tiaja </w:t>
      </w:r>
    </w:p>
    <w:p>
      <w:r>
        <w:rPr>
          <w:b w:val="0"/>
          <w:i w:val="0"/>
        </w:rPr>
        <w:t>Best Special Beginner was Mrs F H Jones Lembas Faith At Serenjar</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