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- 23/07/2021 - ISSUE"</w:t>
      </w:r>
      <w:r>
        <w:br/>
      </w:r>
      <w:r>
        <w:rPr>
          <w:b w:val="0"/>
          <w:i w:val="0"/>
        </w:rPr>
        <w:br/>
        <w:t>date_original: "23/07/2021 - ISSUE"</w:t>
      </w:r>
      <w:r>
        <w:br/>
      </w:r>
      <w:r>
        <w:rPr>
          <w:b w:val="0"/>
          <w:i w:val="0"/>
        </w:rPr>
        <w:br/>
        <w:t>source_url: "https://www.ourdogs.co.uk/members/breednotes/RetrieverLabradorMain.php"</w:t>
      </w:r>
      <w:r>
        <w:br/>
      </w:r>
      <w:r>
        <w:rPr>
          <w:b w:val="0"/>
          <w:i w:val="0"/>
        </w:rPr>
        <w:br/>
        <w:t>scraped_at: "2026-09-13T15:14:28"</w:t>
      </w:r>
      <w:r>
        <w:br/>
      </w:r>
      <w:r>
        <w:rPr>
          <w:b w:val="0"/>
          <w:i w:val="0"/>
        </w:rPr>
        <w:br/>
        <w:t>word_count: 1071</w:t>
      </w:r>
    </w:p>
    <w:p>
      <w:r>
        <w:t>――――――――――――――――――――――――――――――</w:t>
      </w:r>
    </w:p>
    <w:p>
      <w:r>
        <w:rPr>
          <w:b w:val="0"/>
          <w:i w:val="0"/>
        </w:rPr>
        <w:t>NEWS MEMBERS' AREA SHOP SUBSCRIBE UPCOMING SHOWS MORE</w:t>
      </w:r>
    </w:p>
    <w:p>
      <w:r>
        <w:rPr>
          <w:b w:val="0"/>
          <w:i w:val="0"/>
        </w:rPr>
        <w:t>RETRIEVER LABRADOR</w:t>
      </w:r>
    </w:p>
    <w:p>
      <w:r>
        <w:rPr>
          <w:b w:val="0"/>
          <w:i w:val="0"/>
        </w:rPr>
        <w:t>Issue: 23/07/2021</w:t>
      </w:r>
    </w:p>
    <w:p>
      <w:r>
        <w:rPr>
          <w:b w:val="0"/>
          <w:i w:val="0"/>
        </w:rPr>
        <w:t>The results of Cotswold and  Wyevern Lab Club Ch Show last week under judges Linda Geron dogs and Gary Johnson bitches were Dog CC, a first for dog and owner, Heather Chapmans yellow,  Daisypatch Jelly Tot JW. Dog RCC the Rawlinsons Halshimore Pitch Battle at Shanorrell JW.  Bitch CC Charlotte Rowes Rochevale Once Upon a Time. Bitch RCC Lucy KentÃ¢â‚¬â„¢s black Chyanhal Trevose of Trewinnard JW. Best Puppy, Fiona Braddons yellow Trendlewood Shape of You.</w:t>
      </w:r>
    </w:p>
    <w:p>
      <w:r>
        <w:rPr>
          <w:b w:val="0"/>
          <w:i w:val="0"/>
        </w:rPr>
        <w:t>Four days later in the crammed show calendar, it was the turn of the Labrador Retriever Club to host their two back to back shows. Well what a wonderful new venue the Labrador Retriever Club committee have found for their shows. Pure Agility, Statfold Seed Oil Ltd near Tamworth. Just five miles off the M42 junction 11. Hopefully we can go there again.</w:t>
      </w:r>
    </w:p>
    <w:p>
      <w:r>
        <w:rPr>
          <w:b w:val="0"/>
          <w:i w:val="0"/>
        </w:rPr>
        <w:t>Over the hottest weekend for ages with temperatures pushing 30degrees in full sun with  bright blue sky overhead, exhibitors enjoyed two full days of back to back showing in glorious countryside surroundings. Many had purchased colourful tents and gazebos, which were erected tidily around the perimeter of the two mown grass rings leaving mandatory Covid safety space between. The Saturday entry for judges, myself and Mac Percival was 188 dogs and bitches making 223 entries</w:t>
      </w:r>
    </w:p>
    <w:p>
      <w:r>
        <w:rPr>
          <w:b w:val="0"/>
          <w:i w:val="0"/>
        </w:rPr>
        <w:t>The next day, Sunday, with the same format at the same venue, the entry for judges Margaret Brown and Richard Stafford was 196 making 234 entries. The dog entry was the same for both days, the bitch entry being slightly larger  on the Sunday.</w:t>
      </w:r>
    </w:p>
    <w:p>
      <w:r>
        <w:rPr>
          <w:b w:val="0"/>
          <w:i w:val="0"/>
        </w:rPr>
        <w:t>Both Shows opened  at 8.30am each day, giving exhibitors time to set up camp, purchase breakfast or visit the most modern hygienic loos within the main hall.</w:t>
      </w:r>
    </w:p>
    <w:p>
      <w:r>
        <w:rPr>
          <w:b w:val="0"/>
          <w:i w:val="0"/>
        </w:rPr>
        <w:t>Judging of Bitches started at 9.30 am and Dogs 10.30am. Karl Gawthorpe had his ultra efficient SecretaryÃ¢â‚¬â„¢s hat on and as well as the showing, had organised breakfast and food for exhibitors from 8am- 2pm and a get together with precooked evening meal for those staying overnight. The bar was open and well supported from early afternoon.</w:t>
      </w:r>
    </w:p>
    <w:p>
      <w:r>
        <w:rPr>
          <w:b w:val="0"/>
          <w:i w:val="0"/>
        </w:rPr>
        <w:t xml:space="preserve">I have been in lockdown here at home for nearly 18 months so this was my first venture out into the big wide, Covid vaccinated world. I was due to judge this show and Three Ridings Lab Club in 2020 but Covid put paid to that. Hopefully the humans attending the weekends show were all healthy. Not so the dog I heard coughing loudly in the other ring.  </w:t>
      </w:r>
    </w:p>
    <w:p>
      <w:r>
        <w:rPr>
          <w:b w:val="0"/>
          <w:i w:val="0"/>
        </w:rPr>
        <w:t>There is so much kennel cough around at the moment. Chris and Claire Mills were up at 4am, about to leave for the show when they heard their dogs coughing, so reluctantly, but for the very best of selfless reasons, for the sake of all the other exhibitors dogs, in compliance with KC rules, they stayed at home.</w:t>
      </w:r>
    </w:p>
    <w:p>
      <w:r>
        <w:rPr>
          <w:b w:val="0"/>
          <w:i w:val="0"/>
        </w:rPr>
        <w:t>If your dog is suspected of having the cough, you must not go to shows or attend any  gatherings involving dogs.</w:t>
      </w:r>
    </w:p>
    <w:p>
      <w:r>
        <w:rPr>
          <w:b w:val="0"/>
          <w:i w:val="0"/>
        </w:rPr>
        <w:t>I love judging and going over dogs and always find it enjoyable and interesting. Because there has been such a gap in the show calendar, any changes in type and structure stood out clearly. Personally I feel, corrections to some of the current modern fads which appear to have crept in contrary to the breed standard will take a few generations to sort out, get rid of and recover the accepted ideal.</w:t>
      </w:r>
    </w:p>
    <w:p>
      <w:r>
        <w:rPr>
          <w:b w:val="0"/>
          <w:i w:val="0"/>
        </w:rPr>
        <w:t>There were some excellent animals shown under me, turned out to perfection with regard to muscular condition and cleanliness. However, the searing heat was just too much for some of them who were in full coat and just said theyÃ¢â‚¬â„¢d had quite  enough of showing that day and where was the nearest lake of cold water?</w:t>
      </w:r>
    </w:p>
    <w:p>
      <w:r>
        <w:rPr>
          <w:b w:val="0"/>
          <w:i w:val="0"/>
        </w:rPr>
        <w:t>Out of my lovely entry the Dog CC winner was the 3 year old black Naiken East Meets West JW. I heard later that this win made him up, so another well deserved champion for the Hodge family.  I have to congratulate them on the outstanding structure and show condition of all their dogs, another of theirs Naiken Elite Envoy won Mid Limit and was shortlisted closely for the CC.</w:t>
      </w:r>
    </w:p>
    <w:p>
      <w:r>
        <w:rPr>
          <w:b w:val="0"/>
          <w:i w:val="0"/>
        </w:rPr>
        <w:t xml:space="preserve">The Res Dog CC was Anne Dempsey and Elaine GrimmettÃ¢â‚¬â„¢s 4 year old Ir Sh Ch Dromtaker Made to Order (IKC) maturing nicely and very much made on the lines of his equally slow maturing sire Ch Carpenny Made a Million. Best Dog Puppy and Best Dog Minor Puppy on his final time in that class and later Best Puppy in Show was Nicola Hutchinsons black Glosmere Ragamuffin, so nicely put together and showing his socks off all day despite the heat.  </w:t>
      </w:r>
    </w:p>
    <w:p>
      <w:r>
        <w:rPr>
          <w:b w:val="0"/>
          <w:i w:val="0"/>
        </w:rPr>
        <w:t>In the Bitch  ring under Mac Bedford the CC  was won by a thrilled Caroline Campbell with her  14 month black Binnaig  Brene with the RCC going to Fiona Braddons yellow Trendlewood Simply the Best JW.</w:t>
      </w:r>
    </w:p>
    <w:p>
      <w:r>
        <w:rPr>
          <w:b w:val="0"/>
          <w:i w:val="0"/>
        </w:rPr>
        <w:t>The following day with the temperature still touching 30degrees, the winners were Dog CC and Best in Show - Sharon Lamberts yellow, now in Veteran, Ch Mattand Exodus, Dog RCC Naiken Elite Envoy JW litter brother to yesterdayÃ¢â‚¬â„¢s BIS. Bitch CC and made up on the day under Richard Stafford, the black Ramsayville Tali, owned by Kirsten OÃ¢â‚¬â„¢Neill whilst the Bitch RCC went to Lucy  KentÃ¢â‚¬â„¢s black, Chyanhal Trevose of Trewinnard. BP dog and BPIS was Carpenny Paddy at Rockledge.</w:t>
      </w:r>
    </w:p>
    <w:p>
      <w:r>
        <w:rPr>
          <w:b w:val="0"/>
          <w:i w:val="0"/>
        </w:rPr>
        <w:t>A thoroughly good weekend enjoyed by all attending. Well done to the Lab Club Committee the organisers, stewards and helpers.</w:t>
      </w:r>
    </w:p>
    <w:p>
      <w:r>
        <w:rPr>
          <w:b w:val="0"/>
          <w:i w:val="0"/>
        </w:rPr>
        <w:t>Having stood in the sun all day when judging I was thankful I had my sun hat on, but one look at my sunburnt red shiny nose later that night reminded me of Rudolph the Red Nosed Reindeer or to the older readers, Jimmy Durante of Mr Snozzle fame.</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