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- 28 Nov 2003"</w:t>
      </w:r>
      <w:r>
        <w:br/>
      </w:r>
      <w:r>
        <w:rPr>
          <w:b w:val="0"/>
          <w:i w:val="0"/>
        </w:rPr>
        <w:br/>
        <w:t>date_original: "28 Nov 2003"</w:t>
      </w:r>
      <w:r>
        <w:br/>
      </w:r>
      <w:r>
        <w:rPr>
          <w:b w:val="0"/>
          <w:i w:val="0"/>
        </w:rPr>
        <w:br/>
        <w:t>source_url: "https://www.ourdogs.co.uk/members/breednotes/2003/RetrieverLabrador/RetrieverLabrador-nov28.htm"</w:t>
      </w:r>
      <w:r>
        <w:br/>
      </w:r>
      <w:r>
        <w:rPr>
          <w:b w:val="0"/>
          <w:i w:val="0"/>
        </w:rPr>
        <w:br/>
        <w:t>archive_type: "static_html"</w:t>
      </w:r>
      <w:r>
        <w:br/>
      </w:r>
      <w:r>
        <w:rPr>
          <w:b w:val="0"/>
          <w:i w:val="0"/>
        </w:rPr>
        <w:br/>
        <w:t>scraped_at: "2026-09-13T22:17:21"</w:t>
      </w:r>
      <w:r>
        <w:br/>
      </w:r>
      <w:r>
        <w:rPr>
          <w:b w:val="0"/>
          <w:i w:val="0"/>
        </w:rPr>
        <w:br/>
        <w:t>word_count: 857</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By the time you read these notes, hopefully I shall be in possession of a new hip joint, installed 24hours before your copy of this weeks Our Dogs drops through your letter box.</w:t>
      </w:r>
    </w:p>
    <w:p>
      <w:r>
        <w:rPr>
          <w:b w:val="0"/>
          <w:i w:val="0"/>
        </w:rPr>
        <w:t>I understand I am to be on crutches for 6 weeks as I am having a new style operation, the timing of which has been arranged around the planning of LKA, the collation and editing of the Cotswold and Wyevern LRC yearbook, coping with a paddock full of moles, plus organising my kennel of dogs and puppies of varying ages and distributing them to kind friends, who will care for their needs until I am ready for the gallops once again, hopefully in the Spring.</w:t>
      </w:r>
    </w:p>
    <w:p>
      <w:r>
        <w:rPr>
          <w:b w:val="0"/>
          <w:i w:val="0"/>
        </w:rPr>
        <w:t>In the weeks leading up to the op, I had been told that on no account must I get a cough or cold, otherwise the operation would have to be postponed, hence I had to keep away from dog-shows and give up all my doggy meetings.</w:t>
      </w:r>
    </w:p>
    <w:p>
      <w:r>
        <w:rPr>
          <w:b w:val="0"/>
          <w:i w:val="0"/>
        </w:rPr>
        <w:t>It is amazing, once one becomes conscious of trying to avoid illness, everyone has a cold or the flu! Hereford, where the hospital is and where nothing of national news-worthiness ever happens, even has its very own outbreak of Legionnaires disease!</w:t>
      </w:r>
    </w:p>
    <w:p>
      <w:r>
        <w:rPr>
          <w:b w:val="0"/>
          <w:i w:val="0"/>
        </w:rPr>
        <w:t>I shall not be at LKA but wish everyone an enjoyable show and a happy festive season thereafter. Do please keep your news coming in for these notes and help me out with your printable Labrador stories whilst I recover.</w:t>
      </w:r>
    </w:p>
    <w:p>
      <w:r>
        <w:rPr>
          <w:b w:val="0"/>
          <w:i w:val="0"/>
        </w:rPr>
        <w:t>Midland Counties Lab Club are again holding their fantastic Novice Judging Seminar this Saturday 29th November at Tollerton Canine Acadamy, Nottingham. An opportunity not to be missed, there will be a Breed Presentation by Rosemary Hewitt, Ring Procedure will be covered by Frank Whitbread, whilst Marion Hopkinson will take charge of critique writing. With such a knowledgeable tutorial team, this seminar will be a delight to attend.</w:t>
      </w:r>
    </w:p>
    <w:p>
      <w:r>
        <w:rPr>
          <w:b w:val="0"/>
          <w:i w:val="0"/>
        </w:rPr>
        <w:t>I gather there are two or three places still available for students and Observers are all welcome. The cost of the day is £15 for Students and £10 for Observers. This includes Lunch and afternoon Tea and Coffee. For more information contact Jean Allen, Secretary Midland Counties LRC, The Old House, Northey Road, Peterborough PE6 7YX tel 01733 222 643</w:t>
      </w:r>
    </w:p>
    <w:p>
      <w:r>
        <w:rPr>
          <w:b w:val="0"/>
          <w:i w:val="0"/>
        </w:rPr>
        <w:t>The Labrador Club held their Open show at Daventry where the judge was Mrs Elaine Saunderson (Danislayne). Refreshments were as usual provided by David Tayler and Erica Jayes despite, I understand, the kitchen at the venue being out of use due to an about-to-descend ceiling! There was an entry of 206. Best in Show was won by Carol and Mervyn Reynolds yellow bitch Carromers Camisole, Reserve Best in Show and Best Opposite Sex went to Vic and Janet Coles yellow dog Sh Ch Stajantors Robin. Best Puppy was Mr and Mrs Barnett’s Jenpippa Gift from Heidi (Sh Ch Sandylands Gad-About x Sretlaw Lucky Strike at Jenpippa).</w:t>
      </w:r>
    </w:p>
    <w:p>
      <w:r>
        <w:rPr>
          <w:b w:val="0"/>
          <w:i w:val="0"/>
        </w:rPr>
        <w:t>Don’t forget to send me news for the notes whilst I’m convalescing!</w:t>
      </w:r>
      <w:r>
        <w:br/>
      </w:r>
      <w:r>
        <w:rPr>
          <w:b w:val="0"/>
          <w:i w:val="0"/>
        </w:rPr>
        <w:br/>
        <w:t>Ann Britton 01989 720665 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