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- 06/08/2021 - ISSUE"</w:t>
      </w:r>
      <w:r>
        <w:br/>
      </w:r>
      <w:r>
        <w:rPr>
          <w:b w:val="0"/>
          <w:i w:val="0"/>
        </w:rPr>
        <w:br/>
        <w:t>date_original: "06/08/2021 - ISSUE"</w:t>
      </w:r>
      <w:r>
        <w:br/>
      </w:r>
      <w:r>
        <w:rPr>
          <w:b w:val="0"/>
          <w:i w:val="0"/>
        </w:rPr>
        <w:br/>
        <w:t>source_url: "https://www.ourdogs.co.uk/members/breednotes/RetrieverLabradorMain.php"</w:t>
      </w:r>
      <w:r>
        <w:br/>
      </w:r>
      <w:r>
        <w:rPr>
          <w:b w:val="0"/>
          <w:i w:val="0"/>
        </w:rPr>
        <w:br/>
        <w:t>scraped_at: "2026-09-13T15:14:21"</w:t>
      </w:r>
      <w:r>
        <w:br/>
      </w:r>
      <w:r>
        <w:rPr>
          <w:b w:val="0"/>
          <w:i w:val="0"/>
        </w:rPr>
        <w:br/>
        <w:t>word_count: 991</w:t>
      </w:r>
    </w:p>
    <w:p>
      <w:r>
        <w:t>――――――――――――――――――――――――――――――</w:t>
      </w:r>
    </w:p>
    <w:p>
      <w:r>
        <w:rPr>
          <w:b w:val="0"/>
          <w:i w:val="0"/>
        </w:rPr>
        <w:t>NEWS MEMBERS' AREA SHOP SUBSCRIBE UPCOMING SHOWS MORE</w:t>
      </w:r>
    </w:p>
    <w:p>
      <w:r>
        <w:rPr>
          <w:b w:val="0"/>
          <w:i w:val="0"/>
        </w:rPr>
        <w:t>RETRIEVER LABRADOR</w:t>
      </w:r>
    </w:p>
    <w:p>
      <w:r>
        <w:rPr>
          <w:b w:val="0"/>
          <w:i w:val="0"/>
        </w:rPr>
        <w:t>Issue: 06/08/2021</w:t>
      </w:r>
    </w:p>
    <w:p>
      <w:r>
        <w:rPr>
          <w:b w:val="0"/>
          <w:i w:val="0"/>
        </w:rPr>
        <w:t>Midland Counties Canine Society which was to have been held on 31st October at Stafford  is sadly cancelled for the second year running due to Covid restrictions at the venue.</w:t>
      </w:r>
    </w:p>
    <w:p>
      <w:r>
        <w:rPr>
          <w:b w:val="0"/>
          <w:i w:val="0"/>
        </w:rPr>
        <w:t>West of England Labrador Club has been managed in the careful hands of  Gordon Fox, Geoff Hatfield &amp; Chris Mills, plus other committee members, for many years. The WELRC committee recently made a presentation and said goodbye to Gordon, Geoff and Chris who have retired and are handing the reins over to others in due course.</w:t>
      </w:r>
    </w:p>
    <w:p>
      <w:r>
        <w:rPr>
          <w:b w:val="0"/>
          <w:i w:val="0"/>
        </w:rPr>
        <w:t>The outdoor Championship shows with no benching and exhibitors having to bring their own gazebos are coming fast and furiously. The entries at General champ shows seem to be averaging around 120 ish. Club shows with lower entry fees, are drawing considerably more.</w:t>
      </w:r>
    </w:p>
    <w:p>
      <w:r>
        <w:rPr>
          <w:b w:val="0"/>
          <w:i w:val="0"/>
        </w:rPr>
        <w:t>Bath was held at the weekend and under first time Judge Anne Hoban, the winners were: BOB  Miss K OÃ¢â‚¬â„¢Neill Sh Ch Ramsayville Tali JW, Dog CC Miss K Druggan Sh Ch A Sense of PleasureÃ¢â‚¬â„¢s El Toro at Balladoole; Res Dog CC  Mr, Mrs &amp; Miss Douglas A Ir GB Sh Ch Talard Cee Three Pee Ohh Jun Ch AnCh19; Bitch CC : Miss K OÃ¢â‚¬â„¢Neil Sh Ch Ramsayville Tali JW, Res Bitch CC  Miss C Jones Hafnau Orabela; Best Puppy : Mr D and Nrs S McLellans Wynfaul Happy New Year or Saranden, Best Veteran Mrs S Rogers Woodmist Mimosa, Best Special Beginner  Mrs M Tipsons Ffurador First Past the Post.</w:t>
      </w:r>
    </w:p>
    <w:p>
      <w:r>
        <w:rPr>
          <w:b w:val="0"/>
          <w:i w:val="0"/>
        </w:rPr>
        <w:t xml:space="preserve">The following day it was National Gundog at Malvern with judges Sussie Wiles and Elaine Bradley The winners were:  </w:t>
      </w:r>
    </w:p>
    <w:p>
      <w:r>
        <w:rPr>
          <w:b w:val="0"/>
          <w:i w:val="0"/>
        </w:rPr>
        <w:t>DCC &amp; BOB Carromer Chippendale (Mr M &amp; Mrs C Reynolds) winning his 2nd CC, RDCC Naiken East Meets West (AI) JW (Mr &amp; Mrs A R V &amp; Miss R Hodge) recently made up. BCC Jancet Aurora (Mrs E A Peggs) winning her and her owners exciting 1st CC in the hands of Mandy Stewart.  RBCC Sandylands High Time (Mr E &amp; Mrs E Casey &amp; Jayes), BP Wynfaul Resolution For Saranden (Mr D N &amp; Mrs S A Mclellan) and BV Halloran Phoenix Over Luckswarren (M F Bysouth).</w:t>
      </w:r>
    </w:p>
    <w:p>
      <w:r>
        <w:rPr>
          <w:b w:val="0"/>
          <w:i w:val="0"/>
        </w:rPr>
        <w:t xml:space="preserve">On Wednesday once again at Malvern, United Retriever was held with judges Gary Johnson and Jenny King, followed by Paignton on Saturday. Results for both next week. </w:t>
      </w:r>
    </w:p>
    <w:p>
      <w:r>
        <w:rPr>
          <w:b w:val="0"/>
          <w:i w:val="0"/>
        </w:rPr>
        <w:t>Years ago I would have attended every single one of these shows, but after 18 months of Covid isolation IÃ¢â‚¬â„¢ve become used to not getting up at the crack of dawn to do the dogs prior to setting off with a cart load of equipment to distant un-benched dog shows. ItÃ¢â‚¬â„¢s no good. Ive good dogs in the kennels. I really must get myself in gear!</w:t>
      </w:r>
    </w:p>
    <w:p>
      <w:r>
        <w:rPr>
          <w:b w:val="0"/>
          <w:i w:val="0"/>
        </w:rPr>
        <w:t>Paignton on 7th August has an entry of 112 for Jim Richardson (Darrochonna).</w:t>
      </w:r>
    </w:p>
    <w:p>
      <w:r>
        <w:rPr>
          <w:b w:val="0"/>
          <w:i w:val="0"/>
        </w:rPr>
        <w:t>At Bournemouth on 14th August, the entry under Frank Kane is 101.</w:t>
      </w:r>
    </w:p>
    <w:p>
      <w:r>
        <w:rPr>
          <w:b w:val="0"/>
          <w:i w:val="0"/>
        </w:rPr>
        <w:t xml:space="preserve">Blackpool on 21st August, has first time awarding Lab CCs, Jane Eyeington who has drawn an entry of 135 dogs and bitches. </w:t>
      </w:r>
    </w:p>
    <w:p>
      <w:r>
        <w:rPr>
          <w:b w:val="0"/>
          <w:i w:val="0"/>
        </w:rPr>
        <w:t xml:space="preserve">Shows going ahead with entry still open with details online via Fosse or Higham Press are  </w:t>
      </w:r>
    </w:p>
    <w:p>
      <w:r>
        <w:rPr>
          <w:b w:val="0"/>
          <w:i w:val="0"/>
        </w:rPr>
        <w:t xml:space="preserve">22nd August Lab Club of Wales near Chepstow with judges Chris Bailiss and Leigh Lesley, </w:t>
      </w:r>
    </w:p>
    <w:p>
      <w:r>
        <w:rPr>
          <w:b w:val="0"/>
          <w:i w:val="0"/>
        </w:rPr>
        <w:t xml:space="preserve">27th August Driffield judge Marion Hopkinson, </w:t>
      </w:r>
    </w:p>
    <w:p>
      <w:r>
        <w:rPr>
          <w:b w:val="0"/>
          <w:i w:val="0"/>
        </w:rPr>
        <w:t xml:space="preserve">28th August Northumberland and Durham LRC, judges Caron Morton and Sharon Lambert,  </w:t>
      </w:r>
    </w:p>
    <w:p>
      <w:r>
        <w:rPr>
          <w:b w:val="0"/>
          <w:i w:val="0"/>
        </w:rPr>
        <w:t xml:space="preserve">11th September Richmond with Karl Gawthorpe, </w:t>
      </w:r>
    </w:p>
    <w:p>
      <w:r>
        <w:rPr>
          <w:b w:val="0"/>
          <w:i w:val="0"/>
        </w:rPr>
        <w:t xml:space="preserve">12th September Midland Counties Lab Club at Newark Penny Carpanini and  Chris Bailiss,  </w:t>
      </w:r>
    </w:p>
    <w:p>
      <w:r>
        <w:rPr>
          <w:b w:val="0"/>
          <w:i w:val="0"/>
        </w:rPr>
        <w:t xml:space="preserve">18th Sept Darlington judge Maureen Rees, </w:t>
      </w:r>
    </w:p>
    <w:p>
      <w:r>
        <w:rPr>
          <w:b w:val="0"/>
          <w:i w:val="0"/>
        </w:rPr>
        <w:t xml:space="preserve">23rd September The National at Stafford  judge Becci Hodge and </w:t>
      </w:r>
    </w:p>
    <w:p>
      <w:r>
        <w:rPr>
          <w:b w:val="0"/>
          <w:i w:val="0"/>
        </w:rPr>
        <w:t>29th September the Yellow Lab Club with judges  Andy Metcalfe and David Hopkinson.</w:t>
      </w:r>
    </w:p>
    <w:p>
      <w:r>
        <w:rPr>
          <w:b w:val="0"/>
          <w:i w:val="0"/>
        </w:rPr>
        <w:t xml:space="preserve">2nd October The Lab Club of Scotland  judges Lynda  Miles and Margaret Gardner. </w:t>
      </w:r>
    </w:p>
    <w:p>
      <w:r>
        <w:rPr>
          <w:b w:val="0"/>
          <w:i w:val="0"/>
        </w:rPr>
        <w:t>There are a few others after that but please check the websites for further information.</w:t>
      </w:r>
    </w:p>
    <w:p>
      <w:r>
        <w:rPr>
          <w:b w:val="0"/>
          <w:i w:val="0"/>
        </w:rPr>
        <w:t>Please ensure you only attend events if both you and your dogs are fit and well. Runny nose and cold symptoms are now another sign of Covid, so do get tested. The welfare of other exhibitors on the Covid front and their dogs via Kennel Cough is imperative and it is in your hands! Ones long term reputation is far more important than going to a dog show surely?</w:t>
      </w:r>
    </w:p>
    <w:p>
      <w:r>
        <w:rPr>
          <w:b w:val="0"/>
          <w:i w:val="0"/>
        </w:rPr>
        <w:t>I gather an experienced exhibitor with four loudly coughing dogs in crates placed near other exhibitors, attended National Gundog. I understand the show manager was searched for to no avail, by several breeders who wished to complain and have the exhibitor and the clearly loudly, coughing and retching dogs removed, as it appears the owner, despite being challenged by other exhibitors, remained at the show and showed her dogs.</w:t>
      </w:r>
    </w:p>
    <w:p>
      <w:r>
        <w:rPr>
          <w:b w:val="0"/>
          <w:i w:val="0"/>
        </w:rPr>
        <w:t xml:space="preserve">Hopefully the judge didnÃ¢â‚¬â„¢t examine the mouths as per Covid guidelines, therefore the risk of the judge spreading kennel cough, via saliva from one dog to the next, was reduced but after all this lockdown time , itÃ¢â‚¬â„¢s very unfair just as things are starting up again to bring coughing dogs to shows and certainly against all Kennel Club rules. From years ago I recall a vet telling me any animal with kennel cough could pass it to other animals within ten feet, 3 Metres. </w:t>
      </w:r>
    </w:p>
    <w:p>
      <w:r>
        <w:rPr>
          <w:b w:val="0"/>
          <w:i w:val="0"/>
        </w:rPr>
        <w:t xml:space="preserve">At last, a light at the end of my KC puppy registration drama. The pedigrees and registration documents have now arrived here. The pups are already well settled in their new adoring homes but at least I can forward the papers on to their trusting new owners. </w:t>
      </w:r>
    </w:p>
    <w:p>
      <w:r>
        <w:rPr>
          <w:b w:val="0"/>
          <w:i w:val="0"/>
        </w:rPr>
        <w:t>Ann Britton</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