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- 9 Apr 2010"</w:t>
      </w:r>
      <w:r>
        <w:br/>
      </w:r>
      <w:r>
        <w:rPr>
          <w:b w:val="0"/>
          <w:i w:val="0"/>
        </w:rPr>
        <w:br/>
        <w:t>date_original: "9 Apr 2010"</w:t>
      </w:r>
      <w:r>
        <w:br/>
      </w:r>
      <w:r>
        <w:rPr>
          <w:b w:val="0"/>
          <w:i w:val="0"/>
        </w:rPr>
        <w:br/>
        <w:t>source_url: "https://www.ourdogs.co.uk/members/breednotes/2010/RetrieverLabrador/RetrieverLabrador-apr9.htm"</w:t>
      </w:r>
      <w:r>
        <w:br/>
      </w:r>
      <w:r>
        <w:rPr>
          <w:b w:val="0"/>
          <w:i w:val="0"/>
        </w:rPr>
        <w:br/>
        <w:t>archive_type: "static_html"</w:t>
      </w:r>
      <w:r>
        <w:br/>
      </w:r>
      <w:r>
        <w:rPr>
          <w:b w:val="0"/>
          <w:i w:val="0"/>
        </w:rPr>
        <w:br/>
        <w:t>scraped_at: "2026-09-13T21:58:03"</w:t>
      </w:r>
      <w:r>
        <w:br/>
      </w:r>
      <w:r>
        <w:rPr>
          <w:b w:val="0"/>
          <w:i w:val="0"/>
        </w:rPr>
        <w:br/>
        <w:t>word_count: 1013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have received the sad news that an exhibitor has recently lost a Labrador bitch due to the rat-borne disease leptospirosis. Whilst my vet now only recommends full immunisation for my dogs every three years, he does advise that we make certain they are all annually protected with an injection against leptospirosis (and also kennel cough).</w:t>
      </w:r>
    </w:p>
    <w:p>
      <w:r>
        <w:rPr>
          <w:b w:val="0"/>
          <w:i w:val="0"/>
        </w:rPr>
        <w:t>Leptospirosis is often fatal if dogs have low immunity and can be so easily picked up from rats urine. Whilst we may not see them, it is said that everyone in the UK is within just a few feet of a rat at some time during each and every day. Yuk!! So do make sure all the outdoor water buckets are emptied at bedtime; that no dog-dishes are left outside where a rat might investigate over-night and that your dog’s annual immunisation against leptospirosis is up to date.</w:t>
      </w:r>
    </w:p>
    <w:p>
      <w:r>
        <w:rPr>
          <w:b w:val="0"/>
          <w:i w:val="0"/>
        </w:rPr>
        <w:t>I was recently looking at a past schedule from Northumberland and Durham Labrador Club championship show dated 26th October 1946.</w:t>
      </w:r>
    </w:p>
    <w:p>
      <w:r>
        <w:rPr>
          <w:b w:val="0"/>
          <w:i w:val="0"/>
        </w:rPr>
        <w:t>There was a separate entry fee and also a benching fee for each dog; the benching fee being 2 shillings. It does not say how much the entry fee was. Exhibits were not to be blind or to suffer from night blindness; not to be deaf, castrated, spayed or suffering from any infectious diseases.</w:t>
      </w:r>
    </w:p>
    <w:p>
      <w:r>
        <w:rPr>
          <w:b w:val="0"/>
          <w:i w:val="0"/>
        </w:rPr>
        <w:t>The prize money was pretty spectacular for each class considering it was over 60 years ago, and the class definitions most interesting.</w:t>
      </w:r>
    </w:p>
    <w:p>
      <w:r>
        <w:rPr>
          <w:b w:val="0"/>
          <w:i w:val="0"/>
        </w:rPr>
        <w:t>Maiden and Novice required that the dog had not won £1 or more in prize money; Undergraduate was not to have won £2 or more and Graduate not to have won more than three first prizes of £2 or more in Graduate, Post Graduate, Minor Limit, Mid Limit, Limit or Open.</w:t>
      </w:r>
    </w:p>
    <w:p>
      <w:r>
        <w:rPr>
          <w:b w:val="0"/>
          <w:i w:val="0"/>
        </w:rPr>
        <w:t>The sponsored classes included prizes of 5 shillings per Puppy, Maiden, and Graduate class; 10 shillings for individual classes; a bottle of TCP, a cleaning outfit for the Best Bitch in Show and additional prizes of £1 for each Best of Sex and 2 guineas each for the winner of the Puppy Dog and Puppy Bitch classes.</w:t>
      </w:r>
    </w:p>
    <w:p>
      <w:r>
        <w:rPr>
          <w:b w:val="0"/>
          <w:i w:val="0"/>
        </w:rPr>
        <w:t>The donors were East of Scotland Labrador Retriever Club, the Yellow Labrador Club, Mrs Outhwaite, Mr Joseph Simpson, Mr T Hird, E P Robinson, Mr Alex Hay Bryce, British Alkaloids (TCP), Bob Martin Ltd, Mr W C English, Mr R T Wright, Lt-Col Lord Joicey, Dr C J B Fox, Viscount Lambton - President of the club; Mr E J Clarkson and Mr T Carruthers. Dogs could be offered for sale at the show.</w:t>
      </w:r>
    </w:p>
    <w:p>
      <w:r>
        <w:rPr>
          <w:b w:val="0"/>
          <w:i w:val="0"/>
        </w:rPr>
        <w:t>Unless a price was stated on the entry form the dog would not be considered “For Sale”, but if it was for sale 10% commission would be payable to the Secretary of the club. Exhibitors could reduce the price of their dog if it was not sold quickly at the original price, and the Secretary would give the exhibitor a “reduced price” card to place over their dog’s bench! If two people wished to buy the same dog, an auction would take place at the show.</w:t>
      </w:r>
    </w:p>
    <w:p>
      <w:r>
        <w:rPr>
          <w:b w:val="0"/>
          <w:i w:val="0"/>
        </w:rPr>
        <w:t>The judge could award an equal first prize in any class and in this case the first and second prize money was added together and equally divided. Likewise equal seconds could be awarded but not after an equal First decision had been given.</w:t>
      </w:r>
    </w:p>
    <w:p>
      <w:r>
        <w:rPr>
          <w:b w:val="0"/>
          <w:i w:val="0"/>
        </w:rPr>
        <w:t>At this particular event there were 127 dogs and bitches entered under judge Frank Warner Hill; well known names included Knaith Banjo (name applied for) entered in Puppy Dog and Maiden, Honey of Whatstandwell entered in Maiden, other names which caught my eye were Midnight Lancer the sire of one of my mothers litters, Poppleton Golden Flight, Orcharton Du O’Banchory belonging to Lady Howe; and Gwen Broadleys Ch June of Sandylands and Sandylands Blackberry. There was an application form for new members and membership was 10 shillings per year with 2 shillings for a member’s badge.</w:t>
      </w:r>
    </w:p>
    <w:p>
      <w:r>
        <w:rPr>
          <w:b w:val="0"/>
          <w:i w:val="0"/>
        </w:rP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