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- 26 Jan 2007"</w:t>
      </w:r>
      <w:r>
        <w:br/>
      </w:r>
      <w:r>
        <w:rPr>
          <w:b w:val="0"/>
          <w:i w:val="0"/>
        </w:rPr>
        <w:br/>
        <w:t>date_original: "26 Jan 2007"</w:t>
      </w:r>
      <w:r>
        <w:br/>
      </w:r>
      <w:r>
        <w:rPr>
          <w:b w:val="0"/>
          <w:i w:val="0"/>
        </w:rPr>
        <w:br/>
        <w:t>source_url: "https://www.ourdogs.co.uk/members/breednotes/2007/RetrieverLabrador/RetrieverLabrador-jan26.htm"</w:t>
      </w:r>
      <w:r>
        <w:br/>
      </w:r>
      <w:r>
        <w:rPr>
          <w:b w:val="0"/>
          <w:i w:val="0"/>
        </w:rPr>
        <w:br/>
        <w:t>archive_type: "static_html"</w:t>
      </w:r>
      <w:r>
        <w:br/>
      </w:r>
      <w:r>
        <w:rPr>
          <w:b w:val="0"/>
          <w:i w:val="0"/>
        </w:rPr>
        <w:br/>
        <w:t>scraped_at: "2026-09-13T22:07:06"</w:t>
      </w:r>
      <w:r>
        <w:br/>
      </w:r>
      <w:r>
        <w:rPr>
          <w:b w:val="0"/>
          <w:i w:val="0"/>
        </w:rPr>
        <w:br/>
        <w:t>word_count: 1463</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This week I am reviewing the Dog CC winners of 2006. In dogs the CCs were shared between 27 different dogs; 18 yellows, 7 blacks and 2 chocolates. Their ages ranged from 10 months to 6 years of age.</w:t>
      </w:r>
    </w:p>
    <w:p>
      <w:r>
        <w:rPr>
          <w:b w:val="0"/>
          <w:i w:val="0"/>
        </w:rPr>
        <w:t>Top winning Labrador of the year was Marion Hopkinson’s yellow dog, born February 2005, Sh Ch Silver Suede over Rocheby (Ahti Aspen of Finnwoods x Bridgeford Crystal Clear), who came out impressively in mid summer and went on to win 8CCs and 7BOBs, plus 2 Group 3 placings.</w:t>
      </w:r>
      <w:r>
        <w:br/>
      </w:r>
      <w:r>
        <w:rPr>
          <w:b w:val="0"/>
          <w:i w:val="0"/>
        </w:rPr>
        <w:br/>
        <w:t>He won his first CC and Best of Breed under Gary Johnson at Windsor, and he repeated this win, plus Group 3, at Leeds, where the judge was Sussie Wiles. He won CC and Best of Breed at SKC (August) under Karl Gawthorpe, thus quickly gaining his title and repeated the same wins the following week under Karl’s mother, Margaret Gawthorpe at the City of Birmingham Ch Show. He also won CC and BOB at Richmond under Di Beckett, at Darlington under Joyce Brabban where he was once again Group 3, and at Midland Counties under Gordon Howell. At Driffield he won the CC under Judith Charlton. Many congratulations.</w:t>
      </w:r>
    </w:p>
    <w:p>
      <w:r>
        <w:rPr>
          <w:b w:val="0"/>
          <w:i w:val="0"/>
        </w:rPr>
        <w:t>The Brown family’s yellow, Sh Ch Ramsayville Route Sixty Six, born June 2002, (Sh Ch Poolstead Pleased as Punch x Ramsayville Rosalino) won 4CCs and 1 Best of Breed during the year. His CCs were won at LRC of Northern Ireland under Margaret Litherland, at National Gundog under Mrs A.M. Pollock where he went Best of Breed, at North West Lab Club under Mary O’Donaghue and at Gundog Breeds of Scotland under Jane Rawlinson.</w:t>
      </w:r>
    </w:p>
    <w:p>
      <w:r>
        <w:rPr>
          <w:b w:val="0"/>
          <w:i w:val="0"/>
        </w:rPr>
        <w:t>Winning 3 CCs and 1 BOB was Michael Neachell’s yellow, Sh Ch Suttonpark Manifesto, born March 2004, (Ch Saranden Saboteur x Mileoak Cranberry at Suttonpark). His first CC was a splendid win at Crufts 2006, complete with Best of Breed. The dog judge was Marlene Hepper and co judge, Jim Nolan agreed to him going Best of Breed. His second CC was won at the National Dog Show, Birmingham under Jean Allen and his third CC and his title at East of England under Margaret Coddington.</w:t>
      </w:r>
    </w:p>
    <w:p>
      <w:r>
        <w:rPr>
          <w:b w:val="0"/>
          <w:i w:val="0"/>
        </w:rPr>
        <w:t>The Rawlinson’s yellow, Sh Ch Wilsbury Wild Fire at Halshimoor JW born 2001, (Rocheby Old Smokey x Wilsbury Sparklette) won 2CCs, 1 BOB and Group 3. At Blackpool he won the CC under Erica Jayes and at Belfast he won the CC and BOB under Carole Reynolds, going on to Group 3.</w:t>
      </w:r>
    </w:p>
    <w:p>
      <w:r>
        <w:rPr>
          <w:b w:val="0"/>
          <w:i w:val="0"/>
        </w:rPr>
        <w:t>Mr and Mrs Anthony and Erica Jayes won 2CCs and 1 BOB with their yellow, Sh Ch Sandylands Wait and See, born November 2003, (Sh Ch Rocheby Whisky Mac x Rocheby Purple Shades of Sandylands). He won at the Labrador Club of Wales where he went Best in Show under Richard Stafford and co judge, Anthony Allen. He also won at Three Ridings LRC under John Thirlwell.</w:t>
      </w:r>
      <w:r>
        <w:br/>
      </w:r>
      <w:r>
        <w:rPr>
          <w:b w:val="0"/>
          <w:i w:val="0"/>
        </w:rPr>
        <w:br/>
        <w:t>Winning 2CCs was Diana Downey Tulloch’s black, Sh Ch Tullochmohr Final Edition JW, born August 1999,(Ch. Int Ch Carpenny Walpole x Briensco Emerald of Tullochmohr), who won the CC at the Labrador Club under Sheelin Cuthbert and at Bournemouth under Mason Minns.</w:t>
      </w:r>
    </w:p>
    <w:p>
      <w:r>
        <w:rPr>
          <w:b w:val="0"/>
          <w:i w:val="0"/>
        </w:rPr>
        <w:t>The Brown family’s black, Sh Ch Ramsayville Rogue Trader, born January 2002, (Sh Ch Tullochmohr Final Edition JW x Frewlings French Polish at Ramsayville), won 1CC with Best of Breed and Group 2 (RBIS) at United Retriever Club, where the breed judge was Angela Williams.</w:t>
      </w:r>
      <w:r>
        <w:br/>
      </w:r>
      <w:r>
        <w:rPr>
          <w:b w:val="0"/>
          <w:i w:val="0"/>
        </w:rPr>
        <w:br/>
        <w:t>There were seven dogs, who won 1CC with Best of Breed.</w:t>
      </w:r>
    </w:p>
    <w:p>
      <w:r>
        <w:rPr>
          <w:b w:val="0"/>
          <w:i w:val="0"/>
        </w:rPr>
        <w:t>Alphabetically they are as follows -</w:t>
      </w:r>
    </w:p>
    <w:p>
      <w:r>
        <w:rPr>
          <w:b w:val="0"/>
          <w:i w:val="0"/>
        </w:rPr>
        <w:t>Carpenny Made the Trip the yellow, owned by Mr and Mrs Onkelinx de Smit from Belgium winning under Linda McGillivray at WKC;</w:t>
      </w:r>
    </w:p>
    <w:p>
      <w:r>
        <w:rPr>
          <w:b w:val="0"/>
          <w:i w:val="0"/>
        </w:rPr>
        <w:t>The Ellis family’s yellow Dolwen Thomas Charles, born December 2002, winning the CC (his 2nd) and BIS under Vic Cole at the Yellow Lab Club;</w:t>
      </w:r>
    </w:p>
    <w:p>
      <w:r>
        <w:rPr>
          <w:b w:val="0"/>
          <w:i w:val="0"/>
        </w:rPr>
        <w:t>Judith Charlton’s yellow Foxrush Dick Francis JW, born April 2003, won at East Anglian LRC under Heather Wiles –Fone, where he went BIS under co-judge Maxine Crocker Williams.</w:t>
      </w:r>
    </w:p>
    <w:p>
      <w:r>
        <w:rPr>
          <w:b w:val="0"/>
          <w:i w:val="0"/>
        </w:rPr>
        <w:t>Brian and Trish Parrotts chocolate Lougin Loomis born December 2001, won the CC and BOB at Manchester, where he was made up under David Coode;</w:t>
      </w:r>
    </w:p>
    <w:p>
      <w:r>
        <w:rPr>
          <w:b w:val="0"/>
          <w:i w:val="0"/>
        </w:rPr>
        <w:t>Lorraine Tooth’s yellow, Ludalor Lunar Orbit JW, born February 2005, won the CC and BOB under Arwyn Ellis at Southern Counties.</w:t>
      </w:r>
    </w:p>
    <w:p>
      <w:r>
        <w:rPr>
          <w:b w:val="0"/>
          <w:i w:val="0"/>
        </w:rPr>
        <w:t>The yellow, Sh Ch Saranden Saboteur, born March 2001, owned by Mr and Mrs McLennan won the CC and BOB under Brenda Taylor at the final show of 2006, the LKA.</w:t>
      </w:r>
    </w:p>
    <w:p>
      <w:r>
        <w:rPr>
          <w:b w:val="0"/>
          <w:i w:val="0"/>
        </w:rPr>
        <w:t>Felicity and Kira Leith Ross’s black, Utter Nonsense of Tintagel Winds, born April 2003, won the CC and BOB under Ann Britton at SWKA.</w:t>
      </w:r>
    </w:p>
    <w:p>
      <w:r>
        <w:rPr>
          <w:b w:val="0"/>
          <w:i w:val="0"/>
        </w:rPr>
        <w:t>13 dogs won a single ticket. Alphabetically, they were-</w:t>
      </w:r>
    </w:p>
    <w:p>
      <w:r>
        <w:rPr>
          <w:b w:val="0"/>
          <w:i w:val="0"/>
        </w:rPr>
        <w:t>Linda McGillivray’s yellow Antonine Columbo JW, born October 2003, at the Lab Club of Scotland under Mrs G Hayward;</w:t>
      </w:r>
    </w:p>
    <w:p>
      <w:r>
        <w:rPr>
          <w:b w:val="0"/>
          <w:i w:val="0"/>
        </w:rPr>
        <w:t>Mrs Whitfield’s black Sh Ch Castleduff Radical Jack, born September 2001, who won the CC and was made up at WELKS under Peter Taylor.</w:t>
      </w:r>
    </w:p>
    <w:p>
      <w:r>
        <w:rPr>
          <w:b w:val="0"/>
          <w:i w:val="0"/>
        </w:rPr>
        <w:t>Gary and Jean Johnson’s yellow Cremino Cobweb, born August 2001, winning the CC (his 2nd) under Murray Armstrong at Paignton;</w:t>
      </w:r>
    </w:p>
    <w:p>
      <w:r>
        <w:rPr>
          <w:b w:val="0"/>
          <w:i w:val="0"/>
        </w:rPr>
        <w:t>Rory Swift’s yellow, Hampsbeck Willies Choice, born March 2003 winning the CC (his 2nd) at Three Counties under Linda Heron.</w:t>
      </w:r>
    </w:p>
    <w:p>
      <w:r>
        <w:rPr>
          <w:b w:val="0"/>
          <w:i w:val="0"/>
        </w:rPr>
        <w:t>Mr and Mrs Sidebottom and Di Beckett’s yellow Langshott Great Chance at Kimvalley, born May 2005, winning the CC under Peggy Rae at Cotswold and Wyevern LRC;</w:t>
      </w:r>
    </w:p>
    <w:p>
      <w:r>
        <w:rPr>
          <w:b w:val="0"/>
          <w:i w:val="0"/>
        </w:rPr>
        <w:t>Shaun Williamson’s yellow, Lakemeadow Look No Further than Sharouns, born March 2000 winning the CC (his 2nd) under Margaret Robinson at Border Union;</w:t>
      </w:r>
    </w:p>
    <w:p>
      <w:r>
        <w:rPr>
          <w:b w:val="0"/>
          <w:i w:val="0"/>
        </w:rPr>
        <w:t>Ann Britton’s yellow, Llanstinan Buzby Bowstones, born August 2003, winning the CC (his 2nd) at West of England Lab Club under Maureen Floyd;</w:t>
      </w:r>
    </w:p>
    <w:p>
      <w:r>
        <w:rPr>
          <w:b w:val="0"/>
          <w:i w:val="0"/>
        </w:rPr>
        <w:t>Linda and Derek Miles black, Sh Ch Llanstinan Llewelyn JW, born November 2002, winning the CC and gaining his title, under Rosemary Hewitt at Midland Counties LRC.</w:t>
      </w:r>
    </w:p>
    <w:p>
      <w:r>
        <w:rPr>
          <w:b w:val="0"/>
          <w:i w:val="0"/>
        </w:rPr>
        <w:t>Mr and Mrs Neal’s black, Ludalor Lunar Eclipse over Amberstope JW, born February 2005, winning under Isobel Keys at Gundog Society of Wales;</w:t>
      </w:r>
    </w:p>
    <w:p>
      <w:r>
        <w:rPr>
          <w:b w:val="0"/>
          <w:i w:val="0"/>
        </w:rPr>
        <w:t>The Hodge family’s black Naiken Quincy, born November 2003, winning the CC at Northumberland and Durham LRC under Margaret Brown on Rebecca’s 21st birthday.</w:t>
      </w:r>
    </w:p>
    <w:p>
      <w:r>
        <w:rPr>
          <w:b w:val="0"/>
          <w:i w:val="0"/>
        </w:rPr>
        <w:t>Mr and Mrs Watson’s chocolate Oakhouse Ot Toddy at Cuerdenlake, born January 2004, winning under David Hepper at SKC (May);</w:t>
      </w:r>
    </w:p>
    <w:p>
      <w:r>
        <w:rPr>
          <w:b w:val="0"/>
          <w:i w:val="0"/>
        </w:rPr>
        <w:t>Fiona Braddon’s yellow, Trendlewood You Wear it Well born 2005, winning at KSS and going best Puppy in Show on the day under Mrs C Wilkins;</w:t>
      </w:r>
    </w:p>
    <w:p>
      <w:r>
        <w:rPr>
          <w:b w:val="0"/>
          <w:i w:val="0"/>
        </w:rPr>
        <w:t>Mr and Mrs Scutcher’s yellow, Winsleywood Waterloo born April 2005 winning his first CC at Bath under Oonagh Gore.</w:t>
      </w:r>
    </w:p>
    <w:p>
      <w:r>
        <w:rPr>
          <w:b w:val="0"/>
          <w:i w:val="0"/>
        </w:rPr>
        <w:t>This completes the list of Dog winners in 2006, next week I will review the Bitch CC winners.</w:t>
      </w:r>
    </w:p>
    <w:p>
      <w:r>
        <w:rPr>
          <w:b w:val="0"/>
          <w:i w:val="0"/>
        </w:rPr>
        <w:t>Ann Britton 01989 720 665</w:t>
      </w:r>
      <w:r>
        <w:br/>
      </w:r>
      <w:r>
        <w:rPr>
          <w:b w:val="0"/>
          <w:i w:val="0"/>
        </w:rPr>
        <w:br/>
        <w:t>bowstones@btinternet .com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