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- 21/06/2024 - ISSUE"</w:t>
      </w:r>
      <w:r>
        <w:br/>
      </w:r>
      <w:r>
        <w:rPr>
          <w:b w:val="0"/>
          <w:i w:val="0"/>
        </w:rPr>
        <w:br/>
        <w:t>date_original: "21/06/2024 - ISSUE"</w:t>
      </w:r>
      <w:r>
        <w:br/>
      </w:r>
      <w:r>
        <w:rPr>
          <w:b w:val="0"/>
          <w:i w:val="0"/>
        </w:rPr>
        <w:br/>
        <w:t>source_url: "https://www.ourdogs.co.uk/members/breednotes/RetrieverLabradorMain.php"</w:t>
      </w:r>
      <w:r>
        <w:br/>
      </w:r>
      <w:r>
        <w:rPr>
          <w:b w:val="0"/>
          <w:i w:val="0"/>
        </w:rPr>
        <w:br/>
        <w:t>scraped_at: "2026-09-13T15:08:00"</w:t>
      </w:r>
      <w:r>
        <w:br/>
      </w:r>
      <w:r>
        <w:rPr>
          <w:b w:val="0"/>
          <w:i w:val="0"/>
        </w:rPr>
        <w:br/>
        <w:t>word_count: 987</w:t>
      </w:r>
    </w:p>
    <w:p>
      <w:r>
        <w:t>――――――――――――――――――――――――――――――</w:t>
      </w:r>
    </w:p>
    <w:p>
      <w:r>
        <w:rPr>
          <w:b w:val="0"/>
          <w:i w:val="0"/>
        </w:rPr>
        <w:t>NEWS MEMBERS' AREA SHOP SUBSCRIBE UPCOMING SHOWS MORE</w:t>
      </w:r>
    </w:p>
    <w:p>
      <w:r>
        <w:rPr>
          <w:b w:val="0"/>
          <w:i w:val="0"/>
        </w:rPr>
        <w:t>RETRIEVER LABRADOR</w:t>
      </w:r>
    </w:p>
    <w:p>
      <w:r>
        <w:rPr>
          <w:b w:val="0"/>
          <w:i w:val="0"/>
        </w:rPr>
        <w:t>Issue: 21/06/2024</w:t>
      </w:r>
    </w:p>
    <w:p>
      <w:r>
        <w:rPr>
          <w:b w:val="0"/>
          <w:i w:val="0"/>
        </w:rPr>
        <w:t>Nearly halfway through the year and still little sign of summer. I recall we had one week of warm weather about six weeks ago in which I mistakenly thought endless high temperatures lay ahead for the rest of the summer. To make such extremes more bearable, I purchased a wonderful room cooling fan. It duly arrived and on that day so did the rain and very low summer temperatures.</w:t>
      </w:r>
    </w:p>
    <w:p>
      <w:r>
        <w:rPr>
          <w:b w:val="0"/>
          <w:i w:val="0"/>
        </w:rPr>
        <w:t>It has been chilly ever since and the cooling fan remains in its box, unpacked and unused. Not so, the central heating, the hot water bottle and the bed socks which have all been working in overdrive.</w:t>
      </w:r>
    </w:p>
    <w:p>
      <w:r>
        <w:rPr>
          <w:b w:val="0"/>
          <w:i w:val="0"/>
        </w:rPr>
        <w:t xml:space="preserve">Labradors at Border Union Ch show were on the Sunday, Day Two, at this popular and picturesque location. </w:t>
      </w:r>
    </w:p>
    <w:p>
      <w:r>
        <w:rPr>
          <w:b w:val="0"/>
          <w:i w:val="0"/>
        </w:rPr>
        <w:t xml:space="preserve">Liz Peggs judged an entry of 111 dogs and bitches out of a total show entry all breeds of 4556. </w:t>
      </w:r>
    </w:p>
    <w:p>
      <w:r>
        <w:rPr>
          <w:b w:val="0"/>
          <w:i w:val="0"/>
        </w:rPr>
        <w:t>The winners were:- Dog CC and Best of Beeed Sh Ch/Ir Sh Ch Naiken East Meets West (ai) JW (Mr &amp; Mrs A R V &amp; Miss R Hodge), Dog RCC Binnaig Bonnach for Tullochmohr JW (Mrs D Tulloch), Bitch CC Ludalor Loquacious (Mrs L Tooth), Bitch RCC Woolman Wish Upon A Star (Mrs Y Shirton), Best Puppy and Puppy Group 3 under R Kinsey- Tullochmohr Ultimo Finale (Mrs D Tulloch), Best Veteran Pattilands Shining Star (Miss R &amp; Mrs J Pattison)</w:t>
      </w:r>
    </w:p>
    <w:p>
      <w:r>
        <w:rPr>
          <w:b w:val="0"/>
          <w:i w:val="0"/>
        </w:rPr>
        <w:t>Karl Gawthorpe Secretary of the Labrador Retriever Club writes â€œDear Members, it is approaching the closing date (28th June no extensions), of our Championship Shows and Open Show, which will be held over two days, July 13th and 14th, 2024, at the Oakridge Arena, Newark, NG23 7NZ.</w:t>
      </w:r>
    </w:p>
    <w:p>
      <w:r>
        <w:rPr>
          <w:b w:val="0"/>
          <w:i w:val="0"/>
        </w:rPr>
        <w:t>â€˜We have a Championship Show Saturday 13th of July Dog Judge Mrs Glenice McClure (Blackboys) (Australia) Bitch Judge Mr Brian Hayward (Donacre), we also have the Poolstead/Hepworth Special Awards Judge Mr Jan-Erik Ek (Thornbreakers) (Sweden) &amp; Open Show 13th of July Judge Mrs Debbie Bishop (Demadon)</w:t>
      </w:r>
    </w:p>
    <w:p>
      <w:r>
        <w:rPr>
          <w:b w:val="0"/>
          <w:i w:val="0"/>
        </w:rPr>
        <w:t xml:space="preserve">â€˜Then another Championship Show on 14th July Dog Judge Mr Mark Rawlinson (Halshimoor) Bitch Judge Mrs Glenice McClure (Blackboys) (Australia) </w:t>
      </w:r>
    </w:p>
    <w:p>
      <w:r>
        <w:rPr>
          <w:b w:val="0"/>
          <w:i w:val="0"/>
        </w:rPr>
        <w:t xml:space="preserve">â€˜Did we tell you that each exhibitor will have a â€œgoody bagâ€?? </w:t>
      </w:r>
    </w:p>
    <w:p>
      <w:r>
        <w:rPr>
          <w:b w:val="0"/>
          <w:i w:val="0"/>
        </w:rPr>
        <w:t xml:space="preserve">â€˜Did we mention the two spectacular raffles we will be holding? </w:t>
      </w:r>
    </w:p>
    <w:p>
      <w:r>
        <w:rPr>
          <w:b w:val="0"/>
          <w:i w:val="0"/>
        </w:rPr>
        <w:t>â€˜How about the fun competition running over the weekend and, of course, Maxines Mega Dog Quiz for those that can join us in the lovely restaurant on Saturday evening.</w:t>
      </w:r>
    </w:p>
    <w:p>
      <w:r>
        <w:rPr>
          <w:b w:val="0"/>
          <w:i w:val="0"/>
        </w:rPr>
        <w:t>â€˜Champ Show Saturday link www.fossedata.co.uk/shows/Labrador-Retriever-Club-79th-Championship-Show-July-2024.aspx</w:t>
      </w:r>
    </w:p>
    <w:p>
      <w:r>
        <w:rPr>
          <w:b w:val="0"/>
          <w:i w:val="0"/>
        </w:rPr>
        <w:t>â€˜Open Show Saturday link www.fossedata.co.uk/shows/Labrador-Retriever-Club-Open-Show-July-2024-2.aspx</w:t>
      </w:r>
    </w:p>
    <w:p>
      <w:r>
        <w:rPr>
          <w:b w:val="0"/>
          <w:i w:val="0"/>
        </w:rPr>
        <w:t>â€˜Champ Show Sunday link www.fossedata.co.uk/shows/Labrador-Retriever-Club-80th-Championship-Show-July-2024.aspx</w:t>
      </w:r>
    </w:p>
    <w:p>
      <w:r>
        <w:rPr>
          <w:b w:val="0"/>
          <w:i w:val="0"/>
        </w:rPr>
        <w:t xml:space="preserve">â€˜Entries close online on 28th June 2024 (There will be no extensions due to the date of the show). </w:t>
      </w:r>
    </w:p>
    <w:p>
      <w:r>
        <w:rPr>
          <w:b w:val="0"/>
          <w:i w:val="0"/>
        </w:rPr>
        <w:t>We are also offering the online Catalogue this year.</w:t>
      </w:r>
    </w:p>
    <w:p>
      <w:r>
        <w:rPr>
          <w:b w:val="0"/>
          <w:i w:val="0"/>
        </w:rPr>
        <w:t>Please support the judges and the club.â€™</w:t>
      </w:r>
    </w:p>
    <w:p>
      <w:r>
        <w:rPr>
          <w:b w:val="0"/>
          <w:i w:val="0"/>
        </w:rPr>
        <w:t>A veterinary reminder that Xylitol the artificial sweetener, is extremely toxic to dogs and can cause liver failure. It is now being marketed as Birch Sugar. Check labelling on ice cream, peanut butter and chewing gum and be very aware of its toxicity.</w:t>
      </w:r>
    </w:p>
    <w:p>
      <w:r>
        <w:rPr>
          <w:b w:val="0"/>
          <w:i w:val="0"/>
        </w:rPr>
        <w:t xml:space="preserve">As is common these days   results of a very poorly attended Open show appeared on Facebook. People responded with their usual polite â€œwell donesâ€ and â€œmany congratulationsâ€ etc. However as is so often the case at the moment, there was a non breed specialist judge judging half a dozen unrelated breeds and hardly anyone was entered; of those entered, half hadnâ€™t bothered to attend. The classes had nil entries or just one. </w:t>
      </w:r>
    </w:p>
    <w:p>
      <w:r>
        <w:rPr>
          <w:b w:val="0"/>
          <w:i w:val="0"/>
        </w:rPr>
        <w:t xml:space="preserve">After one such familiar event a seasoned well respected breeder/exhibitor wrote â€œWhat on earth is the point of these shows.â€ I entirely agree. </w:t>
      </w:r>
    </w:p>
    <w:p>
      <w:r>
        <w:rPr>
          <w:b w:val="0"/>
          <w:i w:val="0"/>
        </w:rPr>
        <w:t xml:space="preserve">Apart from meeting other human beings and a day out, from a quality dog showing point of view, in all senses itâ€™s a complete waste of time, effort, fuel and money! </w:t>
      </w:r>
    </w:p>
    <w:p>
      <w:r>
        <w:rPr>
          <w:b w:val="0"/>
          <w:i w:val="0"/>
        </w:rPr>
        <w:t xml:space="preserve">Why would someone with a lifetime of top dogs pay an entry fee to ask someone if their dog is any good, when the someone appointed to judge has little clue about that specific breed and only took the classes on because they were already judging â€œfoo-foo houndsâ€ at the same show and had time on their hands. </w:t>
      </w:r>
    </w:p>
    <w:p>
      <w:r>
        <w:rPr>
          <w:b w:val="0"/>
          <w:i w:val="0"/>
        </w:rPr>
        <w:t>What is the future for such events? At the moment the village fete has more life and sense! Maybe Open shows, should be fewer in number?</w:t>
      </w:r>
    </w:p>
    <w:p>
      <w:r>
        <w:rPr>
          <w:b w:val="0"/>
          <w:i w:val="0"/>
        </w:rPr>
        <w:t xml:space="preserve">Another suggestion to bring in entry fees is to only employ judges who have proved they are knowledgeable about, and interested in the breeds they are going to judge. Perhaps entries would pick up then. However how can these judges become knowledgeable with the present set up, when they stumble through a poor entry, put the worse ones up and no one ever tells them what a hash theyâ€™ve made. </w:t>
      </w:r>
    </w:p>
    <w:p>
      <w:r>
        <w:rPr>
          <w:b w:val="0"/>
          <w:i w:val="0"/>
        </w:rPr>
        <w:t xml:space="preserve">Consequently they confidently tick the boxes on the KC judging forms and blindly carry on. </w:t>
      </w:r>
    </w:p>
    <w:p>
      <w:r>
        <w:rPr>
          <w:b w:val="0"/>
          <w:i w:val="0"/>
        </w:rPr>
        <w:t xml:space="preserve">Whilst would-be judges have to gain experience somehow, and judging Open shows is seen as the way forward, to keep entries from descending completely to zero, whilst itâ€™s not popular, perhaps open show committees should occasionally also employ judges who already have awarded CCs but are available if asked? </w:t>
      </w:r>
    </w:p>
    <w:p>
      <w:r>
        <w:rPr>
          <w:b w:val="0"/>
          <w:i w:val="0"/>
        </w:rPr>
        <w:t>Any suggestions?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