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- 17/11/2017 - ISSUE"</w:t>
      </w:r>
      <w:r>
        <w:br/>
      </w:r>
      <w:r>
        <w:rPr>
          <w:b w:val="0"/>
          <w:i w:val="0"/>
        </w:rPr>
        <w:br/>
        <w:t>date_original: "17/11/2017 - ISSUE"</w:t>
      </w:r>
      <w:r>
        <w:br/>
      </w:r>
      <w:r>
        <w:rPr>
          <w:b w:val="0"/>
          <w:i w:val="0"/>
        </w:rPr>
        <w:br/>
        <w:t>source_url: "https://www.ourdogs.co.uk/members/breednotes/RetrieverLabradorMain.php"</w:t>
      </w:r>
      <w:r>
        <w:br/>
      </w:r>
      <w:r>
        <w:rPr>
          <w:b w:val="0"/>
          <w:i w:val="0"/>
        </w:rPr>
        <w:br/>
        <w:t>scraped_at: "2026-09-13T15:24:34"</w:t>
      </w:r>
      <w:r>
        <w:br/>
      </w:r>
      <w:r>
        <w:rPr>
          <w:b w:val="0"/>
          <w:i w:val="0"/>
        </w:rPr>
        <w:br/>
        <w:t>word_count: 543</w:t>
      </w:r>
    </w:p>
    <w:p>
      <w:r>
        <w:t>――――――――――――――――――――――――――――――</w:t>
      </w:r>
    </w:p>
    <w:p>
      <w:r>
        <w:rPr>
          <w:b w:val="0"/>
          <w:i w:val="0"/>
        </w:rPr>
        <w:t>NEWS MEMBERS' AREA SHOP SUBSCRIBE UPCOMING SHOWS MORE</w:t>
      </w:r>
    </w:p>
    <w:p>
      <w:r>
        <w:rPr>
          <w:b w:val="0"/>
          <w:i w:val="0"/>
        </w:rPr>
        <w:t>RETRIEVER LABRADOR</w:t>
      </w:r>
    </w:p>
    <w:p>
      <w:r>
        <w:rPr>
          <w:b w:val="0"/>
          <w:i w:val="0"/>
        </w:rPr>
        <w:t>Issue: 17/11/2017</w:t>
      </w:r>
    </w:p>
    <w:p>
      <w:r>
        <w:rPr>
          <w:b w:val="0"/>
          <w:i w:val="0"/>
        </w:rPr>
        <w:t xml:space="preserve">Labradors at Gundog Breeds of Scotland, held on Saturday 11th November at Ingleston, Edinburgh, were judged by Mary O'Donoghue (Dogs) and James Hindley (Bitches). </w:t>
      </w:r>
    </w:p>
    <w:p>
      <w:r>
        <w:rPr>
          <w:b w:val="0"/>
          <w:i w:val="0"/>
        </w:rPr>
        <w:t xml:space="preserve">Congratulations to Marion Hopkinson who did the double winning both the Dog and the Bitch CCs. Always very exciting. </w:t>
      </w:r>
    </w:p>
    <w:p>
      <w:r>
        <w:rPr>
          <w:b w:val="0"/>
          <w:i w:val="0"/>
        </w:rPr>
        <w:t>I recall doing that once myself about twenty years ago. Amazing. I floated home with a big happy grin on my face, despite the long journey driving on my own for six hours in the dark and rain!</w:t>
      </w:r>
    </w:p>
    <w:p>
      <w:r>
        <w:rPr>
          <w:b w:val="0"/>
          <w:i w:val="0"/>
        </w:rPr>
        <w:t>From an entry of 142 Dogs and Bitches the winners were :- Dog CC Marion Hopkinsons yellow, Sh Ch Rocheby Hornblower, Dog RCC Arwyn Ellis and his familys black, Dolwen Coleman. The Bitch CC went to Marion Hopkinsons yellow, Sh Ch Rocheby Sweet Sensation whilst the Bitch RCC was won by Penny Carpaninis black Carpenny Portia. Best Puppy was the Brown Family's Ramsayville Rest my Case.</w:t>
      </w:r>
    </w:p>
    <w:p>
      <w:r>
        <w:rPr>
          <w:b w:val="0"/>
          <w:i w:val="0"/>
        </w:rPr>
        <w:t>The following day the Labrador Retriever Club held their Open Show at their new venue, Tomlinsons Boarding Kennels, Markfield, Leics, which got the thumbs up later that day</w:t>
      </w:r>
    </w:p>
    <w:p>
      <w:r>
        <w:rPr>
          <w:b w:val="0"/>
          <w:i w:val="0"/>
        </w:rPr>
        <w:t>from exhibitors on Facebook.</w:t>
      </w:r>
    </w:p>
    <w:p>
      <w:r>
        <w:rPr>
          <w:b w:val="0"/>
          <w:i w:val="0"/>
        </w:rPr>
        <w:t>Club Secretary Karl Gawthorpe has very kindly sent in this report of the show. 'I would like to thanks all the exhibitors that attended The Labrador Retriever Club Open Show on 12th November 2017 at Tomlinsons Canine Centre.</w:t>
      </w:r>
    </w:p>
    <w:p>
      <w:r>
        <w:rPr>
          <w:b w:val="0"/>
          <w:i w:val="0"/>
        </w:rPr>
        <w:t xml:space="preserve">'A 2 minutes silence was held at 11 am for Remembrance Sunday. This was a new venue for the club, with plenty of good parking. The inside area had great flooring and plenty of room for cages and a large ring. I really hope that you liked it and would be happy to return. </w:t>
      </w:r>
    </w:p>
    <w:p>
      <w:r>
        <w:rPr>
          <w:b w:val="0"/>
          <w:i w:val="0"/>
        </w:rPr>
        <w:t xml:space="preserve">'My thanks go to  the committee for all their help throughout the day. Special thanks  must also go to Ms Sharon Lambert (Mattand), our judge and Mrs Barbara Gentleman, our wonderful steward who did a sterling job throughout the day. </w:t>
      </w:r>
    </w:p>
    <w:p>
      <w:r>
        <w:rPr>
          <w:b w:val="0"/>
          <w:i w:val="0"/>
        </w:rPr>
        <w:t>'Sharon draw an entry of 126 and with 48 absent judged 78 on the day. Her main winners were BIS Mitchell's Afinmore Ardmore, RBIS &amp; BVIS Harmans Lakemeadow Lotus Blossom of Kareldis, BOS Lesley's Steeleigh Blue Print JW, Best Puppy &amp; Best Minor Puppy in Show Haslam's Manorwell Bucksin at Lynquest, Best Special Working in Show Hodge's Ch Naiken Zephyr JW. Best Field Trial in Show Rose's Leospring Diva.'</w:t>
      </w:r>
    </w:p>
    <w:p>
      <w:r>
        <w:rPr>
          <w:b w:val="0"/>
          <w:i w:val="0"/>
        </w:rPr>
        <w:t>Regarding the forthcoming Labrador Club Yearbook Karl Gawthorpe also writes  "The Year Book is still going to be published next year, but sadly we have not yet found a Year Book Editor, so for the time being I  will be dealing with your adverts or enquiries, so please don't hesitate to contact me on  0114 2694089 / 07917645015 or karlgawthorpe71@gmail.com.'</w:t>
      </w:r>
    </w:p>
    <w:p>
      <w:r>
        <w:rPr>
          <w:b w:val="0"/>
          <w:i w:val="0"/>
        </w:rPr>
        <w:t xml:space="preserve">Ann Britton </w:t>
      </w:r>
    </w:p>
    <w:p>
      <w:r>
        <w:rPr>
          <w:b w:val="0"/>
          <w:i w:val="0"/>
        </w:rPr>
        <w:t>01989-720665</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