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- 26/05/2023 - ISSUE"</w:t>
      </w:r>
      <w:r>
        <w:br/>
      </w:r>
      <w:r>
        <w:rPr>
          <w:b w:val="0"/>
          <w:i w:val="0"/>
        </w:rPr>
        <w:br/>
        <w:t>date_original: "26/05/2023 - ISSUE"</w:t>
      </w:r>
      <w:r>
        <w:br/>
      </w:r>
      <w:r>
        <w:rPr>
          <w:b w:val="0"/>
          <w:i w:val="0"/>
        </w:rPr>
        <w:br/>
        <w:t>source_url: "https://www.ourdogs.co.uk/members/breednotes/RetrieverLabradorMain.php"</w:t>
      </w:r>
      <w:r>
        <w:br/>
      </w:r>
      <w:r>
        <w:rPr>
          <w:b w:val="0"/>
          <w:i w:val="0"/>
        </w:rPr>
        <w:br/>
        <w:t>scraped_at: "2026-09-13T15:10:04"</w:t>
      </w:r>
      <w:r>
        <w:br/>
      </w:r>
      <w:r>
        <w:rPr>
          <w:b w:val="0"/>
          <w:i w:val="0"/>
        </w:rPr>
        <w:br/>
        <w:t>word_count: 1471</w:t>
      </w:r>
    </w:p>
    <w:p>
      <w:r>
        <w:t>――――――――――――――――――――――――――――――</w:t>
      </w:r>
    </w:p>
    <w:p>
      <w:r>
        <w:rPr>
          <w:b w:val="0"/>
          <w:i w:val="0"/>
        </w:rPr>
        <w:t>NEWS MEMBERS' AREA SHOP SUBSCRIBE UPCOMING SHOWS MORE</w:t>
      </w:r>
    </w:p>
    <w:p>
      <w:r>
        <w:rPr>
          <w:b w:val="0"/>
          <w:i w:val="0"/>
        </w:rPr>
        <w:t>RETRIEVER LABRADOR</w:t>
      </w:r>
    </w:p>
    <w:p>
      <w:r>
        <w:rPr>
          <w:b w:val="0"/>
          <w:i w:val="0"/>
        </w:rPr>
        <w:t>Issue: 26/05/2023</w:t>
      </w:r>
    </w:p>
    <w:p>
      <w:r>
        <w:rPr>
          <w:b w:val="0"/>
          <w:i w:val="0"/>
        </w:rPr>
        <w:t>There has obviously been much discussion in the press and online about the pros and cons of the KC changes to the requirements for making up a Show Champion  after July 2023; 3 CCs or 2 CCs plus 5 RCCs.  Some say it will devalue the champion status, others are just thrilled to make up a champion any way available. In some numerically small breeds itÃ¢â‚¬â„¢s very much easier than in breeds like ours.  Let me know your thoughts for discussion especially where competition is so much greater than other CC breeds.</w:t>
      </w:r>
    </w:p>
    <w:p>
      <w:r>
        <w:rPr>
          <w:b w:val="0"/>
          <w:i w:val="0"/>
        </w:rPr>
        <w:t xml:space="preserve">My own experience was the pleasure of finally winning a 3rd CC in 1998 with Ch Bowstones Carruthers  (when Labrador entry numbers were huge compared with today). Carruthers won 7CCs in total before being retired, but on the way, before being made up, he won 13RCCs at the time when the Breed Record Holder, Sh Ch Bradking Hugo was amassing his wonderful record of 50CCs. Perhaps I would have been glad to use 5 of those 13 RCCs towards his title. </w:t>
      </w:r>
    </w:p>
    <w:p>
      <w:r>
        <w:rPr>
          <w:b w:val="0"/>
          <w:i w:val="0"/>
        </w:rPr>
        <w:t>I think in the numerically smaller breeds with total show entries of say between 12 and 20 dogs and bitches, judges will probably have to withhold more rather than just rolling out the CC and RCC automatically and wonÃ¢â‚¬â„¢t that cause an unpleasant uproar.</w:t>
      </w:r>
    </w:p>
    <w:p>
      <w:r>
        <w:rPr>
          <w:b w:val="0"/>
          <w:i w:val="0"/>
        </w:rPr>
        <w:t>The May Scottish Kennel Club show was held indoors at Ingleston, Edinburgh. Margaret Brown handled Kirsi Luomanens bitch Tweedledum Time After Time to her third CC. Many congratulations, what a thrill. The judge was Jenny Dobson and from an entry of 136 dogs and bitches the winners were Dog CC : Mrs M McCullochs Sh Ch A Sense of PleasureÃ¢â‚¬â„¢s John Boy To Frewling, Res Dog CC : Mr RI &amp; Mrs P &amp; Miss M Dawson Beskerby Pageant</w:t>
      </w:r>
    </w:p>
    <w:p>
      <w:r>
        <w:rPr>
          <w:b w:val="0"/>
          <w:i w:val="0"/>
        </w:rPr>
        <w:t xml:space="preserve">Bitch CC  and Best of Breed and made upon the day Mrs Kirsi Luomanens Tweedledum Time After Time (ai), Res Bitch CC : Miss R Kleinhans and Marion Hopkinsons Rocheby Hazelberry, Best Puppy : Mr A and Mrs J Metcalfe Baileydale Paint It Black, Best Veteran :  Mr P and Mrs T McCrorys Sh Ch Millroseglen Make My Day With Meadovillabs, Best Special Beginner : Mrs C ThomasonÃ¢â‚¬â„¢s Strathhunker Gabrielle </w:t>
      </w:r>
    </w:p>
    <w:p>
      <w:r>
        <w:rPr>
          <w:b w:val="0"/>
          <w:i w:val="0"/>
        </w:rPr>
        <w:t>With no other news I will recount the succession of niggling occurrences here last week.</w:t>
      </w:r>
    </w:p>
    <w:p>
      <w:r>
        <w:rPr>
          <w:b w:val="0"/>
          <w:i w:val="0"/>
        </w:rPr>
        <w:t>On a bright sunny Sunday, I went to a local Terrier open show to support the new younger committee. Arriving at 9am I sat ringside enjoying watching and learning about other terrier breeds including the utterly charming Bedlington Terriers successfully shown by former Labrador exhibitor Yvonne Bannister. Two hours later, around 11am my Jack Russell Terrier breed was called. A poor entry with only five entered in three or four classes and two absent. So a total of two others present in earlier classes and me alone in my Open class. I went into the ring for the Open class  to be told by the lady steward Ã¢â‚¬Å"You cant come in. This is Best of Breed!Ã¢â‚¬Â</w:t>
      </w:r>
    </w:p>
    <w:p>
      <w:r>
        <w:rPr>
          <w:b w:val="0"/>
          <w:i w:val="0"/>
        </w:rPr>
        <w:t xml:space="preserve">Me -Ã¢â‚¬Å"Huh? How come? What happened to OpenÃ¢â‚¬Â. </w:t>
      </w:r>
    </w:p>
    <w:p>
      <w:r>
        <w:rPr>
          <w:b w:val="0"/>
          <w:i w:val="0"/>
        </w:rPr>
        <w:t>Steward- Ã¢â‚¬Å" No one was here!Ã¢â‚¬Â.</w:t>
      </w:r>
    </w:p>
    <w:p>
      <w:r>
        <w:rPr>
          <w:b w:val="0"/>
          <w:i w:val="0"/>
        </w:rPr>
        <w:t>Me- Ã¢â‚¬Å" I was standing right here at the ring entrance waiting to come in. IÃ¢â‚¬â„¢ve been sitting ringside with my Jack Russell entered in Open for two hours, since 9am, three metres from you and the judges table.  I certainly am here!Ã¢â‚¬Â</w:t>
      </w:r>
    </w:p>
    <w:p>
      <w:r>
        <w:rPr>
          <w:b w:val="0"/>
          <w:i w:val="0"/>
        </w:rPr>
        <w:t xml:space="preserve">Ã¢â‚¬Å" Well youÃ¢â‚¬â„¢re too late. I calledÃ¢â‚¬Â ( from 3 metres it certainly must have been a minimalist whisper). Ã¢â‚¬Å"YouÃ¢â‚¬â„¢ve missed it. You canÃ¢â‚¬â„¢t come in!Ã¢â‚¬Â </w:t>
      </w:r>
    </w:p>
    <w:p>
      <w:r>
        <w:rPr>
          <w:b w:val="0"/>
          <w:i w:val="0"/>
        </w:rPr>
        <w:t>What could I do? I shrugged ironically and burst out laughing it was such a farce.</w:t>
      </w:r>
    </w:p>
    <w:p>
      <w:r>
        <w:rPr>
          <w:b w:val="0"/>
          <w:i w:val="0"/>
        </w:rPr>
        <w:t xml:space="preserve">I certainly never heard her call, but it transpired no one else had heard her either. IÃ¢â‚¬â„¢ve never missed a class in a lifetime of showing. </w:t>
      </w:r>
    </w:p>
    <w:p>
      <w:r>
        <w:rPr>
          <w:b w:val="0"/>
          <w:i w:val="0"/>
        </w:rPr>
        <w:t xml:space="preserve">All those terrier folk ringside with other breeds, who had utterly fallen for MabelÃ¢â‚¬â„¢s charms during the wait, then strongly disagreed that the class had ever been called. They were astounded and wanted to voice their opinion and complain loudly on my behalf. </w:t>
      </w:r>
    </w:p>
    <w:p>
      <w:r>
        <w:rPr>
          <w:b w:val="0"/>
          <w:i w:val="0"/>
        </w:rPr>
        <w:t>I said Ã¢â‚¬Å"Thank youÃ¢â‚¬Â, but not to botherÃ¢â‚¬Â,  winning a class of 1 isnÃ¢â‚¬â„¢t exactly earth shattering and really what did  it matter? It really annoys me when folk announce on Facebook that they won at such and such a show and all their followers give hoorays and lavish praise. Later it comes to light they were the only one in their class. ThatÃ¢â‚¬â„¢s rather stretching the truth surely.  So I was banned from entering the ring, the lady steward claiming I had missed the Open  class, which had no exhibits in, and Best of Breed was following next.</w:t>
      </w:r>
    </w:p>
    <w:p>
      <w:r>
        <w:rPr>
          <w:b w:val="0"/>
          <w:i w:val="0"/>
        </w:rPr>
        <w:t>Shows are meant to be fun. Is that the way to encourage new people (as she clearly thought I was) to dog shows?</w:t>
      </w:r>
    </w:p>
    <w:p>
      <w:r>
        <w:rPr>
          <w:b w:val="0"/>
          <w:i w:val="0"/>
        </w:rPr>
        <w:t xml:space="preserve">Few there knew I had a lifetime showing and breeding dogs, that I sat on the KC Show Exec Committee for very many years, judged at Ch level here and internationally and for decades organised several of the championship shows they attend. It appeared from the stewardÃ¢â‚¬â„¢s brusque, curt dismissal, I was just an annoying utterly inexperienced aged know-nothing. I certainly didnÃ¢â‚¬â„¢t enlighten her afterwards. </w:t>
      </w:r>
    </w:p>
    <w:p>
      <w:r>
        <w:rPr>
          <w:b w:val="0"/>
          <w:i w:val="0"/>
        </w:rPr>
        <w:t xml:space="preserve">I carried on smiling and packed up Mabel and my belongings from the ringside! What else could I do? No point in getting cross. </w:t>
      </w:r>
    </w:p>
    <w:p>
      <w:r>
        <w:rPr>
          <w:b w:val="0"/>
          <w:i w:val="0"/>
        </w:rPr>
        <w:t xml:space="preserve">With attitudes like that though, itÃ¢â‚¬â„¢s no wonder Open shows are poorly supported . I shall certainly not be returning for more,  instead I went  to visit a pals wonderfully interesting colourful garden and enjoyed coffee outdoors in the sunshine. That was only day 1 of a bad week! </w:t>
      </w:r>
    </w:p>
    <w:p>
      <w:r>
        <w:rPr>
          <w:b w:val="0"/>
          <w:i w:val="0"/>
        </w:rPr>
        <w:t>The next day I was informed my credit card had  been cloned and used in some fish (or fishy or phishing) restaurant in  America. The house phone was continually ringing and the morning and afternoon passed with a bombardment of texts, mobile phone calls and messages  claiming  to come from the bank and to ring a quoted number. Well we all know how to interpret these as scams; ignore them and delete. So I did just that.  Turned out far from being spam, they were very much genuine calls from the bank.  If this happens to you, ring the number on the back of the credit card, which phone number Google will tell you is the bank fraud department number, although it also points out it can sometimes be used by scammers! Utter confusion. Two days of worry, the card is now cancelled and a week later I am still waiting for my new replacement card but at least IÃ¢â‚¬â„¢m not now out of pocket.</w:t>
      </w:r>
    </w:p>
    <w:p>
      <w:r>
        <w:rPr>
          <w:b w:val="0"/>
          <w:i w:val="0"/>
        </w:rPr>
        <w:t>Continuing the bad vibes, with the card worry finally sorted with the bank at 6am the following morning, after a sleepless night,  I decided to start the day with a warm relaxing bath. Ran the water, stepped into the water and jumped out like a shot. Stone cold water. The boiler had clearly packed up, so no hot water! Plumber duly arrived on two days and luckily after several attempts, the boiler has now been  mended.</w:t>
      </w:r>
    </w:p>
    <w:p>
      <w:r>
        <w:rPr>
          <w:b w:val="0"/>
          <w:i w:val="0"/>
        </w:rPr>
        <w:t>On Thursday I had a business meeting at home. The lady visiting me was unusually delayed. The bad vibes were still circulating! Her car had a puncture on the way here. I thought well letÃ¢â‚¬â„¢s hope for a more peaceful weekend and set about planting out the carefully grown geraniums etc  I had nurtured through the winter. The finished troughs looked so colourful and lovely. Sadly there must have been bonemeal in the compost or some other thing that Labradors find delicious. I later found the precious plants pulled up and discarded around the terrace and great holes of munched up  soil missing from the troughs.</w:t>
      </w:r>
    </w:p>
    <w:p>
      <w:r>
        <w:rPr>
          <w:b w:val="0"/>
          <w:i w:val="0"/>
        </w:rPr>
        <w:t xml:space="preserve">Hooray for Croft Puppy pen panels which now surround the plant troughs until the few replaced, now rather battered,  plants take root once more.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