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- 27/02/2015 - ISSUE"</w:t>
      </w:r>
      <w:r>
        <w:br/>
      </w:r>
      <w:r>
        <w:rPr>
          <w:b w:val="0"/>
          <w:i w:val="0"/>
        </w:rPr>
        <w:br/>
        <w:t>date_original: "27/02/2015 - ISSUE"</w:t>
      </w:r>
      <w:r>
        <w:br/>
      </w:r>
      <w:r>
        <w:rPr>
          <w:b w:val="0"/>
          <w:i w:val="0"/>
        </w:rPr>
        <w:br/>
        <w:t>source_url: "https://www.ourdogs.co.uk/members/breednotes/RetrieverLabradorMain.php"</w:t>
      </w:r>
      <w:r>
        <w:br/>
      </w:r>
      <w:r>
        <w:rPr>
          <w:b w:val="0"/>
          <w:i w:val="0"/>
        </w:rPr>
        <w:br/>
        <w:t>scraped_at: "2026-09-13T15:32:08"</w:t>
      </w:r>
      <w:r>
        <w:br/>
      </w:r>
      <w:r>
        <w:rPr>
          <w:b w:val="0"/>
          <w:i w:val="0"/>
        </w:rPr>
        <w:br/>
        <w:t>word_count: 546</w:t>
      </w:r>
    </w:p>
    <w:p>
      <w:r>
        <w:t>――――――――――――――――――――――――――――――</w:t>
      </w:r>
    </w:p>
    <w:p>
      <w:r>
        <w:rPr>
          <w:b w:val="0"/>
          <w:i w:val="0"/>
        </w:rPr>
        <w:t>NEWS MEMBERS' AREA SHOP SUBSCRIBE UPCOMING SHOWS MORE</w:t>
      </w:r>
    </w:p>
    <w:p>
      <w:r>
        <w:rPr>
          <w:b w:val="0"/>
          <w:i w:val="0"/>
        </w:rPr>
        <w:t>RETRIEVER LABRADOR</w:t>
      </w:r>
    </w:p>
    <w:p>
      <w:r>
        <w:rPr>
          <w:b w:val="0"/>
          <w:i w:val="0"/>
        </w:rPr>
        <w:t>Issue: 27/02/2015</w:t>
      </w:r>
    </w:p>
    <w:p>
      <w:r>
        <w:rPr>
          <w:b w:val="0"/>
          <w:i w:val="0"/>
        </w:rPr>
        <w:t>There has been much internet talk of late regarding unrecognised silver Labradors. Well, five minutes after I returned  to my nice clean and tidy home from an Open show the other day, I found to my horror that I too now had Labradors of an unrecognisable new colour.</w:t>
      </w:r>
    </w:p>
    <w:p>
      <w:r>
        <w:rPr>
          <w:b w:val="0"/>
          <w:i w:val="0"/>
        </w:rPr>
        <w:t>Never mind the silversâ€¦I had the "instant black and tan" Labrador. This colour-change instigated by my formerly, near fox-red young bitch who now happily sported a smiley jet black face, black legs, plentifully covered black feet and tummy. Lovely dripping black otter tail, combined with a deep fox red upper head, neck and torso.</w:t>
      </w:r>
    </w:p>
    <w:p>
      <w:r>
        <w:rPr>
          <w:b w:val="0"/>
          <w:i w:val="0"/>
        </w:rPr>
        <w:t>The dog-room floor was a lake of black goo. What on earth had happened?</w:t>
      </w:r>
    </w:p>
    <w:p>
      <w:r>
        <w:rPr>
          <w:b w:val="0"/>
          <w:i w:val="0"/>
        </w:rPr>
        <w:t>Then I saw.</w:t>
      </w:r>
    </w:p>
    <w:p>
      <w:r>
        <w:rPr>
          <w:b w:val="0"/>
          <w:i w:val="0"/>
        </w:rPr>
        <w:t>She had managed in the five minutes she had been home from the show, to slide open the shoe cleaning drawer, something which no other dog has done in the past twenty years.</w:t>
      </w:r>
    </w:p>
    <w:p>
      <w:r>
        <w:rPr>
          <w:b w:val="0"/>
          <w:i w:val="0"/>
        </w:rPr>
        <w:t>She had then extracted a few shoe shining brushes which she chewed up, and spat out the bristles, but the final and best of all prize was a new squeezy bottle of black instant wax liquid shoe shine polish!</w:t>
      </w:r>
    </w:p>
    <w:p>
      <w:r>
        <w:rPr>
          <w:b w:val="0"/>
          <w:i w:val="0"/>
        </w:rPr>
        <w:t>Once she had removed the foam applicator top, (which luckily I later found discarded in a black wax splattered dog bed), her artistic talents knew no bounds!</w:t>
      </w:r>
    </w:p>
    <w:p>
      <w:r>
        <w:rPr>
          <w:b w:val="0"/>
          <w:i w:val="0"/>
        </w:rPr>
        <w:t>Thrown through the air all about the room and retrieved frequently and re-thrown, the polish container disgorged its contents liberally on every single surface.</w:t>
      </w:r>
    </w:p>
    <w:p>
      <w:r>
        <w:rPr>
          <w:b w:val="0"/>
          <w:i w:val="0"/>
        </w:rPr>
        <w:t>What a great prank for a 15 month old Labrador. Far better than being poked and prodded at a boring dog show!</w:t>
      </w:r>
    </w:p>
    <w:p>
      <w:r>
        <w:rPr>
          <w:b w:val="0"/>
          <w:i w:val="0"/>
        </w:rPr>
        <w:t>The dog beds, bedding, floors, cupboards and walls were covered in thick black running, liquid wax.</w:t>
      </w:r>
    </w:p>
    <w:p>
      <w:r>
        <w:rPr>
          <w:b w:val="0"/>
          <w:i w:val="0"/>
        </w:rPr>
        <w:t>As the game finally  came to a close, she threw away the bottle with great gusto, flopped down on the now thoroughly sticky floor and let the rest of the black goo seep out of the bottle, right behind the door, so there was no way for me to get into the room without spreading the black liquid even further. What a mess!</w:t>
      </w:r>
    </w:p>
    <w:p>
      <w:r>
        <w:rPr>
          <w:b w:val="0"/>
          <w:i w:val="0"/>
        </w:rPr>
        <w:t>Of course once she saw me, she happily jumped over her mother, who was in the same room covering her in the black stuff, to get to the half door to say "Hello" to me "look what I've done. Aren't I really, really clever? I've decorated the room."</w:t>
      </w:r>
    </w:p>
    <w:p>
      <w:r>
        <w:rPr>
          <w:b w:val="0"/>
          <w:i w:val="0"/>
        </w:rPr>
        <w:t>So, for a few hours for once in my life I was "fashionable". I had two "black and tan" Labradors and a black tiled floor.</w:t>
      </w:r>
    </w:p>
    <w:p>
      <w:r>
        <w:rPr>
          <w:b w:val="0"/>
          <w:i w:val="0"/>
        </w:rPr>
        <w:t>Home and hounds restored to normal after a few hours hard work with scrubbing brush and hot water. They say these things keep you young!</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