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- 22 Aug 2008"</w:t>
      </w:r>
      <w:r>
        <w:br/>
      </w:r>
      <w:r>
        <w:rPr>
          <w:b w:val="0"/>
          <w:i w:val="0"/>
        </w:rPr>
        <w:br/>
        <w:t>date_original: "22 Aug 2008"</w:t>
      </w:r>
      <w:r>
        <w:br/>
      </w:r>
      <w:r>
        <w:rPr>
          <w:b w:val="0"/>
          <w:i w:val="0"/>
        </w:rPr>
        <w:br/>
        <w:t>source_url: "https://www.ourdogs.co.uk/members/breednotes/2008/RetrieverLabrador/RetrieverLabrador-aug22.htm"</w:t>
      </w:r>
      <w:r>
        <w:br/>
      </w:r>
      <w:r>
        <w:rPr>
          <w:b w:val="0"/>
          <w:i w:val="0"/>
        </w:rPr>
        <w:br/>
        <w:t>archive_type: "static_html"</w:t>
      </w:r>
      <w:r>
        <w:br/>
      </w:r>
      <w:r>
        <w:rPr>
          <w:b w:val="0"/>
          <w:i w:val="0"/>
        </w:rPr>
        <w:br/>
        <w:t>scraped_at: "2026-09-13T22:04:12"</w:t>
      </w:r>
      <w:r>
        <w:br/>
      </w:r>
      <w:r>
        <w:rPr>
          <w:b w:val="0"/>
          <w:i w:val="0"/>
        </w:rPr>
        <w:br/>
        <w:t>word_count: 1872</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Perhaps there should be a prize of a relaxing holiday for all those who survive the current hectic championship show programme. This year Gundogs do seem to have picked the short straw in having several of their championship show days on Mondays, Wednesdays or Fridays and not at the weekend. This means slower travelling to the venues, often for 9am starts, on busy roads with all the work traffic. Perhaps class start time might be reviewed with this in mind in future; we get up at 4am, rush to the venue for 9am and then, with the smaller entries of current times, its all over and done with by lunchtime.</w:t>
      </w:r>
    </w:p>
    <w:p>
      <w:r>
        <w:rPr>
          <w:b w:val="0"/>
          <w:i w:val="0"/>
        </w:rPr>
        <w:t>Following on from Paignton, midweek on 6th August, Gundogs at Bournemouth were on Monday 11th August. Our judges were Mrs Diana Beckett (Dogs) and Mrs Marlene Taylor (Bitches) with a joint entry of 192. The weather was mixed with most of the judging outside on some pretty uneven ground. There was just one short spell when we adjourned to the wet weather accommodation, but it was outside again for the challenge and Best of Breed judging.</w:t>
      </w:r>
    </w:p>
    <w:p>
      <w:r>
        <w:rPr>
          <w:b w:val="0"/>
          <w:i w:val="0"/>
        </w:rPr>
        <w:t>In the Dog ring Erica Jayes and Mr Garner Anthony’s black dog, Sandylands Pressed for Time (Sh Ch Rockabee Blue Peter at Sandylands x Rocheby Purple Shades at Sandylands) won his 2nd CC from the Junior class. The Dog RCC was won by another from the same Junior class, David Coodes yellow Warringah’s Tennants Creek (Sh Ch DolwenThomas Charles x Warringah’s Karalee).</w:t>
      </w:r>
    </w:p>
    <w:p>
      <w:r>
        <w:rPr>
          <w:b w:val="0"/>
          <w:i w:val="0"/>
        </w:rPr>
        <w:t>Marion and David Hopkinson are certainly having a wonderfully successful time at the moment. After two Gundog Group 1 wins, (Leeds and East of England) with the yellow dog, Sh Ch Silver Suede of Rocheby, their yellow Yearling bitch, Rocheby Spun Silk (Rocheby State Occasion x Rocheby Georgette) won her first CC and Best of Breed at Bournemouth under Marlene Taylor. The Bitch RCC went to Marlene Heppers black, Mardas Venetian Fanfare (Greenworth Vincent O’Brien at Mardas x Mardas Shooting Star).</w:t>
      </w:r>
    </w:p>
    <w:p>
      <w:r>
        <w:rPr>
          <w:b w:val="0"/>
          <w:i w:val="0"/>
        </w:rPr>
        <w:t>Best Puppy was Claire and Chris Mills yellow dog, Sandylands Toy Boy At Lembas (Sandylands Gentle Touch at Lembas x Sh Ch Sandylands Wait Awhile), who was also 3rd on the day in the Puppy Group under Mr Martin Freeman. Well done.</w:t>
      </w:r>
    </w:p>
    <w:p>
      <w:r>
        <w:rPr>
          <w:b w:val="0"/>
          <w:i w:val="0"/>
        </w:rPr>
        <w:t>Two days later, midweek, the United Retriever Championship show was held at Malvern; for us a sigh of relief as, thank goodness, it is only 25 minutes away and we could stay in bed a little bit longer, although there was a 9am start. As the weather was monsoon-wet outside, all judging was indoors. From an entry of 190, Dog judge, Karl Gawthorpe, and Bitch judge, Keith Young, awarded Best of Breed to the Allen family’s yellow, Allenies Maverick JW ShCM ShCM (Allenies MacCallum JW x Allenies Graceful) who had won his third CC to much ringside cheering and support. Maverick is the 6th Labrador champion of 2008. Popular exhibitor, Anthony Allen, has been amassing CCs and RCCs in several Gundog breeds recently and Maverick is the Allen family’s first Labrador to become a champion since their yellow, Sh Ch Squire Harvey of Allenie in the 1980s. Many congratulations to you all.</w:t>
      </w:r>
    </w:p>
    <w:p>
      <w:r>
        <w:rPr>
          <w:b w:val="0"/>
          <w:i w:val="0"/>
        </w:rPr>
        <w:t>The Dog RCC went to Mr and Mrs Batty’s yellow, Steeleigh Truly Willing At Bradwill (Rocheby Old Smokey x Steeleigh Worth the Wait JW). In the Bitch ring Marion Hopkinson won a quick 2nd CC with her yellow Yearling, Rocheby Spun Silk. The Bitch RCC was won by my own 4 year old black, Llanstinan Morwenna of Bowstones, (Sh Ch Llanstinan Llewelyn x Llanstinan Crumpet) winner of the Open class. Best Puppy was Margaret Sidaways yellow Martintide Bric A Brac who was Reserve Best Puppy in Show under BIS judge, Carole Coode. Many congratulations.</w:t>
      </w:r>
    </w:p>
    <w:p>
      <w:r>
        <w:rPr>
          <w:b w:val="0"/>
          <w:i w:val="0"/>
        </w:rPr>
        <w:t>Diana Stevens - WT Secretary of KSSLRC writes “On Thursday 7th August the working side of the KSSLRC ran a gundog training day geared completely towards complete beginners and those wishing to train for their Show Gundog Working Certificate at Popes Oak Farm near Horsham in West Sussex. Demand for places was high, and it was decided that we would split the 32 trainees into 4 groups - two groups who had no experience at all of gundog work and wished for a 'training taster day' and two groups who have been gundog training previously and had a little more proficiency. One of these two more advanced groups were taken by Joy Venturi Rose (Leospring) and all trainees are directly aiming to run in their SGWC in the next year or two. The other more advanced group, taken by Jean Simmonds, had basic gundog skills and wished to move further forward with young or novice dogs.</w:t>
      </w:r>
    </w:p>
    <w:p>
      <w:r>
        <w:rPr>
          <w:b w:val="0"/>
          <w:i w:val="0"/>
        </w:rPr>
        <w:t>The weather was extremely kind to us all with plenty of cloud cover in the morning and sunshine in the afternoon, and that, coupled with the fantastic facilities that Popes Oak Farm offers with 4 large lakes, open grassland, ditches, grassy rides and cover crops made for a day which, so far, we have had lots of positive feedback on.</w:t>
      </w:r>
    </w:p>
    <w:p>
      <w:r>
        <w:rPr>
          <w:b w:val="0"/>
          <w:i w:val="0"/>
        </w:rPr>
        <w:t>One of the beginner group trainers, Eileen Ayling (Meadowmill) did a fascinating demonstration of Clicker Training using a 13 week old puppy and a three year old dog at lunchtime and all trainees left with certificates of attendance and, hopefully a desire to take their training further, be that gundog, obedience or any other chosen sphere.</w:t>
      </w:r>
    </w:p>
    <w:p>
      <w:r>
        <w:rPr>
          <w:b w:val="0"/>
          <w:i w:val="0"/>
        </w:rPr>
        <w:t>Trainees came from far and wide (including Wales, the Midlands and East Anglia) by way of promotion on the club and other Labrador websites showing a real desire for this type of event aimed at those who may not have considered gundog training before. Most were a mixture of show and pet owners and all made the day a great success and something we hope to run again soon. Many thanks to the trainers and, most especially, to Sheila Chesell, who owns Popes Oak Farm. Thank you also to my working subcommittee and all those who came to help the trainers. I hope other Labrador clubs around the country may consider putting on such a day, I am certain there is a great need for them and uptake will be good.”</w:t>
      </w:r>
    </w:p>
    <w:p>
      <w:r>
        <w:rPr>
          <w:b w:val="0"/>
          <w:i w:val="0"/>
        </w:rPr>
        <w:t>One of those who attended the day was Lucy Earp (Wickwhistle), who writes “We've only been showing and gundog training for a year but both Ria and I have been welcomed into the breed with open arms by everyone - we can't wait until our next outing to see all our new friends, human and canine alike! What a super day we had at the Kent Surrey and Sussex Labrador Retriever Club SGWC training day at the fantastic venue of Popes Oak Farm, West Sussex. It was organised by Diana Stevens and her merry band of helpers including Mark Toublic and Brenda Cox to name a couple - many thanks must go to them all, as without their help it wouldn't have been possible.</w:t>
      </w:r>
    </w:p>
    <w:p>
      <w:r>
        <w:rPr>
          <w:b w:val="0"/>
          <w:i w:val="0"/>
        </w:rPr>
        <w:t>Ria (Abbeystead Aria at Wickwhistle) and I were in Joy Venturi Rose's novice group which consisted of dogs and handlers that had done some gundog training previously and were working towards taking their SGWC in the Winter or folks wishing to take their basic gundog skills further to enable them to compete in NDNH working tests or towards having a steady and useful shooting companion. I would really like to thank Joy as she was totally lovely, supportive, patient and filled us all with passion and enthusiasm about working our show dogs. Ria and I overcame some training problems we had been experiencing and that was all due to Joy's help. Everyone in our group had a fantastic day.</w:t>
      </w:r>
    </w:p>
    <w:p>
      <w:r>
        <w:rPr>
          <w:b w:val="0"/>
          <w:i w:val="0"/>
        </w:rPr>
        <w:t>There were also a couple of other groups which consisted of folks who were total beginners to gundog training - the reports coming from them at the end of the day while we enjoyed Brenda's yummy scones and cakes were also that they had had a brilliant day!”</w:t>
      </w:r>
      <w:r>
        <w:br/>
      </w:r>
      <w:r>
        <w:rPr>
          <w:b w:val="0"/>
          <w:i w:val="0"/>
        </w:rPr>
        <w:br/>
        <w:t>Thank you for this report Lucy.</w:t>
      </w:r>
    </w:p>
    <w:p>
      <w:r>
        <w:rPr>
          <w:b w:val="0"/>
          <w:i w:val="0"/>
        </w:rPr>
        <w:t>It was also good to hear that Lucy Earp had purchased and is enjoying the late Jean Henwood's yearbooks and hipscore records, which we talked about in these breed notes earlier in the year. Lucy said “Although I never met Jean, I hope she would be pleased that her books have come to someone who will benefit massively from them and look after them and treasure them forever. I would like to thank Carolyn Burrows (Caranbe), who organised getting the books to me via Maria and Gordon Fox (Treburrow), and Rachel Williams (Millerdan), who transported them across the country from Cornwall up to Northampton via the show circuit - it is very much appreciated.</w:t>
      </w:r>
    </w:p>
    <w:p>
      <w:r>
        <w:rPr>
          <w:b w:val="0"/>
          <w:i w:val="0"/>
        </w:rPr>
        <w:t>Mr and Mrs Dawsons,9 month old Black Puppy Bitch, Ycart Nightflight Kite at Beskerby, bred by Tracy Butler (Ycart Klassic Krake at Brantjoy x Ycart Icy Morning Osprey) has been having a most successful time. Best Puppy Bitch at Border Union in June, on 2nd August, she won Puppy Bitch at National Gundog and the very next day won Best Labrador Puppy and Puppy Group 1 at York District Canine. Well done.</w:t>
      </w:r>
    </w:p>
    <w:p>
      <w:r>
        <w:rPr>
          <w:b w:val="0"/>
          <w:i w:val="0"/>
        </w:rPr>
        <w:t>Ann Britton</w:t>
      </w:r>
      <w:r>
        <w:br/>
      </w:r>
      <w:r>
        <w:rPr>
          <w:b w:val="0"/>
          <w:i w:val="0"/>
        </w:rPr>
        <w:br/>
        <w:t>01989 720665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