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- 13 Feb 2009"</w:t>
      </w:r>
      <w:r>
        <w:br/>
      </w:r>
      <w:r>
        <w:rPr>
          <w:b w:val="0"/>
          <w:i w:val="0"/>
        </w:rPr>
        <w:br/>
        <w:t>date_original: "13 Feb 2009"</w:t>
      </w:r>
      <w:r>
        <w:br/>
      </w:r>
      <w:r>
        <w:rPr>
          <w:b w:val="0"/>
          <w:i w:val="0"/>
        </w:rPr>
        <w:br/>
        <w:t>source_url: "https://www.ourdogs.co.uk/members/breednotes/2009/RetrieverLabrador/RetrieverLabrador-feb13.htm"</w:t>
      </w:r>
      <w:r>
        <w:br/>
      </w:r>
      <w:r>
        <w:rPr>
          <w:b w:val="0"/>
          <w:i w:val="0"/>
        </w:rPr>
        <w:br/>
        <w:t>archive_type: "static_html"</w:t>
      </w:r>
      <w:r>
        <w:br/>
      </w:r>
      <w:r>
        <w:rPr>
          <w:b w:val="0"/>
          <w:i w:val="0"/>
        </w:rPr>
        <w:br/>
        <w:t>scraped_at: "2026-09-13T22:01:59"</w:t>
      </w:r>
      <w:r>
        <w:br/>
      </w:r>
      <w:r>
        <w:rPr>
          <w:b w:val="0"/>
          <w:i w:val="0"/>
        </w:rPr>
        <w:br/>
        <w:t>word_count: 1515</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Having prepared several weeks of breed notes well in advance to cover my holiday break, I see on my return that I got the 2008 Top Puppy winners completely wrong. My apologies. Congratulations to last years joint winners, Chris and Claire Mills’ yellow dog Sandylands Toy Boy at Lembas and Fiona Braddons black dog Trendlewood Only to Fly, two lovely youngsters who must have exciting futures ahead.</w:t>
      </w:r>
    </w:p>
    <w:p>
      <w:r>
        <w:rPr>
          <w:b w:val="0"/>
          <w:i w:val="0"/>
        </w:rPr>
        <w:t>The following should have appeared in last weeks notes but somehow got lost in the ether!</w:t>
      </w:r>
      <w:r>
        <w:br/>
      </w:r>
      <w:r>
        <w:rPr>
          <w:b w:val="0"/>
          <w:i w:val="0"/>
        </w:rPr>
        <w:br/>
        <w:t>To finally complete the CC winners of 2008, here are the Labrador Bitch CC details, which are set out alphabetically by the owners name within each group of numerical CC’s. 21 Bitches shared the CC’s.</w:t>
      </w:r>
    </w:p>
    <w:p>
      <w:r>
        <w:rPr>
          <w:b w:val="0"/>
          <w:i w:val="0"/>
        </w:rPr>
        <w:t>Top Bitch winning 4CC’s and 3BOB. Brown family’s yellow Sh Ch Alanwood Spring Breeze over Ramsayville (Greenworth Odds Against x Alanwood Lady Jasmine). Boston ; SKC - BOB; Yellow Lab- BIS; N and Durham LRC - BIS. 4CC’s 2BOB Miss G Baillie yellow, Sh Ch Cambremer Ocean Breeze By Kilstron Sh CM (Tullochmohr Titanic at Kilstron x Blackfyne Swing n Time at Cambremer). City of Birmingham; Richmmond –BOB; North West LRC; Gundog Society Wales - BOB. Judith Charlton’s yellow, Sh Ch Foxrush Ovaltine (Rocheby Old Smokey x Sh Ch Foxrush Giselle). Bath-BOB; S Counties –BOB; Leeds. 3CC’s 3BOB Angela Williams and David Craig’s black, Sh Ch Foulby Buttons And Bows (Sh Ch Sudeo Chevalier of Ramsayville x Foulby Paper Lace). Lab Club Scotland –BIS; Paignton –BOB; Belfast - BOB. 3CC’s 2BOB Sadie Holliday and Robert Auld’s Sh Ch Lindall Strawberry Cream with Farbrae JW (Rocheby Old Smokey x Lindall Russian Rhythm). Manchester ;Crufts –BOB; SKC -BOB. 3CC and 1 BOB Margaret Litherland. chocolate, Sh Ch Trofarth Sian to Oakhouse (Oakhouse Medydd Menfryn x Trofarth Llinos). Lab Club N Ireland - BIS; Midland Counties CA; W of Eng Lab Club. 2CC’s and 2BOB. Sue Marskells black, Sh Ch Moons Magic Star JW (Lembas to the Moon and Back x Berolee Black Magic).</w:t>
      </w:r>
    </w:p>
    <w:p>
      <w:r>
        <w:rPr>
          <w:b w:val="0"/>
          <w:i w:val="0"/>
        </w:rPr>
        <w:t>Lab Club –BIS; SWKA -BOB. 2CC and 1 BOB Anne Taylor’s black bitch Ch Fabracken Remember Me. (Steeleigh American Express x Fabracken Pure Meadow Brown) WELKS, Windsor – BOB. Marion Hopkinsons yellow Rocheby Spun Silk (Rocheby State Occasion x Rocheby Georgette) URC ; Bournemouth -BOB. 1CC and 1 BOB Mr and Mrs Cadmans yellow, Angelpoise Alexandria (Ch Carpenny Anchorman x Crawcrook FireFly of Anglepoise) Blackpool -BOB. Mr and Mrs Cadman yellow Anglepoise Annabelle (Ch Carpenny Anchorman x Crawcrook FireFly of Anglepoise) Driffield -BOB. Mesdames Dodd and Holt yellow Sh Ch Eneleon Amber (Cricklecreek Cruising Along x Trendlewood Ruby Tuesday) National Gundog -BOB. Miss C Ivers. yellow Irish Sh Ch Philipstown Liscoda (Trofarth Thomas to Oakhouse x Donny) Cots and Wye LRC -BIS. Hodge Family black, Ch Naiken Russian Rhythm (Sh Ch Ramsayville Rogue Trader x Naiken Old Curiosity). KSS LRC -BIS. Ronwein Phillips, yellow, Shardanell Blue Ribbon at Sheenaron (Keenes Blueprint JW x Sheenaron Merry Holliberi for Shardanell).</w:t>
      </w:r>
    </w:p>
    <w:p>
      <w:r>
        <w:rPr>
          <w:b w:val="0"/>
          <w:i w:val="0"/>
        </w:rPr>
        <w:t>Welsh Lab - BIS. 1CC Miss V Artingstall yellow, Hightrevoran Honeysuckle (Sh Ch Tapeatom Gadding Around at Sandylands x Hightrevoran Out of the Blue). National DS. Allen and Guildfords yellow Harrop Canasta at Mandursan (Allenies Macallum x Carromer Imogen of Allenie) E of England David Coodes yellow Ch Warringah’s Bunya (Ch Warringah’s Digger x Warringah’s Bunyip) Border Union. Moira Greenwoods yellow Harrop Happy Valentine (Rocheby Statesman x On the Horizon to Harrop), 3 Ridings. Audrey Hallums black Keenes Betty Boo JW B(Keenes Moonwalk JWx Keenes Betty Boothroyd JW) 3 Counties. Marlene Heppers black, Mardas Vanity Fair JW (Greenworth Vincent O’Brian at Mardas x Mardas Shooting Star) EA Lab.</w:t>
      </w:r>
    </w:p>
    <w:p>
      <w:r>
        <w:rPr>
          <w:b w:val="0"/>
          <w:i w:val="0"/>
        </w:rPr>
        <w:t>Marlene Heppers black, Mardas Venetian Fanfare (Greenworth Vincent O’Brian at Mardas x Mardas Shooting Star)Gundog Breeds of Scotland. Allan Taylors. black, Sandylands Pandora (Sh Ch Rockabee Blue Peter of Sandylands x Rocheby Purple Shades of Sandylands). WKC. Denise Timms yellow Remabeto Cherry Pip at Lejie (Rocheby Old Smokey x Lejie Sweet Medicine). LKA.</w:t>
      </w:r>
    </w:p>
    <w:p>
      <w:r>
        <w:rPr>
          <w:b w:val="0"/>
          <w:i w:val="0"/>
        </w:rPr>
        <w:t>That completes the records for 2008 CC winners. Many congratulations to you all.</w:t>
      </w:r>
      <w:r>
        <w:br/>
      </w:r>
      <w:r>
        <w:rPr>
          <w:b w:val="0"/>
          <w:i w:val="0"/>
        </w:rPr>
        <w:br/>
        <w:t>Di Stevens will run a 20/20 Optigen clinic in conjunction with the Utility Gundog Society on April 3rd 2009. This will mean all bloods to be sent to her by Wednesday April 1st.</w:t>
      </w:r>
    </w:p>
    <w:p>
      <w:r>
        <w:rPr>
          <w:b w:val="0"/>
          <w:i w:val="0"/>
        </w:rPr>
        <w:t>As per Di’s previous clinics, this will be arranged where folks book their own Optigen tests online, with written direction from Di and her discount code to tap in on the payment page, then get their own blood taken at their own vets and mailed to Di. She will then pack everything up on the afternoon of Thursday 2nd April and Fedex it overnight to the States, in time for the clinic on the Friday.</w:t>
      </w:r>
    </w:p>
    <w:p>
      <w:r>
        <w:rPr>
          <w:b w:val="0"/>
          <w:i w:val="0"/>
        </w:rPr>
        <w:t>Blood samples and original Optigen test forms will need to be with Di, ideally by Tuesday 31st March, or definitely by Wednesday 1st April AT THE LATEST - so do ensure the blood is EITHER taken on the Friday or the Saturday before and stored in your fridge over the weekend, OR taken on Monday and mailed to Di via registered next day post. For more information contact Di Stevens on wylanbriarlabs@aol.com or tel 01903 755963 mob 0771 4458944.</w:t>
      </w:r>
    </w:p>
    <w:p>
      <w:r>
        <w:rPr>
          <w:b w:val="0"/>
          <w:i w:val="0"/>
        </w:rPr>
        <w:t>A few days later, Di Stevens wrote with further news “I am organising on behalf of the Utility Gundog Society a group CNM testing 'clinic' again with swabs needing to be with me by the 1st week of April. This will be arranged so you can mail them to me with Optigen samples if you like and save yourself some postage should you wish to use my Optigen 20/20 running the same week.</w:t>
      </w:r>
    </w:p>
    <w:p>
      <w:r>
        <w:rPr>
          <w:b w:val="0"/>
          <w:i w:val="0"/>
        </w:rPr>
        <w:t>A CNM testing session is simply for one person to gather as many samples as possible to obtain a vastly reduced rate on the current normal cost of £40.00 per test.</w:t>
      </w:r>
    </w:p>
    <w:p>
      <w:r>
        <w:rPr>
          <w:b w:val="0"/>
          <w:i w:val="0"/>
        </w:rPr>
        <w:t>If we gather 0 - 19 samples - £40 per dog, gather 20 - 49 samples - £32.00 per dog, gather 50+ and its only £28.00 per dog.</w:t>
      </w:r>
    </w:p>
    <w:p>
      <w:r>
        <w:rPr>
          <w:b w:val="0"/>
          <w:i w:val="0"/>
        </w:rPr>
        <w:t>It is a mouth swab test taken by yourself on your own dog. Swabs can be obtained free of charge by calling the Animal Health Trust direct or I will have some kits I can send you.</w:t>
      </w:r>
    </w:p>
    <w:p>
      <w:r>
        <w:rPr>
          <w:b w:val="0"/>
          <w:i w:val="0"/>
        </w:rPr>
        <w:t>The swabs when taken, and the form sent with them, completed, they are mailed to me to reach me by 1st April latest. Swab kits should be ordered from AHT no later than 20th March to ensure delivery in time to reach me.</w:t>
      </w:r>
    </w:p>
    <w:p>
      <w:r>
        <w:rPr>
          <w:b w:val="0"/>
          <w:i w:val="0"/>
        </w:rPr>
        <w:t>ANY questions please ask and if you have an interest in testing I will send you a full info sheet on exactly what to do and by what dates. It is extremely straightforward.</w:t>
      </w:r>
    </w:p>
    <w:p>
      <w:r>
        <w:rPr>
          <w:b w:val="0"/>
          <w:i w:val="0"/>
        </w:rPr>
        <w:t>We will establish how many dogs will be taking part and therefore the price by 20th March and therefore you will know how much to include when you send me your swabs as I will alert everyone in good time. Diana Stevens 01903 755963, 0771 4458944 wylanbriarlabs@aol.com.”</w:t>
      </w:r>
      <w:r>
        <w:br/>
      </w:r>
      <w:r>
        <w:rPr>
          <w:b w:val="0"/>
          <w:i w:val="0"/>
        </w:rPr>
        <w:br/>
        <w:t>Ann Britton</w:t>
      </w:r>
      <w:r>
        <w:br/>
      </w:r>
      <w:r>
        <w:rPr>
          <w:b w:val="0"/>
          <w:i w:val="0"/>
        </w:rPr>
        <w:br/>
        <w:t>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