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Nov 2006"</w:t>
      </w:r>
      <w:r>
        <w:br/>
      </w:r>
      <w:r>
        <w:rPr>
          <w:b w:val="0"/>
          <w:i w:val="0"/>
        </w:rPr>
        <w:br/>
        <w:t>date_original: "10 Nov 2006"</w:t>
      </w:r>
      <w:r>
        <w:br/>
      </w:r>
      <w:r>
        <w:rPr>
          <w:b w:val="0"/>
          <w:i w:val="0"/>
        </w:rPr>
        <w:br/>
        <w:t>source_url: "https://www.ourdogs.co.uk/members/breednotes/2006/RetrieverLabrador/RetrieverLabrador-nov10.htm"</w:t>
      </w:r>
      <w:r>
        <w:br/>
      </w:r>
      <w:r>
        <w:rPr>
          <w:b w:val="0"/>
          <w:i w:val="0"/>
        </w:rPr>
        <w:br/>
        <w:t>archive_type: "static_html"</w:t>
      </w:r>
      <w:r>
        <w:br/>
      </w:r>
      <w:r>
        <w:rPr>
          <w:b w:val="0"/>
          <w:i w:val="0"/>
        </w:rPr>
        <w:br/>
        <w:t>scraped_at: "2026-09-13T22:10:33"</w:t>
      </w:r>
      <w:r>
        <w:br/>
      </w:r>
      <w:r>
        <w:rPr>
          <w:b w:val="0"/>
          <w:i w:val="0"/>
        </w:rPr>
        <w:br/>
        <w:t>word_count: 1271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recent Companion Dog Show and Fun Day held at Malvern in aid of the Samantha Dixon Research Trust (for research into Childhood Brain Tumour) raised around £1500 for the charity and what an enjoyable time all those visiting or participating had. We went to watch and support the day and were most impressed. Everyone was smiling and having a really good day out. The timed scurry over bales of straw was so popular, some contestants going time and time again. Mid Western Gundog Society gave excellent gundog training demonstration and the event raised a splendid amount for charity.</w:t>
      </w:r>
    </w:p>
    <w:p>
      <w:r>
        <w:rPr>
          <w:b w:val="0"/>
          <w:i w:val="0"/>
        </w:rPr>
        <w:t>Exhibitors travelling to shows at Malvern should be aware that the speed cameras in nearby Welland are very active. They are certainly earning their keep at 3 points plus a £60 fine for drivers going only very slightly over 30mph. Do be vigilant.</w:t>
      </w:r>
    </w:p>
    <w:p>
      <w:r>
        <w:rPr>
          <w:b w:val="0"/>
          <w:i w:val="0"/>
        </w:rPr>
        <w:t>West of England Labrador Retriever Club held their celebration, Ruby Anniversary benched championship show, complete with wine and yummy cake for exhibitors at the Matford Centre, Exeter. This is a superb venue, with excellent adjacent car-parking and a really good restaurant. I last visited there when Ann Taylor was judging and Ch Brigburn Zenny won the CC. I don’t know how many years ago that was! Since that time the show has been held at the Hutton Moor Leisure Centre, near Weston Super Mare.</w:t>
      </w:r>
    </w:p>
    <w:p>
      <w:r>
        <w:rPr>
          <w:b w:val="0"/>
          <w:i w:val="0"/>
        </w:rPr>
        <w:t>Sadly, through no fault of the club committee, the usual venue was doubled booked this year, hence the move further south to the more expensive, Matford Centre in Exeter. Although everyone thought this light and airy venue was really good, I understand the committee felt that the entry numbers were somewhat reduced because of the one hours extra travelling time for exhibitors from the north. I gather the show will be most probably be returning to Cleveden in future. There was a friendly atmosphere throughout the day and the committee made everyone most welcome. It was good to see founder member Tony Pascoe sitting ringside, fast recovering, after his recent spell of ill health. Hopefully, he will soon be back in the ring with his Labradors.</w:t>
      </w:r>
    </w:p>
    <w:p>
      <w:r>
        <w:rPr>
          <w:b w:val="0"/>
          <w:i w:val="0"/>
        </w:rPr>
        <w:t>There were some really good stands. Marylin Sidebottom was selling her lovely Labrador bags and cushions; another stand specialised in home made cards with Labradors on, and from another charity stand, I purchased the best ever pooper-scooper. It is a new prototype, with a plastic supermarket bag attached to the back of it. The contents of the pooper-scooper go straight into the bag, and the bag is tied up and easily disposed of; brilliant!</w:t>
      </w:r>
    </w:p>
    <w:p>
      <w:r>
        <w:rPr>
          <w:b w:val="0"/>
          <w:i w:val="0"/>
        </w:rPr>
        <w:t>I arrived at the show somewhat battered and bruised. It was a good job I couldn’t see into the next week when I was to become even more battered and bruised (read on!). The previous evening, one of the dogs galloped full tilt from 20 yards away, onto an apparently closed, galvanised, 6ft high kennel-run gate, which I was in the process of trying to bolt. She hit the gate, 30kg of truly joyful Labrador enthusiasm, just before I got the bolt shut.</w:t>
      </w:r>
    </w:p>
    <w:p>
      <w:r>
        <w:rPr>
          <w:b w:val="0"/>
          <w:i w:val="0"/>
        </w:rPr>
        <w:t>The result? I got smashed in the face with a weld mesh gate travelling about 100mph from a distance of 10inches. Ouch! Moral of that story. Put your foot on the gate until it is firmly bolted and don’t stop to admire the scenery whilst doing so! In retrospect I must say I was remarkably calm and remember saying to her in a very quiet voice, “Oh dear, what have you done now, I think you might have hurt me”. Understatement - Slight concussion!</w:t>
      </w:r>
    </w:p>
    <w:p>
      <w:r>
        <w:rPr>
          <w:b w:val="0"/>
          <w:i w:val="0"/>
        </w:rPr>
        <w:t>So, that was the downside of West of England LRC day, I arrived feeling a little delicate to say the least, oh, and another down point was to see my favourite singer getting voted off the X Factor on TV later that night. The rest of the day was all good!</w:t>
      </w:r>
    </w:p>
    <w:p>
      <w:r>
        <w:rPr>
          <w:b w:val="0"/>
          <w:i w:val="0"/>
        </w:rPr>
        <w:t>Our judges were Maureen Floyd (Dogs) and Alan Taylor (Bitches).There was an entry of 268. The Bitch CC, her 2nd, and Best in Show was won by Brown family’s yellow, Alanwood Spring Breeze over Ramsayville (Greenworth Odds Against x Alanwood Lady Jasmine). The Bitch RCC went to the yellow, Halshimoor Crescendo at Shanorrell, (Poolstead Prime Suspect at Subar x Fullwell Flirt with Halshimoor), owned by the Balshaws. The Dog CC his 2nd and RBIS, was won by my own Llanstinan Buzby Bowstones JW (Llanstinan Marcus x Llanstinan Candy), whilst the Dog RCC was won by the Forington’s black, Lightening Tango by Trentwith , (Sh Ch Trentwith Sir Winston x Drumfarran Matilda). Best Puppy in Show was Mrs Hatfield’s yellow, Oakglen Christmas Carol, (Rocheby Statesman x Oakglen Penny Lane).</w:t>
      </w:r>
    </w:p>
    <w:p>
      <w:r>
        <w:rPr>
          <w:b w:val="0"/>
          <w:i w:val="0"/>
        </w:rPr>
        <w:t>My father always said a CC made any pain go away, so I made it through for a couple of days. As my head slowly recovered from the bash with the dog run gate, I followed it up with a crashing fall, tripping over a paving slab in my own garden, my head colliding, full on, with the edge of the sturdy oak gatepost as I descended to earth in a heap. It’s a good job there are no shows for a few weeks, I’d frighten the exhibits or the exhibitors! I am sporting cut knees, a doughnut sized multi coloured swelling on my forehead and two spectacularly coloured, purple, floppy eyelids. Definitely not a candidate for the next calendar, unless it is going to be of horror photos!</w:t>
      </w:r>
    </w:p>
    <w:p>
      <w:r>
        <w:rPr>
          <w:b w:val="0"/>
          <w:i w:val="0"/>
        </w:rPr>
        <w:t>Ann Britton tel: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