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- 08/11/2019 - ISSUE"</w:t>
      </w:r>
      <w:r>
        <w:br/>
      </w:r>
      <w:r>
        <w:rPr>
          <w:b w:val="0"/>
          <w:i w:val="0"/>
        </w:rPr>
        <w:br/>
        <w:t>date_original: "08/11/2019 - ISSUE"</w:t>
      </w:r>
      <w:r>
        <w:br/>
      </w:r>
      <w:r>
        <w:rPr>
          <w:b w:val="0"/>
          <w:i w:val="0"/>
        </w:rPr>
        <w:br/>
        <w:t>source_url: "https://www.ourdogs.co.uk/members/breednotes/RetrieverLabradorMain.php"</w:t>
      </w:r>
      <w:r>
        <w:br/>
      </w:r>
      <w:r>
        <w:rPr>
          <w:b w:val="0"/>
          <w:i w:val="0"/>
        </w:rPr>
        <w:br/>
        <w:t>scraped_at: "2026-09-13T15:18:56"</w:t>
      </w:r>
      <w:r>
        <w:br/>
      </w:r>
      <w:r>
        <w:rPr>
          <w:b w:val="0"/>
          <w:i w:val="0"/>
        </w:rPr>
        <w:br/>
        <w:t>word_count: 1017</w:t>
      </w:r>
    </w:p>
    <w:p>
      <w:r>
        <w:t>――――――――――――――――――――――――――――――</w:t>
      </w:r>
    </w:p>
    <w:p>
      <w:r>
        <w:rPr>
          <w:b w:val="0"/>
          <w:i w:val="0"/>
        </w:rPr>
        <w:t>NEWS MEMBERS' AREA SHOP SUBSCRIBE UPCOMING SHOWS MORE</w:t>
      </w:r>
    </w:p>
    <w:p>
      <w:r>
        <w:rPr>
          <w:b w:val="0"/>
          <w:i w:val="0"/>
        </w:rPr>
        <w:t>RETRIEVER LABRADOR</w:t>
      </w:r>
    </w:p>
    <w:p>
      <w:r>
        <w:rPr>
          <w:b w:val="0"/>
          <w:i w:val="0"/>
        </w:rPr>
        <w:t>Issue: 08/11/2019</w:t>
      </w:r>
    </w:p>
    <w:p>
      <w:r>
        <w:rPr>
          <w:b w:val="0"/>
          <w:i w:val="0"/>
        </w:rPr>
        <w:t xml:space="preserve">Happy news from Mhairi Scrimgeour that, subject to KC confirmation, her Velvetine Shawnee Sh Cm has gained her final points to be awarded her Veteran Warrant. Well done. Mhairi asks, Ã¢â‚¬Å"Is she the 1st Labrador to gain this title?Ã¢â‚¬Â Shawnee is sired by Am Ch Ghosstone Hyspire Dressed to Impress x Velvetine The One and Onlly Sh CM. </w:t>
      </w:r>
    </w:p>
    <w:p>
      <w:r>
        <w:rPr>
          <w:b w:val="0"/>
          <w:i w:val="0"/>
        </w:rPr>
        <w:t xml:space="preserve">Just looking at some recent Open Show Labrador class results I noticed at one show there was a total of only 7 Dogs entered. Why oh why, in a Breed with such a grand number of exhibitors with good dogs, wishing to receive a knowledgeable opinion from a Breed specialist judge at an enjoyable show, do all-breed Open shows persist in scheduling non Breed specialist judges for Labradors, that few have ever heard of and consequently wonÃ¢â‚¬â„¢t enter under? The show coffers would be greatly rewarded if they gave it a go, but otherwise few exhibitors are going to get out of bed and drive to a venue for an unknown judge theyÃ¢â‚¬â„¢ve never even seen ringside studying the breed. </w:t>
      </w:r>
    </w:p>
    <w:p>
      <w:r>
        <w:rPr>
          <w:b w:val="0"/>
          <w:i w:val="0"/>
        </w:rPr>
        <w:t>West of England Lab Club staged their enjoyable annual Championship Show at Hutton Moor Leisure Centre, Weston super Mare on one of the windiest, wildest, wettest Saturdays I have ever known! Car parking is easy and the hall is excellent, well lit and spacious. There were two large rings set out and adjacent benching for the dogs to relax on. Opthamologist Nick Burdon held a popular eye testing clinic with a good number of dogs checked throughout the day, for which we exhibitors are very grateful.</w:t>
      </w:r>
    </w:p>
    <w:p>
      <w:r>
        <w:rPr>
          <w:b w:val="0"/>
          <w:i w:val="0"/>
        </w:rPr>
        <w:t>The judges were Margaret Gardner (Dogs) and Arwyn Ellis (Bitches) with a joint entry of 190 dogs and Bitches. Judging started at a very sensible 10am for Bitches and 11am for Dogs. Greatly appreciated.</w:t>
      </w:r>
    </w:p>
    <w:p>
      <w:r>
        <w:rPr>
          <w:b w:val="0"/>
          <w:i w:val="0"/>
        </w:rPr>
        <w:t xml:space="preserve">Margaret had flown down with her husband Bill from Scotland. It crossed my mind that their flight home  from Bristol in the fierce winds and rain that night might be somewhat hair raising! </w:t>
      </w:r>
    </w:p>
    <w:p>
      <w:r>
        <w:rPr>
          <w:b w:val="0"/>
          <w:i w:val="0"/>
        </w:rPr>
        <w:t>The Dog CC and Best in Show went to David Coodes yellow Ch Warringahs Perth. The Dog RCC was awarded to Baker and Judds chocolate Junior, Harpitts True Spirit (Afinmore Alain x Harpitts For Ever Tilly).</w:t>
      </w:r>
    </w:p>
    <w:p>
      <w:r>
        <w:rPr>
          <w:b w:val="0"/>
          <w:i w:val="0"/>
        </w:rPr>
        <w:t>The Bitch CC was a first such award for Yo and Roger Shirtons 3 year old yellow Woolman Proper Dream Maker (Carpenny Primo x Woolman Proper Wishmaker) whilst the Bitch RCC went to Ed Casey and Erica Jayes Sandylands High Time (Sh Ch Tissalian High Jack x Sandylands Free Time).</w:t>
      </w:r>
    </w:p>
    <w:p>
      <w:r>
        <w:rPr>
          <w:b w:val="0"/>
          <w:i w:val="0"/>
        </w:rPr>
        <w:t>Best Puppy Bitch was the yellow Langanhoe Doris Day (Sh Ch Trendlewood Born to Run  JW x Langanhoe Maybelline) and Best Puppy Dog and Best Puppy in Show was David Coodes black Warringahs The Bluff. (Sh Ch Wynfaul the Wizard x Warringahs Bungaa). Two very smart babies.</w:t>
      </w:r>
    </w:p>
    <w:p>
      <w:r>
        <w:rPr>
          <w:b w:val="0"/>
          <w:i w:val="0"/>
        </w:rPr>
        <w:t xml:space="preserve">The following day East Anglian Lab Club held their Open Show at Bury St Edmunds. The judge was Miss Emma Archibald (Abinvale) with an entry of 68. </w:t>
      </w:r>
    </w:p>
    <w:p>
      <w:r>
        <w:rPr>
          <w:b w:val="0"/>
          <w:i w:val="0"/>
        </w:rPr>
        <w:t>The winners were Best in Show - Carromer Jack Flash to Baileydale JW</w:t>
      </w:r>
    </w:p>
    <w:p>
      <w:r>
        <w:rPr>
          <w:b w:val="0"/>
          <w:i w:val="0"/>
        </w:rPr>
        <w:t>Reserve Best in Show - Potterspine Angel Delight; Best Puppy - Baileydale Mrs Tiggywinkle; Best Veteran - Steeleigh Secrets Out JW with Cornlands Lady Flora awarded Best Veteran Bitch.</w:t>
      </w:r>
    </w:p>
    <w:p>
      <w:r>
        <w:rPr>
          <w:b w:val="0"/>
          <w:i w:val="0"/>
        </w:rPr>
        <w:t xml:space="preserve">My wet weather dramas of the previous week and the leaking roof, (now sorted), continued on West of England Lab Club Show day. </w:t>
      </w:r>
    </w:p>
    <w:p>
      <w:r>
        <w:rPr>
          <w:b w:val="0"/>
          <w:i w:val="0"/>
        </w:rPr>
        <w:t xml:space="preserve">As previously mentioned, the weather on the day of the show was dreadful; gale force  winds and about a monthÃ¢â‚¬â„¢s worth of rain falling in just one day. The drive to the show was bad enough with the wind blowing hard over the Severn Bridge, whilst the old Severn Bridge was closed to all traffic because of the weather, but the journey home in the dark, was horrendous. </w:t>
      </w:r>
    </w:p>
    <w:p>
      <w:r>
        <w:rPr>
          <w:b w:val="0"/>
          <w:i w:val="0"/>
        </w:rPr>
        <w:t>Strong winds buffeting the car. Rain lashing down and water swirling and splashing across all lanes of the motorways; some drivers with no lights on the back of their cars emerging at the very last minute out of the spray, I couldnÃ¢â‚¬â„¢t wait to get home. Then the rear screen wipers on my car gave up the ghost and stopped working! Arrrgh! Whatever next?</w:t>
      </w:r>
    </w:p>
    <w:p>
      <w:r>
        <w:rPr>
          <w:b w:val="0"/>
          <w:i w:val="0"/>
        </w:rPr>
        <w:t>Things werenÃ¢â‚¬â„¢t helped either because l had already discovered when just leaving the show and returning to my parked car, that I had left the roof-light slightly uplifted and therefore Open!! Oh No!</w:t>
      </w:r>
    </w:p>
    <w:p>
      <w:r>
        <w:rPr>
          <w:b w:val="0"/>
          <w:i w:val="0"/>
        </w:rPr>
        <w:t>Usually no problem at all in normal rain, but this time the fierce driving wind had taken over. The leather seats and car interior were utterly sodden from being parked all day in the pouring rain. My horrid drive home was therefore accomplished in minuscule comfort by sitting on some once dry, but very soon damp, towels !! Lesson learnt! Shut roof when itÃ¢â‚¬â„¢s raining. A bit basic really!</w:t>
      </w:r>
    </w:p>
    <w:p>
      <w:r>
        <w:rPr>
          <w:b w:val="0"/>
          <w:i w:val="0"/>
        </w:rPr>
        <w:t>To end a nightmare journey, once nearly home in the village, I drove onto my drive and pressed the gadget that electronically opens the garage door to drive straight in without getting soaked. Nothing. Zilch! The door stayed firmly down and closed against the still pouring rain.  The battery in the door opening gadget had chosen this very night, of all the others in the previous five years, to go completely flat.  Luckily I had a house key, exited the car and ran hell for leather down the dark path to the front door, never so glad to eventually get indoors. Phew, what a day! At least Louis won his class!!</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