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- 15/07/2011"</w:t>
      </w:r>
      <w:r>
        <w:br/>
      </w:r>
      <w:r>
        <w:rPr>
          <w:b w:val="0"/>
          <w:i w:val="0"/>
        </w:rPr>
        <w:br/>
        <w:t>date_original: "15/07/2011"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"2026-09-13T22:48:17"</w:t>
      </w:r>
      <w:r>
        <w:br/>
      </w:r>
      <w:r>
        <w:rPr>
          <w:b w:val="0"/>
          <w:i w:val="0"/>
        </w:rPr>
        <w:br/>
        <w:t>word_count: 1529</w:t>
      </w:r>
    </w:p>
    <w:p>
      <w:r>
        <w:t>――――――――――――――――――――――――――――――</w:t>
      </w:r>
    </w:p>
    <w:p>
      <w:r>
        <w:rPr>
          <w:b w:val="0"/>
          <w:i w:val="0"/>
        </w:rPr>
        <w:t>NEWS MEMBERS' AREA SHOP SUBSCRIBE UPCOMING SHOWS MORE</w:t>
      </w:r>
    </w:p>
    <w:p>
      <w:r>
        <w:rPr>
          <w:b w:val="0"/>
          <w:i w:val="0"/>
        </w:rPr>
        <w:t>RETRIEVER LABRADOR</w:t>
      </w:r>
    </w:p>
    <w:p>
      <w:r>
        <w:rPr>
          <w:b w:val="0"/>
          <w:i w:val="0"/>
        </w:rPr>
        <w:t>Issue: 15/07/2011</w:t>
      </w:r>
    </w:p>
    <w:p>
      <w:r>
        <w:rPr>
          <w:b w:val="0"/>
          <w:i w:val="0"/>
        </w:rPr>
        <w:t>It's that time of the year when the shows are coming fast and furiously and every few days my alarm clocks go off at some un-godly, pre-dawn hour when its still horribly dark. Yes, that's right, my alarm clocks do exist in the plural, as there are three. The main one didn't go off once and I overslept by hours, so I got another back up one, only to be given a third by a friend who thought I should be organised better. So, I have them all going and there they sit, the joyous trio, trilling away at four am in the morning. Eccentric, yes, but it works. The sleepiest of people would wake up to stop the row they make!</w:t>
      </w:r>
    </w:p>
    <w:p>
      <w:r>
        <w:rPr>
          <w:b w:val="0"/>
          <w:i w:val="0"/>
        </w:rPr>
        <w:t>In the past few days we have had Windsor, Cotswold and Wyevern Lab Club at Malvern (hooray, only 25 minutes from my home!), and East of England at Peterborough. I so admire our Scottish exhibitors who seem to be wide awake after all their travelling up and down the M6 motorway every few days. Don't know how they do it, week after week.</w:t>
      </w:r>
    </w:p>
    <w:p>
      <w:r>
        <w:rPr>
          <w:b w:val="0"/>
          <w:i w:val="0"/>
        </w:rPr>
        <w:t>Windsor championship show, held on Saturday 2nd July, was judged by Mervyn Reynolds. There was an entry of 177 dogs and bitches. The layout was excellent with in and out rings under a lofty pavilion, whilst benching was located in a nearby benching tent. The weather was warm and sunny. The Dog CC, his first, was won by Fiona Braddon's black 4 year old, Trendlewood Only to Fly JW (Brigburn Sedge x Trendlewood Forever Young). The Dog RCC went to Michael and Judy Neachell's yellow Adoraden Hallmark at Suttonpark (Sh Ch Silver Suede over Rocheby x Suttonpark Maggie May). The Bitch CC and Best of Breed was won by the Hodge family's black, Sh Ch Naiken Xclusive Dream JW. The Bitch RCC went to Les Brabban's black Sh Ch Foulby Queenstown at Cambremer and Best Puppy was Ms Lamberts Mattand for Your Eyes Only (Sh Ch Rocheby Statesman x Amberstead Dark and Stormy over Mattand).</w:t>
      </w:r>
    </w:p>
    <w:p>
      <w:r>
        <w:rPr>
          <w:b w:val="0"/>
          <w:i w:val="0"/>
        </w:rPr>
        <w:t>Cotswold and Wyevern Lab Club held their benched championship show at Malvern mid week, four days after Windsor and there the judges were Patsy Hollings (standing in for Gordon Williams who had sadly been taken ill) and Marion Hopkinson. There was an entry of 221 dogs and bitches.</w:t>
      </w:r>
    </w:p>
    <w:p>
      <w:r>
        <w:rPr>
          <w:b w:val="0"/>
          <w:i w:val="0"/>
        </w:rPr>
        <w:t>This show always looks after its exhibitors well and provides benching and excellent prize money in return for an extremely reasonable entry fee. It used to have massive entries, well over three hundred, but the current financial situation and cost of fuel, plus the risky situation of taking a 'sicky' off work, mid week, to attend a dog show when unemployment is so high, has seen entry numbers fall, just as at so many other shows. Gone are the days when an entry of 42 in Puppy Bitch classes was the norm.</w:t>
      </w:r>
    </w:p>
    <w:p>
      <w:r>
        <w:rPr>
          <w:b w:val="0"/>
          <w:i w:val="0"/>
        </w:rPr>
        <w:t>As I have said many times, I love benched shows. My dogs are comfortable, safe and settled. The one thing I miss at the unbenched shows, is the ability to wander quietly up and down the benching rows looking at the benched dogs, with future breeding prospects in mind. Its all very well looking at the dogs posed  in the ring, but far better to see them close-to, relaxed on their benches to assess heads and temperament.</w:t>
      </w:r>
    </w:p>
    <w:p>
      <w:r>
        <w:rPr>
          <w:b w:val="0"/>
          <w:i w:val="0"/>
        </w:rPr>
        <w:t>The winners on the day were Dog CC, his third, Warringah's Gundaroo JW , the yellow two and a half year old owned by David Coode and shown in the Working class. He won his first CC from Lorraine Tooth at Lab Club of Wales 2011,</w:t>
      </w:r>
    </w:p>
    <w:p>
      <w:r>
        <w:rPr>
          <w:b w:val="0"/>
          <w:i w:val="0"/>
        </w:rPr>
        <w:t>His second from Gordon Talbot at Bath, and now his third at Cots and Wye. Two days later at the Cotswold and Wyevern Gundog Working Test Gundaroo was 2nd in the Novice Dog/Novice Handler test, Many Congratulations.</w:t>
      </w:r>
    </w:p>
    <w:p>
      <w:r>
        <w:rPr>
          <w:b w:val="0"/>
          <w:i w:val="0"/>
        </w:rPr>
        <w:t>The Dog RCC went to Erica Jayes yellow, Sh Ch Sandlylands Wait and See from the Veteran class.</w:t>
      </w:r>
    </w:p>
    <w:p>
      <w:r>
        <w:rPr>
          <w:b w:val="0"/>
          <w:i w:val="0"/>
        </w:rPr>
        <w:t>Under Marion Hopkinson the Bitch CC winner and Best in Show was the 4 year old black, Am/Can Ch Clearcreek Bonaventure Windjammer, owned in the USA by Miss E Shearer and Mr &amp; Mrs Martin, and shown over here by Margaret Brown. The Bitch RCC went to Monika Smith with her Junior yellow, Rudidales Jazztime (Ludalor Lunar Orbit x Rudidales Chosen One). Best Puppy was Diana Downey Tullochs Tullochmohr Ace Junior (Sh Ch Tullochmohr Final Edition x Tullochmohr Max Factor).</w:t>
      </w:r>
    </w:p>
    <w:p>
      <w:r>
        <w:rPr>
          <w:b w:val="0"/>
          <w:i w:val="0"/>
        </w:rPr>
        <w:t>I don't normally comment on winning dogs in these notes but for those, who openly say they 'don't understand' about shoulder construction, or length and angle of upper arms, this American black bitch, Am/Can Ch Clearcreek Bonaventure Windjammer, is one of those who are well worth watching standing and on the move to see how this part of a dogs anatomy looks and works when it is correct; she covers a great deal of ground with such energy saving, long-reaching, easy strides. Take a look, and whilst evaluating the length and angle of the bones concerned perhaps you will understand more about construction and its effect on ease of movement. Do look out for the correctly angulated upper arm when judging, (similar to the angle of a policeman's raised arm when he tells you to halt), far too many, near vertical, terrier fronts which are so incorrect, seem to be appearing of late.</w:t>
      </w:r>
    </w:p>
    <w:p>
      <w:r>
        <w:rPr>
          <w:b w:val="0"/>
          <w:i w:val="0"/>
        </w:rPr>
        <w:t>Two days after Cots and Wye LRC I crawled out of bed to the "trilling trio" at four am, and having woken up my sleeping dogs, whose glances clearly said, "What on earth are you doing getting us up at this awful hour?" I set off for East of England Ch show where Carole Reynolds and Pat Harrison were judging the 151 dogs and bitches entered.</w:t>
      </w:r>
    </w:p>
    <w:p>
      <w:r>
        <w:rPr>
          <w:b w:val="0"/>
          <w:i w:val="0"/>
        </w:rPr>
        <w:t>The Dog CC was a third for Michael and Judy Neachells yellow dog Adoraden Hallmark at Suttonpark. He won his first CC when just into Junior at WELKS 2010 under Sussie Wiles; his second at Midland Counties Lab Club in April 2011 under Phillip Lammens and now his third under Carole Reynolds at East of England. This is Michael and Judy's lucky show as they made up their Crufts CC winner, Sh Ch Suttonpark Manifesto there too. Many Congratulations!</w:t>
      </w:r>
    </w:p>
    <w:p>
      <w:r>
        <w:rPr>
          <w:b w:val="0"/>
          <w:i w:val="0"/>
        </w:rPr>
        <w:t>The Dog RCC went to Brian Parrots chocolate, Lougin Leather (Naiken Suede x Monterelo Cheyenne at Lougin).</w:t>
      </w:r>
    </w:p>
    <w:p>
      <w:r>
        <w:rPr>
          <w:b w:val="0"/>
          <w:i w:val="0"/>
        </w:rPr>
        <w:t>The Bitch CC and Best of Breed was won by Marlene Heppers black 5 year old, Mardas Magical Mystery Tour (Brigburn Marron avec Lindall x Lindall Double Honour for Mardas), whilst the Bitch RCC was won by the BIS winner at Cots and Wye two days earlier, Am/Can Ch Clearcreek Bonaventure Windjammer, this time ably shown by Margaret Brown's daughter, Mairi.</w:t>
      </w:r>
    </w:p>
    <w:p>
      <w:r>
        <w:rPr>
          <w:b w:val="0"/>
          <w:i w:val="0"/>
        </w:rPr>
        <w:t>Best Puppy was the Hodge family's black Naiken Zephyr (Sh Ch Naiken Way out West x Ch Naiken Russian Rhythm JW)</w:t>
      </w:r>
    </w:p>
    <w:p>
      <w:r>
        <w:rPr>
          <w:b w:val="0"/>
          <w:i w:val="0"/>
        </w:rPr>
        <w:t>Caroline Edwards had a super surprise at East of England when she won third in the Special Beginners Stakes under Michael Quinney from an entry of 68 with her yellow Carpenny Mikki at Kimbajak. She was handed the prize for the third placing, Â£60 cash! The stakes classes at most shows really are well worth entering for the generous prize money usually on offer.</w:t>
      </w:r>
    </w:p>
    <w:p>
      <w:r>
        <w:rPr>
          <w:b w:val="0"/>
          <w:i w:val="0"/>
        </w:rPr>
        <w:t>I recall winning the stakes at Darlington many years ago with Ch B Carruthers. I was overjoyed to win Â£30, which was a lot of money in those days. Sadly on the way home from the show back to Ross, all the electrics on my car caught fire, and I recall Michael Boothroyd writing in his breed notes that I had "had a great day winning the Stakes class, the prize being the deposit for a new car!"</w:t>
      </w:r>
    </w:p>
    <w:p>
      <w:r>
        <w:rPr>
          <w:b w:val="0"/>
          <w:i w:val="0"/>
        </w:rPr>
        <w:t>(No one was hurt in the fire but sadly the ancient car was a write off, but having five Labradors chained to a fence at the side of the motorway in the dark at 10pm at night as the traffic thundered past so close to us, was extremely scary).</w:t>
      </w:r>
    </w:p>
    <w:p>
      <w:r>
        <w:rPr>
          <w:b w:val="0"/>
          <w:i w:val="0"/>
        </w:rPr>
        <w:t>Do  look out for the stakes classes if you want to have some fun (or need a deposit for a new car).</w:t>
      </w:r>
    </w:p>
    <w:p>
      <w:r>
        <w:rPr>
          <w:b w:val="0"/>
          <w:i w:val="0"/>
        </w:rPr>
        <w:t>Val Tiller writes: 'Optigen are offering a 30% discount off tests, paid for on line, at my next Optigen 20/20 clinic which will be held on Tuesday 6th September, in Epsom Surrey. Clients may attend in person or be postal participants. For further details  and to book a place contact me on 01372 273 597 or via email val.tiller@talk21.com"</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