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- 20/03/2020 - ISSUE"</w:t>
      </w:r>
      <w:r>
        <w:br/>
      </w:r>
      <w:r>
        <w:rPr>
          <w:b w:val="0"/>
          <w:i w:val="0"/>
        </w:rPr>
        <w:br/>
        <w:t>date_original: "20/03/2020 - ISSUE"</w:t>
      </w:r>
      <w:r>
        <w:br/>
      </w:r>
      <w:r>
        <w:rPr>
          <w:b w:val="0"/>
          <w:i w:val="0"/>
        </w:rPr>
        <w:br/>
        <w:t>source_url: "https://www.ourdogs.co.uk/members/breednotes/RetrieverLabradorMain.php"</w:t>
      </w:r>
      <w:r>
        <w:br/>
      </w:r>
      <w:r>
        <w:rPr>
          <w:b w:val="0"/>
          <w:i w:val="0"/>
        </w:rPr>
        <w:br/>
        <w:t>scraped_at: "2026-09-13T15:18:00"</w:t>
      </w:r>
      <w:r>
        <w:br/>
      </w:r>
      <w:r>
        <w:rPr>
          <w:b w:val="0"/>
          <w:i w:val="0"/>
        </w:rPr>
        <w:br/>
        <w:t>word_count: 1030</w:t>
      </w:r>
    </w:p>
    <w:p>
      <w:r>
        <w:t>――――――――――――――――――――――――――――――</w:t>
      </w:r>
    </w:p>
    <w:p>
      <w:r>
        <w:rPr>
          <w:b w:val="0"/>
          <w:i w:val="0"/>
        </w:rPr>
        <w:t>NEWS MEMBERS' AREA SHOP SUBSCRIBE UPCOMING SHOWS MORE</w:t>
      </w:r>
    </w:p>
    <w:p>
      <w:r>
        <w:rPr>
          <w:b w:val="0"/>
          <w:i w:val="0"/>
        </w:rPr>
        <w:t>RETRIEVER LABRADOR</w:t>
      </w:r>
    </w:p>
    <w:p>
      <w:r>
        <w:rPr>
          <w:b w:val="0"/>
          <w:i w:val="0"/>
        </w:rPr>
        <w:t>Issue: 20/03/2020</w:t>
      </w:r>
    </w:p>
    <w:p>
      <w:r>
        <w:rPr>
          <w:b w:val="0"/>
          <w:i w:val="0"/>
        </w:rPr>
        <w:t>Unfortunately whilst no Labrador notes appeared in the paper last week, they were most certainly written, submitted and receipt acknowledged by the paper. They just failed to get any further! Hopefully they will appear here now.</w:t>
      </w:r>
    </w:p>
    <w:p>
      <w:r>
        <w:rPr>
          <w:b w:val="0"/>
          <w:i w:val="0"/>
        </w:rPr>
        <w:t xml:space="preserve">Many shows are sensibly being cancelled with an aim to reduce human contact and slow down the spread of coronavirus infection through people unknowingly carrying the virus at events and passing it on to others. All Scottish shows are cancelled and the latest to go in England is Three Ridings Lab Club, which is sad as I had a lovely entry of bitches go over. </w:t>
      </w:r>
    </w:p>
    <w:p>
      <w:r>
        <w:rPr>
          <w:b w:val="0"/>
          <w:i w:val="0"/>
        </w:rPr>
        <w:t xml:space="preserve">The Club writes, Ã¢â‚¬Å"Due to the current climate with the Corona Virus, it is with deep regret that the officers and committee of the Three Ridings Labrador Club have made the decision to postpone our championship show which was being held at Sedburgh Leisure Centre on 21st March 2020. We have informed both our judges of this decision. </w:t>
      </w:r>
    </w:p>
    <w:p>
      <w:r>
        <w:rPr>
          <w:b w:val="0"/>
          <w:i w:val="0"/>
        </w:rPr>
        <w:t>We are happy to offer a full refund of costs to each exhibitor.</w:t>
      </w:r>
    </w:p>
    <w:p>
      <w:r>
        <w:rPr>
          <w:b w:val="0"/>
          <w:i w:val="0"/>
        </w:rPr>
        <w:t>We do, however, plan to reschedule the show for a later date and will be seeking advice from the KC as to how to go about this. However, if the rescheduled show is longer than 3 months away then it will be a completely new show and new entries will be taken. We will be seeking advice from the KC and Fossedata with regards to this and will update as soon as we know.</w:t>
      </w:r>
    </w:p>
    <w:p>
      <w:r>
        <w:rPr>
          <w:b w:val="0"/>
          <w:i w:val="0"/>
        </w:rPr>
        <w:t>The committee is obviously disappointed the show will not go ahead but the well-being of ourselves, fellow exhibitors, judges and family and the wider community is of paramount importance.Ã¢â‚¬Â</w:t>
      </w:r>
    </w:p>
    <w:p>
      <w:r>
        <w:rPr>
          <w:b w:val="0"/>
          <w:i w:val="0"/>
        </w:rPr>
        <w:t>The situation at the moment regarding not risking spreading Coronavirus emphasises so well how we are all reliant upon each other for our safety and must look out for one another. Sadly there sometimes is room for improvement as the following story, of goings on at a Breed Club show demonstrates.</w:t>
      </w:r>
    </w:p>
    <w:p>
      <w:r>
        <w:rPr>
          <w:b w:val="0"/>
          <w:i w:val="0"/>
        </w:rPr>
        <w:t>Having spent most of my life organising benching for breeds at championship shows, I disagreed with that those who advocated that in limited space all benching should be removed and replaced by exhibitors own crates on the ground. However, human beings tend to spread their belongings especially dog showers!</w:t>
      </w:r>
    </w:p>
    <w:p>
      <w:r>
        <w:rPr>
          <w:b w:val="0"/>
          <w:i w:val="0"/>
        </w:rPr>
        <w:t xml:space="preserve">When the subject was brought up I explained that crates, chairs, picnic baskets and the kitchen sink take up far more floor room than a fixed bench with storage space underneath. </w:t>
      </w:r>
    </w:p>
    <w:p>
      <w:r>
        <w:rPr>
          <w:b w:val="0"/>
          <w:i w:val="0"/>
        </w:rPr>
        <w:t xml:space="preserve">Free standing crates, for entered dogs only, are fine if the owner is prepared to restrict the spread of their belongings, and doesnÃ¢â‚¬â„¢t grab all the available space to the disadvantage of others, especially when some of the crates are for unentered dogs that the owner doesnÃ¢â‚¬â„¢t wish to leave at home which is against KC rules and an absolute cheek! All that is a reminder of those who in the current situation are buying up hundreds of toilet rolls! </w:t>
      </w:r>
    </w:p>
    <w:p>
      <w:r>
        <w:rPr>
          <w:b w:val="0"/>
          <w:i w:val="0"/>
        </w:rPr>
        <w:t>I have received the following account from an exhibitor who suffered a most alarming experience at a Breed Club Show. Do try to share restricted space and think of others dogs and property when setting up.</w:t>
      </w:r>
    </w:p>
    <w:p>
      <w:r>
        <w:rPr>
          <w:b w:val="0"/>
          <w:i w:val="0"/>
        </w:rPr>
        <w:t>Here is the letter ,Ã¢â‚¬ÂOn arrival at the show in plenty of time, I found a nice quiet corner to set up my crates. Unfortunately at that point the main zip broke on my pupÃ¢â‚¬â„¢s crate, so I placed my dog-box in front of the crate to stop her escaping (which she was disinclined to do anyway).</w:t>
      </w:r>
    </w:p>
    <w:p>
      <w:r>
        <w:rPr>
          <w:b w:val="0"/>
          <w:i w:val="0"/>
        </w:rPr>
        <w:t xml:space="preserve">Later on a lady arrived with several crates and squeezed them in tightly, jammed right up against mine. One of these crates completely blocked in one of my own crates. </w:t>
      </w:r>
    </w:p>
    <w:p>
      <w:r>
        <w:rPr>
          <w:b w:val="0"/>
          <w:i w:val="0"/>
        </w:rPr>
        <w:t>The lady then placed 5 or 6 dogs in the crates, one of which barked and scrabbled to try to escape for the majority of the show.</w:t>
      </w:r>
    </w:p>
    <w:p>
      <w:r>
        <w:rPr>
          <w:b w:val="0"/>
          <w:i w:val="0"/>
        </w:rPr>
        <w:t>Ã¢â‚¬Å"I left my position to go to the loo, and when I came back my dog box, which was protecting my puppyÃ¢â‚¬â„¢s crate had been moved and my puppy crate was empty with no sign of the puppy !</w:t>
      </w:r>
    </w:p>
    <w:p>
      <w:r>
        <w:rPr>
          <w:b w:val="0"/>
          <w:i w:val="0"/>
        </w:rPr>
        <w:t>Ã¢â‚¬Å"I was very alarmed and upset. Where was she? I went to report a missing pup to the Secretary.</w:t>
      </w:r>
    </w:p>
    <w:p>
      <w:r>
        <w:rPr>
          <w:b w:val="0"/>
          <w:i w:val="0"/>
        </w:rPr>
        <w:t>On my return, I was approached by a lady not know to me who was cross with me for putting my puppy in her crate!</w:t>
      </w:r>
    </w:p>
    <w:p>
      <w:r>
        <w:rPr>
          <w:b w:val="0"/>
          <w:i w:val="0"/>
        </w:rPr>
        <w:t>Ã¢â‚¬Å"What? I had not done this and tried to explain that my pup was reported missing.</w:t>
      </w:r>
    </w:p>
    <w:p>
      <w:r>
        <w:rPr>
          <w:b w:val="0"/>
          <w:i w:val="0"/>
        </w:rPr>
        <w:t xml:space="preserve">Ã¢â‚¬Å"At this point, the lady of the jammed in crates with the irritating and barking dogs suddenly said that she had needed to move my dog box, and then found my pup lose, so put the pup into the first available crate, ( AMB What any old crate in the building? ) This turned out to belong to the other angry woman! </w:t>
      </w:r>
    </w:p>
    <w:p>
      <w:r>
        <w:rPr>
          <w:b w:val="0"/>
          <w:i w:val="0"/>
        </w:rPr>
        <w:t>Ã¢â‚¬Å" in summing up the day, Not only had the first woman moved my stuff with the effect of my pup going missing , but by the time she gone home she had left behind empty sandwich packets, empty cups and a spilt water bowl which had made my other crate soaking wet! Ã¢â‚¬Å"</w:t>
      </w:r>
    </w:p>
    <w:p>
      <w:r>
        <w:rPr>
          <w:b w:val="0"/>
          <w:i w:val="0"/>
        </w:rPr>
        <w:t>What a horrid tale. Make sure this isnÃ¢â‚¬â„¢t you. Do clean up and take rubbish home. Ensure those around you enjoy their time at a Club Show emphasised by your pleasant helpful behaviour. Our is a wonderful hobby to make lifelong friends, in the right circumstances.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