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- 01/02/2013"</w:t>
      </w:r>
      <w:r>
        <w:br/>
      </w:r>
      <w:r>
        <w:rPr>
          <w:b w:val="0"/>
          <w:i w:val="0"/>
        </w:rPr>
        <w:br/>
        <w:t>date_original: "01/02/2013"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"2026-09-13T22:44:37"</w:t>
      </w:r>
      <w:r>
        <w:br/>
      </w:r>
      <w:r>
        <w:rPr>
          <w:b w:val="0"/>
          <w:i w:val="0"/>
        </w:rPr>
        <w:br/>
        <w:t>word_count: 465</w:t>
      </w:r>
    </w:p>
    <w:p>
      <w:r>
        <w:t>――――――――――――――――――――――――――――――</w:t>
      </w:r>
    </w:p>
    <w:p>
      <w:r>
        <w:rPr>
          <w:b w:val="0"/>
          <w:i w:val="0"/>
        </w:rPr>
        <w:t>NEWS MEMBERS' AREA SHOP SUBSCRIBE UPCOMING SHOWS MORE</w:t>
      </w:r>
    </w:p>
    <w:p>
      <w:r>
        <w:rPr>
          <w:b w:val="0"/>
          <w:i w:val="0"/>
        </w:rPr>
        <w:t>RETRIEVER LABRADOR</w:t>
      </w:r>
    </w:p>
    <w:p>
      <w:r>
        <w:rPr>
          <w:b w:val="0"/>
          <w:i w:val="0"/>
        </w:rPr>
        <w:t>Issue: 01/02/2013</w:t>
      </w:r>
    </w:p>
    <w:p>
      <w:r>
        <w:rPr>
          <w:b w:val="0"/>
          <w:i w:val="0"/>
        </w:rPr>
        <w:t>Well, its February. At least we have one less month of winter now. January has gone with its horrible snow and ice. My ten days of isolation due to lane closures, has finally ended with the departure of the ice. The house has never been so clean, even the pantry has had a tidy up from floor to ceiling and cupboards are all neat and tidy for once.</w:t>
      </w:r>
    </w:p>
    <w:p>
      <w:r>
        <w:rPr>
          <w:b w:val="0"/>
          <w:i w:val="0"/>
        </w:rPr>
        <w:t>Outside, with the departure of the deep snow there is now just wall to wall mud and rather active moles emerging from below, busily churning up whatever ground they have found un-churned.</w:t>
      </w:r>
    </w:p>
    <w:p>
      <w:r>
        <w:rPr>
          <w:b w:val="0"/>
          <w:i w:val="0"/>
        </w:rPr>
        <w:t>The yellow dogs look most amusing with 4 perfect soggy dark brown socks as they boldly gallop up the path thinking they are suitably dressed to come bounding into the house. Before they do, out comes the Paw Plunger once again. So very good at cleaning dogs feet. Heres to a warm, exceptionally dry February!</w:t>
      </w:r>
    </w:p>
    <w:p>
      <w:r>
        <w:rPr>
          <w:b w:val="0"/>
          <w:i w:val="0"/>
        </w:rPr>
        <w:t>The Labrador Club of Wales Championship show is being held this weekend, 2nd Feb at Cardiff with judges Ronwein Phillips and Tony Jury officiating.</w:t>
      </w:r>
    </w:p>
    <w:p>
      <w:r>
        <w:rPr>
          <w:b w:val="0"/>
          <w:i w:val="0"/>
        </w:rPr>
        <w:t>I recall last years show was a bit wet and soggy weatherwise. That time I went over to the shopping centre opposite and purchased a sandwich for lunch from a large, well known chain-store. I trekked back across the road to the show in the rain; opened the annoyingly sealed sandwich, enclosed in one of those clear plastic packets designed that no-one should ever open them easily,  only to find that the contents were green with mould!! Back across the road to the shop and wow, refunded enough cash with profuse apologies, which bought me a very nice pair of trousers. Didn't get any lunch though!</w:t>
      </w:r>
    </w:p>
    <w:p>
      <w:r>
        <w:rPr>
          <w:b w:val="0"/>
          <w:i w:val="0"/>
        </w:rPr>
        <w:t>West of England Lab Club held their Open show recently. The judge was Alan Davey (Clanfield) and his winners were - Best in Show was Richard Staffords black dog Farnfield Phantom Menace JW ShCM. Reserve Best in Show and Best Bitch was Chris and Claire Mills yellow, Lembas Chiquitita JW. Res Best Dog and Best puppy Dog was Richard Staffords yellow Farnfield Topo Gigio JW and Res Best Bitch Penny Carpanini's yellow Carpenny Vassar.</w:t>
      </w:r>
    </w:p>
    <w:p>
      <w:r>
        <w:rPr>
          <w:b w:val="0"/>
          <w:i w:val="0"/>
        </w:rPr>
        <w:t>Best Puppy Bitch was Donamick Freya .</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