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- 8 Apr 2005"</w:t>
      </w:r>
      <w:r>
        <w:br/>
      </w:r>
      <w:r>
        <w:rPr>
          <w:b w:val="0"/>
          <w:i w:val="0"/>
        </w:rPr>
        <w:br/>
        <w:t>date_original: "8 Apr 2005"</w:t>
      </w:r>
      <w:r>
        <w:br/>
      </w:r>
      <w:r>
        <w:rPr>
          <w:b w:val="0"/>
          <w:i w:val="0"/>
        </w:rPr>
        <w:br/>
        <w:t>source_url: "https://www.ourdogs.co.uk/members/breednotes/2005/RetrieverLabrador/RetrieverLabrador-apr8.htm"</w:t>
      </w:r>
      <w:r>
        <w:br/>
      </w:r>
      <w:r>
        <w:rPr>
          <w:b w:val="0"/>
          <w:i w:val="0"/>
        </w:rPr>
        <w:br/>
        <w:t>archive_type: "static_html"</w:t>
      </w:r>
      <w:r>
        <w:br/>
      </w:r>
      <w:r>
        <w:rPr>
          <w:b w:val="0"/>
          <w:i w:val="0"/>
        </w:rPr>
        <w:br/>
        <w:t>scraped_at: "2026-09-13T22:11:23"</w:t>
      </w:r>
      <w:r>
        <w:br/>
      </w:r>
      <w:r>
        <w:rPr>
          <w:b w:val="0"/>
          <w:i w:val="0"/>
        </w:rPr>
        <w:br/>
        <w:t>word_count: 1030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Margaret Gardner, breeder and handler of 2005 Crufts CC winner, the black bitch Rewari Executive of Clanross, points out that as well as her Crufts CC, she actually has 2 RCCs, not one. Her first RCC was from judge, Mr Mervyn Reynolds, at the Labrador Club of Scotland show in April 2003 and her second was at the Yellow Lab Club Ch Show 2004, where the judge was Mervyn’s wife Carole.</w:t>
      </w:r>
    </w:p>
    <w:p>
      <w:r>
        <w:rPr>
          <w:b w:val="0"/>
          <w:i w:val="0"/>
        </w:rPr>
        <w:t>Bromsgrove &amp; District Canine Society, will be hosting “An Evening with Frank Kane” at All Saints Parish Hall, Bromsgrove, on Wednesday 27th April. This is an accredited confirmation and movement talk (KC Certificate of Attendance), and is a ticket only event. Registration is 7.30pm – no dogs allowed. Tickets are £10 each Further information is available from Jackie Holland on 01905 775396, or email hollandjackie@btopenworld.com</w:t>
      </w:r>
    </w:p>
    <w:p>
      <w:r>
        <w:rPr>
          <w:b w:val="0"/>
          <w:i w:val="0"/>
        </w:rPr>
        <w:t>The Yellow Lab Club held their mid-week Open Show at Southam. Although entered, I was unable to attend, being fully occupied preparing the Birmingham National plans, preparing the ring and benching arrangements for in excess of 12,600 dogs entered over the four days of the show in early May. The Judge at the Yellow Open show was Mark Rawlinson. Halshimoor. I understand that Sheila Walton’s yellow bitch Gallybob Parminda, went Best in Show. Sadly I have no other details.</w:t>
      </w:r>
    </w:p>
    <w:p>
      <w:r>
        <w:rPr>
          <w:b w:val="0"/>
          <w:i w:val="0"/>
        </w:rPr>
        <w:t>The Animal Health Trust have issued the following paper with details of how they can now determine the colours which your yellow Labradors carry:-</w:t>
      </w:r>
    </w:p>
    <w:p>
      <w:r>
        <w:rPr>
          <w:b w:val="0"/>
          <w:i w:val="0"/>
        </w:rPr>
        <w:t>“Yellow Coat Colour in Labrador Retrievers. Coat colour in dogs is determined by a number of genes acting together. Interactions of these genes can be complex and our molecular understanding of canine coat colour genetics is still at an early stage. However, the genetic change responsible for yellow coat colour in Labrador Retrievers has now been identified and can be tested using DNA technology.</w:t>
      </w:r>
    </w:p>
    <w:p>
      <w:r>
        <w:rPr>
          <w:b w:val="0"/>
          <w:i w:val="0"/>
        </w:rPr>
        <w:t>All dogs have two copies of every gene, one copy inherited from the sire, the other from the dam. Genes exist in different forms which can have different effects – these forms are called alleles. A gene termed extension has been identifed as determining whether the coat colour in Labradors is dark (black or brown) or yellow. For the extension gene in Labradors two alleles exist, given the symbols E and e. E is the dominant allele of the gene, whereas e is recessive.</w:t>
      </w:r>
    </w:p>
    <w:p>
      <w:r>
        <w:rPr>
          <w:b w:val="0"/>
          <w:i w:val="0"/>
        </w:rPr>
        <w:t>In dogs where both alleles are E, the coat colour will be dark (black or brown). This combination is conventionally written EE. In dogs where both alleles are e (written as ee), the coat colour will be yellow. For dogs with one copy of E and one copy of e (written as Ee), the coat colour will be dark, the E allele (which gives the dark colouring) being dominant over the e allele. Whether the dark form turns out as black or as brown is determined by another gene.</w:t>
      </w:r>
    </w:p>
    <w:p>
      <w:r>
        <w:rPr>
          <w:b w:val="0"/>
          <w:i w:val="0"/>
        </w:rPr>
        <w:t>The progeny from an EE dam and an EE sire will always be EE, and therefore dark in colour. The progeny from an ee dam and ee sire will always be yellow since they must be ee. However using Ee stock in a mating program can produce both dark and yellow pups. This is summarised in the table below.</w:t>
      </w:r>
    </w:p>
    <w:p>
      <w:r>
        <w:rPr>
          <w:b w:val="0"/>
          <w:i w:val="0"/>
        </w:rPr>
        <w:t>Results for the test will be presented as no, one or two copies of the gene causing yellow coat colour in Labrador Retrievers. There will also be an explanation of the significance of the result for breeding.</w:t>
      </w:r>
    </w:p>
    <w:p>
      <w:r>
        <w:rPr>
          <w:b w:val="0"/>
          <w:i w:val="0"/>
        </w:rPr>
        <w:t>Blood samples (3mls in an EDTA tube) for testing should be sent together with a completed DNA Testing form and a cheque for £60-00 (inc VAT) for each sample to Genetic Services, Animal Health Trust, Lanwades Park, Kentford, Newmarket, Suffolk CB8 7UU. DNA testing forms can be downloaded from our web site (http://www.aht.org.uk). DNA testing forms and cheek swabs can also be obtained by contacting Vikki Lett 01638 750659 ext 1223 or via e-mail to vikki.lett@aht.org.uk.</w:t>
      </w:r>
    </w:p>
    <w:p>
      <w:r>
        <w:rPr>
          <w:b w:val="0"/>
          <w:i w:val="0"/>
        </w:rPr>
        <w:t>Please note this test only applies to Labrador Retrievers.</w:t>
      </w:r>
      <w:r>
        <w:br/>
      </w:r>
      <w:r>
        <w:rPr>
          <w:b w:val="0"/>
          <w:i w:val="0"/>
        </w:rPr>
        <w:br/>
        <w:t>Ann Britton 01989 720 665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