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- 09/02/2024 - ISSUE"</w:t>
      </w:r>
      <w:r>
        <w:br/>
      </w:r>
      <w:r>
        <w:rPr>
          <w:b w:val="0"/>
          <w:i w:val="0"/>
        </w:rPr>
        <w:br/>
        <w:t>date_original: "09/02/2024 - ISSUE"</w:t>
      </w:r>
      <w:r>
        <w:br/>
      </w:r>
      <w:r>
        <w:rPr>
          <w:b w:val="0"/>
          <w:i w:val="0"/>
        </w:rPr>
        <w:br/>
        <w:t>source_url: "https://www.ourdogs.co.uk/members/breednotes/RetrieverLabradorMain.php"</w:t>
      </w:r>
      <w:r>
        <w:br/>
      </w:r>
      <w:r>
        <w:rPr>
          <w:b w:val="0"/>
          <w:i w:val="0"/>
        </w:rPr>
        <w:br/>
        <w:t>scraped_at: "2026-09-13T15:08:49"</w:t>
      </w:r>
      <w:r>
        <w:br/>
      </w:r>
      <w:r>
        <w:rPr>
          <w:b w:val="0"/>
          <w:i w:val="0"/>
        </w:rPr>
        <w:br/>
        <w:t>word_count: 543</w:t>
      </w:r>
    </w:p>
    <w:p>
      <w:r>
        <w:t>――――――――――――――――――――――――――――――</w:t>
      </w:r>
    </w:p>
    <w:p>
      <w:r>
        <w:rPr>
          <w:b w:val="0"/>
          <w:i w:val="0"/>
        </w:rPr>
        <w:t>NEWS MEMBERS' AREA SHOP SUBSCRIBE UPCOMING SHOWS MORE</w:t>
      </w:r>
    </w:p>
    <w:p>
      <w:r>
        <w:rPr>
          <w:b w:val="0"/>
          <w:i w:val="0"/>
        </w:rPr>
        <w:t>RETRIEVER LABRADOR</w:t>
      </w:r>
    </w:p>
    <w:p>
      <w:r>
        <w:rPr>
          <w:b w:val="0"/>
          <w:i w:val="0"/>
        </w:rPr>
        <w:t>Issue: 09/02/2024</w:t>
      </w:r>
    </w:p>
    <w:p>
      <w:r>
        <w:rPr>
          <w:b w:val="0"/>
          <w:i w:val="0"/>
        </w:rPr>
        <w:t>Brief notes this week as IÃ¢â‚¬â„¢m only just back home from the Labrador Club of Wales Championship show.</w:t>
      </w:r>
    </w:p>
    <w:p>
      <w:r>
        <w:rPr>
          <w:b w:val="0"/>
          <w:i w:val="0"/>
        </w:rPr>
        <w:t>Always the most enjoyable well organised event at Forest Oak Farm near Lydney, Gloucestershire. The experienced committee have to be one of the most friendly of all our breed clubs and go out of their way to make sure exhibitors really enjoy their day.  It was lovely to see Margaret Barker the club Secretary for many years at the show especially as she has not been in the best of health recently. Get well soon Margaret!</w:t>
      </w:r>
    </w:p>
    <w:p>
      <w:r>
        <w:rPr>
          <w:b w:val="0"/>
          <w:i w:val="0"/>
        </w:rPr>
        <w:t>Another committee member, Sian Evans must have spent the previous week preparing hundreds of delicious Welsh cakes for exhibitors to enjoy. Such a behind the scenes task reminds me of the thousands of scones I have cooked for WELKS judges reception over many decades.</w:t>
      </w:r>
    </w:p>
    <w:p>
      <w:r>
        <w:rPr>
          <w:b w:val="0"/>
          <w:i w:val="0"/>
        </w:rPr>
        <w:t>The judges were Dogs - Mrs Maureen Rees and Bitches -Mr Hugh Bishop. There was an entry 199 dogs and bitches.The overall winners were Dog CC and Best in Show, Gary and Jean Johnsons  Show Champion Cremino Calabrese, with the RCC, going to the Postgraduate and Special Beginners Dog winner, Mrs Sadlers yellow Talifen  Gentleman Jack.</w:t>
      </w:r>
    </w:p>
    <w:p>
      <w:r>
        <w:rPr>
          <w:b w:val="0"/>
          <w:i w:val="0"/>
        </w:rPr>
        <w:t>In the bitch ring Christine BaylisÃ¢â‚¬â„¢s yellow Tissalian CrÃƒÂªpe Suzette won the CC from the Yearling class, with the 2nd in the same Yearling class, Ronwein Phillips yellow Rochdale Gypsy at Sheenaron JW taking the RCC.</w:t>
      </w:r>
    </w:p>
    <w:p>
      <w:r>
        <w:rPr>
          <w:b w:val="0"/>
          <w:i w:val="0"/>
        </w:rPr>
        <w:t>Best Puppy in Show was Rawlinson and Balshaws black Shanorrell Seamus Coleman at Halshimoor. Congratulations to you all.</w:t>
      </w:r>
    </w:p>
    <w:p>
      <w:r>
        <w:rPr>
          <w:b w:val="0"/>
          <w:i w:val="0"/>
        </w:rPr>
        <w:t>It was my first Labrador Ch show for quite some time and I thoroughly enjoyed the day out, meeting old friends and new and especially showing my new youngster, my first ever chocolate bitch after many many decades spent solely showing blacks and yellows.</w:t>
      </w:r>
    </w:p>
    <w:p>
      <w:r>
        <w:rPr>
          <w:b w:val="0"/>
          <w:i w:val="0"/>
        </w:rPr>
        <w:t>At two years of age she is settling in very well. She won a good Graduate bitch class at the Welsh Lab Club Show. It was the first time I had shown her and it was so pleasing to find she loves it, generously showing her socks off, no fiddling needed, shes so balanced she just does it herself, always standingright which is most helpful for this OAP!</w:t>
      </w:r>
    </w:p>
    <w:p>
      <w:r>
        <w:rPr>
          <w:b w:val="0"/>
          <w:i w:val="0"/>
        </w:rPr>
        <w:t>Many thanks to all those, whose opinion I respect, who came up and admired her at the show, as did I when I first set eyes on her just three weeks ago.</w:t>
      </w:r>
    </w:p>
    <w:p>
      <w:r>
        <w:rPr>
          <w:b w:val="0"/>
          <w:i w:val="0"/>
        </w:rPr>
        <w:t>On that note I have to praise the Kennel Club who turned round her online transfer and addition of my affix to her registered name within just 24 hours. The online form was so easily completed thus proving things are at last getting back on track at the Kennel Club.</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