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- 13/01/2012"</w:t>
      </w:r>
      <w:r>
        <w:br/>
      </w:r>
      <w:r>
        <w:rPr>
          <w:b w:val="0"/>
          <w:i w:val="0"/>
        </w:rPr>
        <w:br/>
        <w:t>date_original: "13/01/2012"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"2026-09-13T22:47:05"</w:t>
      </w:r>
      <w:r>
        <w:br/>
      </w:r>
      <w:r>
        <w:rPr>
          <w:b w:val="0"/>
          <w:i w:val="0"/>
        </w:rPr>
        <w:br/>
        <w:t>word_count: 1730</w:t>
      </w:r>
    </w:p>
    <w:p>
      <w:r>
        <w:t>――――――――――――――――――――――――――――――</w:t>
      </w:r>
    </w:p>
    <w:p>
      <w:r>
        <w:rPr>
          <w:b w:val="0"/>
          <w:i w:val="0"/>
        </w:rPr>
        <w:t>NEWS MEMBERS' AREA SHOP SUBSCRIBE UPCOMING SHOWS MORE</w:t>
      </w:r>
    </w:p>
    <w:p>
      <w:r>
        <w:rPr>
          <w:b w:val="0"/>
          <w:i w:val="0"/>
        </w:rPr>
        <w:t>RETRIEVER LABRADOR</w:t>
      </w:r>
    </w:p>
    <w:p>
      <w:r>
        <w:rPr>
          <w:b w:val="0"/>
          <w:i w:val="0"/>
        </w:rPr>
        <w:t>Issue: 13/01/2012</w:t>
      </w:r>
    </w:p>
    <w:p>
      <w:r>
        <w:rPr>
          <w:b w:val="0"/>
          <w:i w:val="0"/>
        </w:rPr>
        <w:t>Gundog day on Friday January 6th  saw Boston show at the East of England showground opening the 2012 championship show season.</w:t>
      </w:r>
    </w:p>
    <w:p>
      <w:r>
        <w:rPr>
          <w:b w:val="0"/>
          <w:i w:val="0"/>
        </w:rPr>
        <w:t>The weather last year was so appalling driving to and from the show that I was completely put off entering this year, however in actual fact I could well have ventured out quite safely as the day was dry, bright and sunny with just a crisp winter breeze. The seasons seem to have gone completely haywire and whereas there was two foot of snow on the ground twelve months sago, this January sees roses and fuschias still in full bloom in the sunny garden.</w:t>
      </w:r>
    </w:p>
    <w:p>
      <w:r>
        <w:rPr>
          <w:b w:val="0"/>
          <w:i w:val="0"/>
        </w:rPr>
        <w:t>The judges at Boston were Frank Gawthorpe (Dogs) and Helen Steven (Bitches). The Dog CC was won by Mrs L Hess's yellow, Sh Ch AmCh  Salty Dog of Tampa Bay whilst the Dog RCC went to Penny Teasdale and David Hopkinsons yellow, Rocheby Golden Sage.</w:t>
      </w:r>
    </w:p>
    <w:p>
      <w:r>
        <w:rPr>
          <w:b w:val="0"/>
          <w:i w:val="0"/>
        </w:rPr>
        <w:t>The Bitch CC was a second CC for the Hodge familys black, Lindall Nadia at Naiken, with the Bitch RCC going to Les Brabbans black, Sh Ch Foulby Queenstown at Cambremer. Best Puppy was Mr and Mrs Dawsons yellow, Beskerby Larksong .</w:t>
      </w:r>
    </w:p>
    <w:p>
      <w:r>
        <w:rPr>
          <w:b w:val="0"/>
          <w:i w:val="0"/>
        </w:rPr>
        <w:t>David Coode won the Champion Stakes on Gundog Day under Irene Glen at Boston with his yellow dog, Ch Warringah's Gundaroo JW. In true Labrador mode, the day after the show Gunner was out working all day on a shoot, coming home completely plastered in mud, but, restored overnight to gleaming show condition, he returned to Boston show on the Sunday to compete in the Champion Stakes finals and how lovely to hear that he won the stakes outright. It really is a lovely change to see a good honest Labrador winning the top spot against all the fancy coated, groomed to perfection breeds. Many congratulations.</w:t>
      </w:r>
    </w:p>
    <w:p>
      <w:r>
        <w:rPr>
          <w:b w:val="0"/>
          <w:i w:val="0"/>
        </w:rPr>
        <w:t>On the local scene, there have been plenty of Open shows to amuse around Christmas and the New Year. I enjoyed showing my 9 month old puppy, Martinstide Pastiche of Bowstones at three of them and after her BPIB at LKA, I was thrilled to win 3 x BP, 1BOB and the Gundog Puppy Group at two of the shows. Richard Stafford and Ed Casey were also supporting the Open Shows and went Best in Show at Coventry Ladies Kennel Society with their black Labrador, Farnfield Phantom Menace and at Worcester and Malvern won Best in Show once again, this time with their truly eyecatching Dalmation.</w:t>
      </w:r>
    </w:p>
    <w:p>
      <w:r>
        <w:rPr>
          <w:b w:val="0"/>
          <w:i w:val="0"/>
        </w:rPr>
        <w:t>Optigen are offering a 30% discount off DNA tests, paid for online, at Val Tiller's next Optigen 20/20 Clinic, on Tuesday, 7th February, in Epsom, Surrey.</w:t>
      </w:r>
    </w:p>
    <w:p>
      <w:r>
        <w:rPr>
          <w:b w:val="0"/>
          <w:i w:val="0"/>
        </w:rPr>
        <w:t>Labradors are invited to be DNA tested for hereditary prcd-PRA, RD/OSD and Narcolepsy.  Clients may attend the clinic in person, or be Postal Participants.  Contact Val Tiller direct for further details and to book places: E-mail: val.tiller@talk21.com or Tel: (01372) 273597.</w:t>
      </w:r>
    </w:p>
    <w:p>
      <w:r>
        <w:rPr>
          <w:b w:val="0"/>
          <w:i w:val="0"/>
        </w:rPr>
        <w:t>Wellington (Shropshire) CS open show on 5th February in Telford has classes scheduled for Labradors. This is also a qualifying show for Shrop-Dog competition. The closing date for entries is 13th January and schedules are available online at www.arenaprint.co.uk or from the secretary Miss M Bailey 01952 740209</w:t>
      </w:r>
    </w:p>
    <w:p>
      <w:r>
        <w:rPr>
          <w:b w:val="0"/>
          <w:i w:val="0"/>
        </w:rPr>
        <w:t>Continuing the review of the 2011 top winning Labradors. The 2011 top spot was hotly contested between Richard Staffords yellow Sh Ch Kimvalley Star Attraction of Farnfield, who gained a further 6CCs, 4BOBs and a Group 2 placing during the year and the Porters new black champion, Sh Ch Lindall Dreamy who had a year end tally of 8CCs and 2BOBs.</w:t>
      </w:r>
    </w:p>
    <w:p>
      <w:r>
        <w:rPr>
          <w:b w:val="0"/>
          <w:i w:val="0"/>
        </w:rPr>
        <w:t>In total there were 8 show champion Bitches made up in 2011, three yellows and five blacks.</w:t>
      </w:r>
    </w:p>
    <w:p>
      <w:r>
        <w:rPr>
          <w:b w:val="0"/>
          <w:i w:val="0"/>
        </w:rPr>
        <w:t>They were: Sh Ch Lindall Dreamy (black); Sh Ch Ir Ch Brockburrow Dream Maker at Gostwyck (yellow), Sh Ch Naiken Xclusive Dream JW (black) Sh Ch Foulby Queenstown at Cambremer (black) ShCh Naiken Yelenda at Lougin (black), Sh Ch Crosscroyde Lady Katinka (yellow), Sh Ch Am Can Ch Clearcreek Bonaventure Windjammer (black) Sh Ch Cremino Christmas Rose (yellow),</w:t>
      </w:r>
    </w:p>
    <w:p>
      <w:r>
        <w:rPr>
          <w:b w:val="0"/>
          <w:i w:val="0"/>
        </w:rPr>
        <w:t>Lindall Dreamy, (Sh Ch Lindall Redemption x Lindall Brittany), black, was bred by Alan and Linda Porter. Born in December 2009, Dreamy won 8CCs during 2011, 2 with Best of Breed. She strode into 2011 very well, winning her first CC when just out of Puppy at Manchester under David Hopkinson. Her second was a few weeks later at the Lab Club of Wales under Brian Parrott and her third at the Joint Lab Club under Marlene Hepper were she went Best in Show. Further CCs came at Driffield under Sandra Hibbert, at Gundog Society of Wales under Trish Parrott, at West of England Lab Club under Mark Rawlinson, at North West Lab Club under Lorraine Tooth and at Gundog Breeds of Scotland under Mary McCulloch.</w:t>
      </w:r>
    </w:p>
    <w:p>
      <w:r>
        <w:rPr>
          <w:b w:val="0"/>
          <w:i w:val="0"/>
        </w:rPr>
        <w:t>Sh Ch Ir Ch Brockberrow Dream Maker at Gostwyck, (Sh Ch Linjor Valentino JW ShCM x Eneleon Amythyst), yellow born in January 2008 and owned by Sue Merrill had previously won CCs in 2010 at Blackpool under Ferelith Somerfield and at North West Lab under Joy Venturi Rose. Already an Irish champion, in 2011 she took her UK Sh Ch title at Three Ridings Lab Club winning the CC under Anne Lavelle and to make it an extra special day  went Best in Show.</w:t>
      </w:r>
    </w:p>
    <w:p>
      <w:r>
        <w:rPr>
          <w:b w:val="0"/>
          <w:i w:val="0"/>
        </w:rPr>
        <w:t>Sh Ch Naiken Xclusive Dream JW (Buckholt Kestral x Naiken Quizzical) black, born in May 2008 was made up at Three Counties under Tracy James. She went on to win 3 further CC; at Windsor under Mervyn Reynolds, at Leeds under Marilyn Prior and at SWKA under Carol Whitfield. The Hodge family who bred her were this years top breeders in the Our Dogs competition and there has been a grand team of Naiken bred dogs and bitches in the show-ring throughout the year.</w:t>
      </w:r>
    </w:p>
    <w:p>
      <w:r>
        <w:rPr>
          <w:b w:val="0"/>
          <w:i w:val="0"/>
        </w:rPr>
        <w:t>Sh Ch Foulby Queenstown at Cambremer (NzCh Driftsway First Knight x Foulby Paper Lace), black, was born in March 2008. Owned by Les and Joyce Brabban she was bred by Angela Williams and David Craig. She had previously won the CC at SKC 2010 under John Jackson. She won her second CC at Bath 2011 under Marilyn Nightingale and her third at the Lab Club under Linda Sutcliffe. She followed that with the CC and Best of Breed under Margaret Gardner at Border Union.</w:t>
      </w:r>
    </w:p>
    <w:p>
      <w:r>
        <w:rPr>
          <w:b w:val="0"/>
          <w:i w:val="0"/>
        </w:rPr>
        <w:t>ShCh Naiken Yelenda at Lougin (AmCh Ghoststone Hyspire Dressed to Impress x Ch Naiken Russian Rhythm), black, was bred by the Hodge family in January 2009 and owned by Trish and Brian Parrott. She had won the CC at Richmond 2010under Richard Stafford and in 2011 won the CC under Oonagh Gore at Kent Surrey and Sussex Lab Club, and took her title at Northumberland and Durham Lab Club under Anne Taylor going Best in Show.</w:t>
      </w:r>
    </w:p>
    <w:p>
      <w:r>
        <w:rPr>
          <w:b w:val="0"/>
          <w:i w:val="0"/>
        </w:rPr>
        <w:t>Sh Ch Crosscroyde Lady Katinka (Sh Ch Silver Suede over Rocheby x Crosscroyde Geisha Girl), yellow,  was bred by Anne Lavelle in 2007. She had won the CC and BOB at Welsh Kennel Club in 2010 under Fiona Coward Scholes and went on to win her second CC atPaignton under Keith Young and at Welsh Kennel Club (obviously Annes annual lucky show) under Linda Major. She added a further CC to her tally by winning at City of Birmingham under Hugh Gent.</w:t>
      </w:r>
    </w:p>
    <w:p>
      <w:r>
        <w:rPr>
          <w:b w:val="0"/>
          <w:i w:val="0"/>
        </w:rPr>
        <w:t>Sh Ch Am Can Ch Clearcreek Bonaventure Windjammer (black) owned in the United States by Mrs Hess, was campaigned by Margaret Brown Ramsayville, took the UK by storm in the summer of 2011 winning 4CCs and 3 BOBs in a few short months before returning to the USA with her UK title . Her CCs came fromCotswold and Wyevern Lab Club under Marion Hopkinson, The Lab Club of Northern Ireland under Isobel Key, at Bournemouth under Sussie Wiles and at Darlington under Richard Morris.</w:t>
      </w:r>
    </w:p>
    <w:p>
      <w:r>
        <w:rPr>
          <w:b w:val="0"/>
          <w:i w:val="0"/>
        </w:rPr>
        <w:t>Sh Ch Cremino Christmas Rose ( Ahti Aspen of Finnwoods x Cremino Country Rose)yellow, was bred at the end of 2005 by Gary and Jean Johnson. In 2011 she won her second CC at URC under Patsy Hollings and her title at Richmond under David Shields.</w:t>
      </w:r>
    </w:p>
    <w:p>
      <w:r>
        <w:rPr>
          <w:b w:val="0"/>
          <w:i w:val="0"/>
        </w:rPr>
        <w:t>In addition to the new champions the following also won CCs. 6CCs, 4BOBs and a Group 2: As mentioned above, in 2011 Richard Staffords 3 year old yellow Sh Ch Kimvalley Star Attraction of Farnfield JW ShCM, added further CCs and BOBs to her 11CCs and 7 Best of Breeds won during the previous year. Her 2011 CCs came at Boston with BOB under Martin O'Donaghue; at SKC with BOB under John Thirlwell; at Southern Counties with BOB under Tony Floyd where she went Group 2; at Belfast under Gordon Haran; at the Yellow Lab Club under Margaret Rooth and at Midland Counties under Einir Matulla.</w:t>
      </w:r>
    </w:p>
    <w:p>
      <w:r>
        <w:rPr>
          <w:b w:val="0"/>
          <w:i w:val="0"/>
        </w:rPr>
        <w:t>Winning 2CCs and 1 BOB was Desmiond and Rosemary Airey's yellow, Sh Ch Ronsard Me Celebriat ShCm who won that most coveted award, CC and BOB at Crufts under Joyce Brabban, and later, CC at the National under James Hindley.</w:t>
      </w:r>
    </w:p>
    <w:p>
      <w:r>
        <w:rPr>
          <w:b w:val="0"/>
          <w:i w:val="0"/>
        </w:rPr>
        <w:t>Winning 1CC and 1 BOB were: Maureen Rees yellow Thurbajens Flighty Fennel at Eremos won under Maureen Floyd at WELKS.</w:t>
      </w:r>
    </w:p>
    <w:p>
      <w:r>
        <w:rPr>
          <w:b w:val="0"/>
          <w:i w:val="0"/>
        </w:rPr>
        <w:t>Jenny Greens yellow Thurbajens Saucy Saffron won at East Anglian Lab Club under Sheila Wallington.</w:t>
      </w:r>
    </w:p>
    <w:p>
      <w:r>
        <w:rPr>
          <w:b w:val="0"/>
          <w:i w:val="0"/>
        </w:rPr>
        <w:t>Sue Marskells black Sh Ch Berolee Moons Magic Star won at Midland Counties Lab Club under Denise Timms.</w:t>
      </w:r>
    </w:p>
    <w:p>
      <w:r>
        <w:rPr>
          <w:b w:val="0"/>
          <w:i w:val="0"/>
        </w:rPr>
        <w:t>The Hodges Ch Naiken Russian Rhythm won at National Gundog under Anthony Allen.</w:t>
      </w:r>
    </w:p>
    <w:p>
      <w:r>
        <w:rPr>
          <w:b w:val="0"/>
          <w:i w:val="0"/>
        </w:rPr>
        <w:t>Sharouns Fan Dancer won at SKC under Meriel Hathaway;</w:t>
      </w:r>
    </w:p>
    <w:p>
      <w:r>
        <w:rPr>
          <w:b w:val="0"/>
          <w:i w:val="0"/>
        </w:rPr>
        <w:t>and Lorraine Tooths yellow, Ludalor Lancastria Chardonnay JW won at LKA under Penny Carpanini.</w:t>
      </w:r>
    </w:p>
    <w:p>
      <w:r>
        <w:rPr>
          <w:b w:val="0"/>
          <w:i w:val="0"/>
        </w:rPr>
        <w:t>Winning 1 CC each during 2011. Rocheby Gathering Lilacs owned by John and Helen Stevens won at Lab Club of Scotland under Titania Dreyey from Russia and David Coodes black Warringah's Karkirri who won at Blackpool under Ron Menaker from the United States</w:t>
      </w:r>
    </w:p>
    <w:p>
      <w:r>
        <w:rPr>
          <w:b w:val="0"/>
          <w:i w:val="0"/>
        </w:rPr>
        <w:t>I have endeavoured to get the above correct but my huge apologies for any unforeseen errors; they are not intended!</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