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Feb 2007"</w:t>
      </w:r>
      <w:r>
        <w:br/>
      </w:r>
      <w:r>
        <w:rPr>
          <w:b w:val="0"/>
          <w:i w:val="0"/>
        </w:rPr>
        <w:br/>
        <w:t>date_original: "9 Feb 2007"</w:t>
      </w:r>
      <w:r>
        <w:br/>
      </w:r>
      <w:r>
        <w:rPr>
          <w:b w:val="0"/>
          <w:i w:val="0"/>
        </w:rPr>
        <w:br/>
        <w:t>source_url: "https://www.ourdogs.co.uk/members/breednotes/2007/RetrieverLabrador/RetrieverLabrador-feb9.htm"</w:t>
      </w:r>
      <w:r>
        <w:br/>
      </w:r>
      <w:r>
        <w:rPr>
          <w:b w:val="0"/>
          <w:i w:val="0"/>
        </w:rPr>
        <w:br/>
        <w:t>archive_type: "static_html"</w:t>
      </w:r>
      <w:r>
        <w:br/>
      </w:r>
      <w:r>
        <w:rPr>
          <w:b w:val="0"/>
          <w:i w:val="0"/>
        </w:rPr>
        <w:br/>
        <w:t>scraped_at: "2026-09-13T22:06:57"</w:t>
      </w:r>
      <w:r>
        <w:br/>
      </w:r>
      <w:r>
        <w:rPr>
          <w:b w:val="0"/>
          <w:i w:val="0"/>
        </w:rPr>
        <w:br/>
        <w:t>word_count: 1098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week the winning youngsters of 2006 to get their turn in the review of last years events. It will be good to note their progress in 2007 and we wish them much fun and success for the future.</w:t>
      </w:r>
    </w:p>
    <w:p>
      <w:r>
        <w:rPr>
          <w:b w:val="0"/>
          <w:i w:val="0"/>
        </w:rPr>
        <w:t>Best Puppy winners in 2006 were as follows: - Top Puppy was Mr and Mrs Anthony and Erica Jayes yellow dog, Jayncourt Star Turn at Sandylands (Sh Ch Sandylands Wait and See x Jayncourt Star Kisses) who won 4 BPIB during the year, at Cotswold and Wyevern LRC, at Richmond where he won the RCC, also at Driffield and at Midland Counties Canine Society.</w:t>
      </w:r>
      <w:r>
        <w:br/>
      </w:r>
      <w:r>
        <w:rPr>
          <w:b w:val="0"/>
          <w:i w:val="0"/>
        </w:rPr>
        <w:br/>
        <w:t>Fiona Braddon’s yellow dog, Trendlewood You Wear it Well went Best Puppy in Show at KSS LRC when he also won the Dog CC at just 10 months of age. Fiona’s Trendlewood Forever Young was also Best Puppy in Show at Lab Club of N Ireland.</w:t>
      </w:r>
    </w:p>
    <w:p>
      <w:r>
        <w:rPr>
          <w:b w:val="0"/>
          <w:i w:val="0"/>
        </w:rPr>
        <w:t>Angela Williams and David Craig’s black bitch, Foulby Buttons and Bows (Sh Ch Sudeo Chevalier of Ramsayville x Foulby Paper Lace) won BPIB at N and D LRC and at Gundog Breeds of Scotland going on to Puppy Group 2.</w:t>
      </w:r>
    </w:p>
    <w:p>
      <w:r>
        <w:rPr>
          <w:b w:val="0"/>
          <w:i w:val="0"/>
        </w:rPr>
        <w:t>Mrs Darcy’s yellow bitch, Lancastria Amber (Ludalor Lloyd x Ludalor Midsummer Sun JW) won BPIB at the National Dog Show, and at National Gundog where she went Puppy Group 3.</w:t>
      </w:r>
      <w:r>
        <w:br/>
      </w:r>
      <w:r>
        <w:rPr>
          <w:b w:val="0"/>
          <w:i w:val="0"/>
        </w:rPr>
        <w:br/>
        <w:t>Winning 2 Best Puppy in Breed awards in 2006 - Mr and Mrs Gardner’s black bitch, Rewari Exfactor (Castleduff Radical Jack x Rewari Exclusive), won at SKC(May) and Leeds</w:t>
      </w:r>
      <w:r>
        <w:br/>
      </w:r>
      <w:r>
        <w:rPr>
          <w:b w:val="0"/>
          <w:i w:val="0"/>
        </w:rPr>
        <w:br/>
        <w:t>Marlene Heppers black bitches, Mardas Venetian Fan Fare (Greenworth Vincent O'Brian at Mardas x Mardas Shooting Star) won at Bath, and Southern Counties, and her Mardas Vanity Fair won Best Puppy in Show at the Labrador Club.</w:t>
      </w:r>
    </w:p>
    <w:p>
      <w:r>
        <w:rPr>
          <w:b w:val="0"/>
          <w:i w:val="0"/>
        </w:rPr>
        <w:t>Joyce and Les Brabbans yellow dog Cambremer Craftsman (Rocheby Old Smokey x Sh Ch Cambremer Call My Bluff), won at SWKA and at East of England.</w:t>
      </w:r>
    </w:p>
    <w:p>
      <w:r>
        <w:rPr>
          <w:b w:val="0"/>
          <w:i w:val="0"/>
        </w:rPr>
        <w:t>Chris and Claire Mills yellow bitch Carpenny Wonder with Lembas, (Ch Int Ch Carpenny Walpole x Carpenny Far and Above) won at Paignton and at URC.</w:t>
      </w:r>
    </w:p>
    <w:p>
      <w:r>
        <w:rPr>
          <w:b w:val="0"/>
          <w:i w:val="0"/>
        </w:rPr>
        <w:t>Marion Hopkinson’s black bitch, Rocheby Blueberry (Int Ch Ahti Aspen of Finnwoods x Bridgeford Bramble Hedge) won at the Yellow Lab Club and North West Lab Club.</w:t>
      </w:r>
    </w:p>
    <w:p>
      <w:r>
        <w:rPr>
          <w:b w:val="0"/>
          <w:i w:val="0"/>
        </w:rPr>
        <w:t>The following won 1 Best Puppy in Breed award in 2006:- the late Janice Pritchard’s black dog, Charway Water Reed at Manchester. He is now owned by Linda Heron.</w:t>
      </w:r>
    </w:p>
    <w:p>
      <w:r>
        <w:rPr>
          <w:b w:val="0"/>
          <w:i w:val="0"/>
        </w:rPr>
        <w:t>Maxine Crocker Williams black bitch, Carpenny Spinning Wheel at the Welsh Lab Club</w:t>
      </w:r>
      <w:r>
        <w:br/>
      </w:r>
      <w:r>
        <w:rPr>
          <w:b w:val="0"/>
          <w:i w:val="0"/>
        </w:rPr>
        <w:br/>
        <w:t>.</w:t>
      </w:r>
      <w:r>
        <w:br/>
      </w:r>
      <w:r>
        <w:rPr>
          <w:b w:val="0"/>
          <w:i w:val="0"/>
        </w:rPr>
        <w:br/>
        <w:t>Anne Taylor’s bitch Fabracken Remember Me at East Anglian Lab Club;</w:t>
      </w:r>
    </w:p>
    <w:p>
      <w:r>
        <w:rPr>
          <w:b w:val="0"/>
          <w:i w:val="0"/>
        </w:rPr>
        <w:t>Jenny Green’s yellow bitch, Thurbajens Whoops a Daisy at Crufts,</w:t>
      </w:r>
    </w:p>
    <w:p>
      <w:r>
        <w:rPr>
          <w:b w:val="0"/>
          <w:i w:val="0"/>
        </w:rPr>
        <w:t>Linda Thompson’s black bitch, Meadowline Midway Lady at Three Ridings LRC,</w:t>
      </w:r>
    </w:p>
    <w:p>
      <w:r>
        <w:rPr>
          <w:b w:val="0"/>
          <w:i w:val="0"/>
        </w:rPr>
        <w:t>Lesley Dantinnes black bitch, Charway Ballymona at Lab Club of Scotland,</w:t>
      </w:r>
    </w:p>
    <w:p>
      <w:r>
        <w:rPr>
          <w:b w:val="0"/>
          <w:i w:val="0"/>
        </w:rPr>
        <w:t>the Allan Family’s yellow dog, Allenies Maverick at Midland Counties LRC;</w:t>
      </w:r>
    </w:p>
    <w:p>
      <w:r>
        <w:rPr>
          <w:b w:val="0"/>
          <w:i w:val="0"/>
        </w:rPr>
        <w:t>Noelene Dodd’s yellow dog, Eneleon Loch Morrie at WELKS.</w:t>
      </w:r>
    </w:p>
    <w:p>
      <w:r>
        <w:rPr>
          <w:b w:val="0"/>
          <w:i w:val="0"/>
        </w:rPr>
        <w:t>the Climpson family’s yellow dog Othamcourt Wild Thyme at Three Counties.</w:t>
      </w:r>
      <w:r>
        <w:br/>
      </w:r>
      <w:r>
        <w:rPr>
          <w:b w:val="0"/>
          <w:i w:val="0"/>
        </w:rPr>
        <w:br/>
        <w:t>Mervyn and Carole Reynolds black bitch, Carromer Shakira at Border Union;</w:t>
      </w:r>
    </w:p>
    <w:p>
      <w:r>
        <w:rPr>
          <w:b w:val="0"/>
          <w:i w:val="0"/>
        </w:rPr>
        <w:t>Christine Bailiss’s yellow bitch, Tissalian Amazing Grace at Blackpool.</w:t>
      </w:r>
    </w:p>
    <w:p>
      <w:r>
        <w:rPr>
          <w:b w:val="0"/>
          <w:i w:val="0"/>
        </w:rPr>
        <w:t>Audrey Hallum’s yellow bitch, Keenes Wild Flower at Windsor.</w:t>
      </w:r>
    </w:p>
    <w:p>
      <w:r>
        <w:rPr>
          <w:b w:val="0"/>
          <w:i w:val="0"/>
        </w:rPr>
        <w:t>Mrs Milne’s yellow dog, Claytonholt Cameron, at Bournemouth.</w:t>
      </w:r>
    </w:p>
    <w:p>
      <w:r>
        <w:rPr>
          <w:b w:val="0"/>
          <w:i w:val="0"/>
        </w:rPr>
        <w:t>Mrs Wojcik’s yellow dog, Courtrose Celtic Frost, at WKC.</w:t>
      </w:r>
    </w:p>
    <w:p>
      <w:r>
        <w:rPr>
          <w:b w:val="0"/>
          <w:i w:val="0"/>
        </w:rPr>
        <w:t>Linda McGillivray’s yellow, Carpenny Cleudo of Antonine at SKC (August).</w:t>
      </w:r>
      <w:r>
        <w:br/>
      </w:r>
      <w:r>
        <w:rPr>
          <w:b w:val="0"/>
          <w:i w:val="0"/>
        </w:rPr>
        <w:br/>
        <w:t>Julia Lewis’s bitch, Nigabee Serge Blue, at City of Birmingham.</w:t>
      </w:r>
    </w:p>
    <w:p>
      <w:r>
        <w:rPr>
          <w:b w:val="0"/>
          <w:i w:val="0"/>
        </w:rPr>
        <w:t>John and Denise Timm’s black bitch, Lejie Back in Time, at Darlington and their Remabeto Cherry Pip at Lejie at Gundog Society of Wales.</w:t>
      </w:r>
    </w:p>
    <w:p>
      <w:r>
        <w:rPr>
          <w:b w:val="0"/>
          <w:i w:val="0"/>
        </w:rPr>
        <w:t>Mr and Mrs Gardner’s black dog Rewari Exclamation at Belfast</w:t>
      </w:r>
    </w:p>
    <w:p>
      <w:r>
        <w:rPr>
          <w:b w:val="0"/>
          <w:i w:val="0"/>
        </w:rPr>
        <w:t>Mr and Mrs Hatfield’s yellow bitch, Oakglen Christmas Carol at West of England Lab Club</w:t>
      </w:r>
      <w:r>
        <w:br/>
      </w:r>
      <w:r>
        <w:rPr>
          <w:b w:val="0"/>
          <w:i w:val="0"/>
        </w:rPr>
        <w:br/>
        <w:t>Sussie Wiles’ yellow dog Richbourne Roll of Honour at LKA.</w:t>
      </w:r>
    </w:p>
    <w:p>
      <w:r>
        <w:rPr>
          <w:b w:val="0"/>
          <w:i w:val="0"/>
        </w:rPr>
        <w:t>Several Junior Warrants were won during the year. Amongst them, Allenies Watersprite for Darrobel and Allenies Maverick, Warringah’s Karkanya, Keenes Betty Boo, Ludalor Lunar Eclipse over Amberstope, Meadowline Midway Lady, Seatallan Rosa, Steeleigh Foreign Legacy, Winsleywood Waterloo, Langshott Great Chance at Kimvalley, Naiken Suede and Othamcourt Wild Thyme.</w:t>
      </w:r>
    </w:p>
    <w:p>
      <w:r>
        <w:rPr>
          <w:b w:val="0"/>
          <w:i w:val="0"/>
        </w:rPr>
        <w:t>Show Certificates of Merit have been awarded during 2006 to Cambremer Ocean Breeze over Kilstron, Eneleon Amber JW (Now Sh Ch), Hempsbeck Willies Choice, Kymin Token at Ruttlebank, Lewisan La-Di-Da to Baileydale JW, Ryedown Scottish Reel JW, and Bowstones Morning Star over Beaverbrook.</w:t>
      </w:r>
    </w:p>
    <w:p>
      <w:r>
        <w:rPr>
          <w:b w:val="0"/>
          <w:i w:val="0"/>
        </w:rPr>
        <w:t>Congratulations and good wishes to all our breed winners of 2006. May you continue with your success into 2007.</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