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title: "Labrador Breed Notes - 20/09/2013"</w:t>
      </w:r>
      <w:r>
        <w:br/>
      </w:r>
      <w:r>
        <w:rPr>
          <w:b w:val="0"/>
          <w:i w:val="0"/>
        </w:rPr>
        <w:br/>
        <w:t>date_original: "20/09/2013"</w:t>
      </w:r>
      <w:r>
        <w:br/>
      </w:r>
      <w:r>
        <w:rPr>
          <w:b w:val="0"/>
          <w:i w:val="0"/>
        </w:rPr>
        <w:br/>
        <w:t>source_url: "https://www.ourdogs.co.uk/members/breednotes/retlabarchive.php"</w:t>
      </w:r>
      <w:r>
        <w:br/>
      </w:r>
      <w:r>
        <w:rPr>
          <w:b w:val="0"/>
          <w:i w:val="0"/>
        </w:rPr>
        <w:br/>
        <w:t>archive_type: "retlabarchive_post"</w:t>
      </w:r>
      <w:r>
        <w:br/>
      </w:r>
      <w:r>
        <w:rPr>
          <w:b w:val="0"/>
          <w:i w:val="0"/>
        </w:rPr>
        <w:br/>
        <w:t>scraped_at: "2026-09-13T22:43:07"</w:t>
      </w:r>
      <w:r>
        <w:br/>
      </w:r>
      <w:r>
        <w:rPr>
          <w:b w:val="0"/>
          <w:i w:val="0"/>
        </w:rPr>
        <w:br/>
        <w:t>word_count: 376</w:t>
      </w:r>
    </w:p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NEWS MEMBERS' AREA SHOP SUBSCRIBE UPCOMING SHOWS MORE</w:t>
      </w:r>
    </w:p>
    <w:p>
      <w:r>
        <w:rPr>
          <w:b w:val="0"/>
          <w:i w:val="0"/>
        </w:rPr>
        <w:t>RETRIEVER LABRADOR</w:t>
      </w:r>
    </w:p>
    <w:p>
      <w:r>
        <w:rPr>
          <w:b w:val="0"/>
          <w:i w:val="0"/>
        </w:rPr>
        <w:t>Issue: 20/09/2013</w:t>
      </w:r>
    </w:p>
    <w:p>
      <w:r>
        <w:rPr>
          <w:b w:val="0"/>
          <w:i w:val="0"/>
        </w:rPr>
        <w:t>Still no sign yet of the new computer which my computer-boffin is assembling, so once again these notes are via IPad. At least I have now found the letter poker, which is more accurate at selecting the letters from the iPad on screen keyboard.</w:t>
      </w:r>
    </w:p>
    <w:p>
      <w:r>
        <w:rPr>
          <w:b w:val="0"/>
          <w:i w:val="0"/>
        </w:rPr>
        <w:t>Maureen Rees has had an enjoyable time  "doing" the Munster Circuit with her yellow bitch Thurbajens Flighty Fennel. Maureen writes: 'We attended four shows in 7 days, five shows if you include the Cocker  Club show (International groups 7 &amp; 8) on the 8th day!!! Quite exhausting but a lot of fun, very friendly throughout with even the "Golden" people cheering for us. Fennel excelled herself and won 3 Green Stars, Clonmel, Limerick and Killarney, the last two with BOB, all under International judges, from Australia, Luxembourg &amp; Italy.  She also won the open class at the Cocker Club. She now has 4 Green stars, only 3 more to go!! '</w:t>
      </w:r>
    </w:p>
    <w:p>
      <w:r>
        <w:rPr>
          <w:b w:val="0"/>
          <w:i w:val="0"/>
        </w:rPr>
        <w:t>Well done you two!</w:t>
      </w:r>
    </w:p>
    <w:p>
      <w:r>
        <w:rPr>
          <w:b w:val="0"/>
          <w:i w:val="0"/>
        </w:rPr>
        <w:t>Labradors on a damp Sunday at Darlington were judged by Frank Gilroy. From an entry of 194 dogs and bitches, his winners were - a thrilling first Dog CC for Mrs W Finneys Meadowline Maximum Impact At Haddondale Res Dog CC  another first, Miss A Lawrence's Dunnabbey Highlander. Bitch CC, Best of Breed and Group 2 under Keith Young -  Franco Barberi's yellow Sh Ch It Ch Loch Mor Giulietta. Res Bitch CC another first such award, Mrs D Harmans black Lakemeadow Lotus Blossom of Kareldis. Best Puppy and Puppy Group 3 under Ronnie Irving was the Browns and David Todds yellow dog, Brighton Sarracenia TAF. Best Veteran and Veteran Group 4 under Tom Mather was Anne Taylors black Ch Fabracken Remember Me.</w:t>
      </w:r>
    </w:p>
    <w:p>
      <w:r>
        <w:rPr>
          <w:b w:val="0"/>
          <w:i w:val="0"/>
        </w:rPr>
        <w:t>Ann Britton</w:t>
      </w:r>
    </w:p>
    <w:p>
      <w:r>
        <w:rPr>
          <w:b w:val="0"/>
          <w:i w:val="0"/>
        </w:rPr>
        <w:t>01989720665</w:t>
      </w:r>
    </w:p>
    <w:p>
      <w:r>
        <w:rPr>
          <w:b w:val="0"/>
          <w:i w:val="0"/>
        </w:rPr>
        <w:t>email bowstones@btinternet.com</w:t>
      </w:r>
    </w:p>
    <w:p>
      <w:r>
        <w:rPr>
          <w:b w:val="0"/>
          <w:i w:val="0"/>
        </w:rPr>
        <w:t>Back to Archive</w:t>
      </w:r>
    </w:p>
    <w:p>
      <w:r>
        <w:rPr>
          <w:b w:val="0"/>
          <w:i w:val="0"/>
        </w:rPr>
        <w:t>Back to Breed Notes Index</w:t>
      </w:r>
    </w:p>
    <w:p>
      <w:r>
        <w:rPr>
          <w:b w:val="0"/>
          <w:i w:val="0"/>
        </w:rPr>
        <w:t>Tel</w:t>
      </w:r>
      <w:r>
        <w:br/>
      </w:r>
      <w:r>
        <w:rPr>
          <w:b w:val="0"/>
          <w:i w:val="0"/>
        </w:rPr>
        <w:br/>
        <w:t>0161 709 4550</w:t>
      </w:r>
      <w:r>
        <w:br/>
      </w:r>
      <w:r>
        <w:rPr>
          <w:b w:val="0"/>
          <w:i w:val="0"/>
        </w:rPr>
        <w:br/>
        <w:t>Advertising</w:t>
      </w:r>
      <w:r>
        <w:br/>
      </w:r>
      <w:r>
        <w:rPr>
          <w:b w:val="0"/>
          <w:i w:val="0"/>
        </w:rPr>
        <w:br/>
        <w:t>0161 709 4576</w:t>
      </w:r>
      <w:r>
        <w:br/>
      </w:r>
      <w:r>
        <w:rPr>
          <w:b w:val="0"/>
          <w:i w:val="0"/>
        </w:rPr>
        <w:br/>
        <w:t>Editorial</w:t>
      </w:r>
      <w:r>
        <w:br/>
      </w:r>
      <w:r>
        <w:rPr>
          <w:b w:val="0"/>
          <w:i w:val="0"/>
        </w:rPr>
        <w:br/>
        <w:t>0161 709 4550</w:t>
      </w:r>
      <w:r>
        <w:br/>
      </w:r>
      <w:r>
        <w:rPr>
          <w:b w:val="0"/>
          <w:i w:val="0"/>
        </w:rPr>
        <w:br/>
        <w:t>Subscriptions</w:t>
      </w:r>
      <w:r>
        <w:br/>
      </w:r>
      <w:r>
        <w:rPr>
          <w:b w:val="0"/>
          <w:i w:val="0"/>
        </w:rPr>
        <w:br/>
        <w:t>0161 709 4559</w:t>
      </w:r>
      <w:r>
        <w:br/>
      </w:r>
      <w:r>
        <w:rPr>
          <w:b w:val="0"/>
          <w:i w:val="0"/>
        </w:rPr>
        <w:br/>
        <w:t>Mail Order</w:t>
      </w:r>
      <w:r>
        <w:br/>
      </w:r>
      <w:r>
        <w:rPr>
          <w:b w:val="0"/>
          <w:i w:val="0"/>
        </w:rPr>
        <w:br/>
        <w:t>0161 709 4562</w:t>
      </w:r>
      <w:r>
        <w:br/>
      </w:r>
      <w:r>
        <w:rPr>
          <w:b w:val="0"/>
          <w:i w:val="0"/>
        </w:rPr>
        <w:br/>
        <w:t>Show Reports</w:t>
      </w:r>
      <w:r>
        <w:br/>
      </w:r>
      <w:r>
        <w:rPr>
          <w:b w:val="0"/>
          <w:i w:val="0"/>
        </w:rPr>
        <w:br/>
        <w:t>0161 709 4571</w:t>
      </w:r>
      <w:r>
        <w:br/>
      </w:r>
      <w:r>
        <w:rPr>
          <w:b w:val="0"/>
          <w:i w:val="0"/>
        </w:rPr>
        <w:br/>
        <w:t>SEND YOUR REPORT</w:t>
      </w:r>
      <w:r>
        <w:br/>
      </w:r>
      <w:r>
        <w:rPr>
          <w:b w:val="0"/>
          <w:i w:val="0"/>
        </w:rPr>
        <w:br/>
        <w:t>Competitions</w:t>
      </w:r>
      <w:r>
        <w:br/>
      </w:r>
      <w:r>
        <w:rPr>
          <w:b w:val="0"/>
          <w:i w:val="0"/>
        </w:rPr>
        <w:br/>
        <w:t>TOP DOG</w:t>
      </w:r>
      <w:r>
        <w:br/>
      </w:r>
      <w:r>
        <w:rPr>
          <w:b w:val="0"/>
          <w:i w:val="0"/>
        </w:rPr>
        <w:br/>
        <w:t>TOP PUPPY</w:t>
      </w:r>
      <w:r>
        <w:br/>
      </w:r>
      <w:r>
        <w:rPr>
          <w:b w:val="0"/>
          <w:i w:val="0"/>
        </w:rPr>
        <w:br/>
        <w:t>TOP BREEDER</w:t>
      </w:r>
      <w:r>
        <w:br/>
      </w:r>
      <w:r>
        <w:rPr>
          <w:b w:val="0"/>
          <w:i w:val="0"/>
        </w:rPr>
        <w:br/>
        <w:t>TOP STUD</w:t>
      </w:r>
      <w:r>
        <w:br/>
      </w:r>
      <w:r>
        <w:rPr>
          <w:b w:val="0"/>
          <w:i w:val="0"/>
        </w:rPr>
        <w:br/>
        <w:t>TOP BROOD</w:t>
      </w:r>
      <w:r>
        <w:br/>
      </w:r>
      <w:r>
        <w:rPr>
          <w:b w:val="0"/>
          <w:i w:val="0"/>
        </w:rPr>
        <w:br/>
        <w:t>Members' Area</w:t>
      </w:r>
      <w:r>
        <w:br/>
      </w:r>
      <w:r>
        <w:rPr>
          <w:b w:val="0"/>
          <w:i w:val="0"/>
        </w:rPr>
        <w:br/>
        <w:t>BREED NOTES</w:t>
      </w:r>
      <w:r>
        <w:br/>
      </w:r>
      <w:r>
        <w:rPr>
          <w:b w:val="0"/>
          <w:i w:val="0"/>
        </w:rPr>
        <w:br/>
        <w:t>CHAMP SHOWS</w:t>
      </w:r>
      <w:r>
        <w:br/>
      </w:r>
      <w:r>
        <w:rPr>
          <w:b w:val="0"/>
          <w:i w:val="0"/>
        </w:rPr>
        <w:br/>
        <w:t>GENERAL SHOWS</w:t>
      </w:r>
      <w:r>
        <w:br/>
      </w:r>
      <w:r>
        <w:rPr>
          <w:b w:val="0"/>
          <w:i w:val="0"/>
        </w:rPr>
        <w:br/>
        <w:t>REGULAR FEATURES</w:t>
      </w:r>
      <w:r>
        <w:br/>
      </w:r>
      <w:r>
        <w:rPr>
          <w:b w:val="0"/>
          <w:i w:val="0"/>
        </w:rPr>
        <w:br/>
        <w:t>DIGITAL EDITION</w:t>
      </w:r>
      <w:r>
        <w:br/>
      </w:r>
      <w:r>
        <w:rPr>
          <w:b w:val="0"/>
          <w:i w:val="0"/>
        </w:rPr>
        <w:br/>
        <w:t>Sign up for our newsletter</w:t>
      </w:r>
      <w:r>
        <w:br/>
      </w:r>
      <w:r>
        <w:rPr>
          <w:b w:val="0"/>
          <w:i w:val="0"/>
        </w:rPr>
        <w:br/>
        <w:t>Follow Us</w:t>
      </w:r>
    </w:p>
    <w:p>
      <w:r>
        <w:rPr>
          <w:b w:val="0"/>
          <w:i w:val="0"/>
        </w:rPr>
        <w:t>© Our Dogs Publishing All Rights Reserved. | Privacy Policy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