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- 17/05/2013"</w:t>
      </w:r>
      <w:r>
        <w:br/>
      </w:r>
      <w:r>
        <w:rPr>
          <w:b w:val="0"/>
          <w:i w:val="0"/>
        </w:rPr>
        <w:br/>
        <w:t>date_original: "17/05/2013"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"2026-09-13T22:43:56"</w:t>
      </w:r>
      <w:r>
        <w:br/>
      </w:r>
      <w:r>
        <w:rPr>
          <w:b w:val="0"/>
          <w:i w:val="0"/>
        </w:rPr>
        <w:br/>
        <w:t>word_count: 791</w:t>
      </w:r>
    </w:p>
    <w:p>
      <w:r>
        <w:t>――――――――――――――――――――――――――――――</w:t>
      </w:r>
    </w:p>
    <w:p>
      <w:r>
        <w:rPr>
          <w:b w:val="0"/>
          <w:i w:val="0"/>
        </w:rPr>
        <w:t>NEWS MEMBERS' AREA SHOP SUBSCRIBE UPCOMING SHOWS MORE</w:t>
      </w:r>
    </w:p>
    <w:p>
      <w:r>
        <w:rPr>
          <w:b w:val="0"/>
          <w:i w:val="0"/>
        </w:rPr>
        <w:t>RETRIEVER LABRADOR</w:t>
      </w:r>
    </w:p>
    <w:p>
      <w:r>
        <w:rPr>
          <w:b w:val="0"/>
          <w:i w:val="0"/>
        </w:rPr>
        <w:t>Issue: 17/05/2013</w:t>
      </w:r>
    </w:p>
    <w:p>
      <w:r>
        <w:rPr>
          <w:b w:val="0"/>
          <w:i w:val="0"/>
        </w:rPr>
        <w:t>Just back from five days at the National, so breeds notes to write and send off and a great deal of extremely long grass to cut before more forecast rain arrives.</w:t>
      </w:r>
    </w:p>
    <w:p>
      <w:r>
        <w:rPr>
          <w:b w:val="0"/>
          <w:i w:val="0"/>
        </w:rPr>
        <w:t>I am so sorry to report the sad news that Mandy Stewart's father has died. Often seen at the dog shows with Mandy and daughter Katie he was a great character, with a twinkle in his eye and a smile and kind words of greeting for everyone. He always looked as though he thoroughly enjoyed every single minute of life. We send our sincere condolences to Mandy and her family at such a very sad time. His funeral will be held at 12.30 pm on 17th May 2013 at St Michaels Church, Ewyas Harold, Herefordshire.</w:t>
      </w:r>
    </w:p>
    <w:p>
      <w:r>
        <w:rPr>
          <w:b w:val="0"/>
          <w:i w:val="0"/>
        </w:rPr>
        <w:t>The Labrador Club of Northern Ireland held their championship show on Sat 4th May at Olympia Leisure Centre, Belfast.</w:t>
      </w:r>
    </w:p>
    <w:p>
      <w:r>
        <w:rPr>
          <w:b w:val="0"/>
          <w:i w:val="0"/>
        </w:rPr>
        <w:t>The judge was Mr Richard Edwards (Lasgarn) with an entry of 114 dogs and bitches.</w:t>
      </w:r>
    </w:p>
    <w:p>
      <w:r>
        <w:rPr>
          <w:b w:val="0"/>
          <w:i w:val="0"/>
        </w:rPr>
        <w:t>Many congratulations to the two new champions made up on the day.</w:t>
      </w:r>
    </w:p>
    <w:p>
      <w:r>
        <w:rPr>
          <w:b w:val="0"/>
          <w:i w:val="0"/>
        </w:rPr>
        <w:t>The Dog CC and RBIS was Jo and Andy Metcalfe's yellow, Bilbo Baggins by Baileydale JW ShCM (Baileydale Bon Bon JW -- Willokin Liberty Fayre). Already having his Show Gundog Working Certificate, he becomes a full Champion. He won his first CC under Linda Major at the Yellow Labrador Club 2012.</w:t>
      </w:r>
    </w:p>
    <w:p>
      <w:r>
        <w:rPr>
          <w:b w:val="0"/>
          <w:i w:val="0"/>
        </w:rPr>
        <w:t>His second CC was won at Lab Club of Scotland under Penny Carpanini and now his third in Ireland under Richard Edwards.</w:t>
      </w:r>
    </w:p>
    <w:p>
      <w:r>
        <w:rPr>
          <w:b w:val="0"/>
          <w:i w:val="0"/>
        </w:rPr>
        <w:t>The Res Dog CC went to Heinlo's black, who was made up the previous week at WELKS, Est Fin Ch Follies Ivar (Queijeiro Dan Vinci - Follies Big Bertha) .</w:t>
      </w:r>
    </w:p>
    <w:p>
      <w:r>
        <w:rPr>
          <w:b w:val="0"/>
          <w:i w:val="0"/>
        </w:rPr>
        <w:t>Winning her third Bitch CC and BIS was Miss Lewis' black, Suttonpark Simone At Crammondkirk, ( Sh Ch Suttonpark Manifesto JW - Carpenny Worth It For Suttonpark). Her first CC was from David Coode at Midland Counties Canine Society last autumn; her second at Crufts under Tom Grant and now her third at Lab Club of Northern Ireland.</w:t>
      </w:r>
    </w:p>
    <w:p>
      <w:r>
        <w:rPr>
          <w:b w:val="0"/>
          <w:i w:val="0"/>
        </w:rPr>
        <w:t>Making it a thoroughly good day for the Metcalfes, the Res Bitch CC and Best Puppy in Show was won by their yellow puppy, Baileydale Miss Giggles.</w:t>
      </w:r>
    </w:p>
    <w:p>
      <w:r>
        <w:rPr>
          <w:b w:val="0"/>
          <w:i w:val="0"/>
        </w:rPr>
        <w:t>(Sh Ch Carpenny Made a Million - Sandylands Spring Blosom For Baileydale).</w:t>
      </w:r>
    </w:p>
    <w:p>
      <w:r>
        <w:rPr>
          <w:b w:val="0"/>
          <w:i w:val="0"/>
        </w:rPr>
        <w:t>Secretary Mary Hughes writes "It was an enjoyable day and some exhibitors managed to get a return fare from Stranrear for a bargain price of Â£50. Hope to get the same next year and get a few more exhibitors to take advantage of this offer".</w:t>
      </w:r>
    </w:p>
    <w:p>
      <w:r>
        <w:rPr>
          <w:b w:val="0"/>
          <w:i w:val="0"/>
        </w:rPr>
        <w:t>The National Dog Show was held at Stafford over four days from 9th to 12th May. The Groups are rotated every year and this year the Gundogs were on Friday, the second day of the show, next year they will be on Saturday. The judge was Margaret Senior with an entry of 196 dogs and bitches to go over. The winners were Dog CC his first Lers Brabbans yellow Cambremer Silverstone. Dog RCC Bilbo Baggins by Baileydale JW ShCm. Bitch CC and Best of Breed Miss Lewis's black Suttonpark Simone at Crammondkirk. Bitch RCC Les Brabbans Sh Ch Foulby Queenstown at Cambremer. Best puppy once again was the Metcalfe's yellow, Baileydale Miss Giggles.</w:t>
      </w:r>
    </w:p>
    <w:p>
      <w:r>
        <w:rPr>
          <w:b w:val="0"/>
          <w:i w:val="0"/>
        </w:rPr>
        <w:t>The weather at The National was chilly, with strong winds and on and off heavy rain showers, to such an extent that the Groups and Best in Show judging had to be relocated from the grassy covered outside pavilion with its pretty in-situ flower beds and running fountain, to a quickly assembled but uncarpeted indoor ring, which whilst not the most picturesque of BIS rings on the circuit was at least out of the wind and rain.</w:t>
      </w:r>
    </w:p>
    <w:p>
      <w:r>
        <w:rPr>
          <w:b w:val="0"/>
          <w:i w:val="0"/>
        </w:rPr>
        <w:t>The previous two weeks before the National were dry and sunny, with the May Bank holiday experiencing blue skies and beautifully hot temperatures for the first time this year. On one of those normal May sunny days I enjoyed a day out at Badminton Horse Trials watching magnificent event horses going through their dressage tests. As I say every single year after I have been to Badminton, would-be Labrador judges should watch horses and understand dressage as part of their training to be dog judges.</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