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- 19 Mar 2004"</w:t>
      </w:r>
      <w:r>
        <w:br/>
      </w:r>
      <w:r>
        <w:rPr>
          <w:b w:val="0"/>
          <w:i w:val="0"/>
        </w:rPr>
        <w:br/>
        <w:t>date_original: "19 Mar 2004"</w:t>
      </w:r>
      <w:r>
        <w:br/>
      </w:r>
      <w:r>
        <w:rPr>
          <w:b w:val="0"/>
          <w:i w:val="0"/>
        </w:rPr>
        <w:br/>
        <w:t>source_url: "https://www.ourdogs.co.uk/members/breednotes/2004/RetrieverLabrador/RetrieverLabrador-mar19.htm"</w:t>
      </w:r>
      <w:r>
        <w:br/>
      </w:r>
      <w:r>
        <w:rPr>
          <w:b w:val="0"/>
          <w:i w:val="0"/>
        </w:rPr>
        <w:br/>
        <w:t>archive_type: "static_html"</w:t>
      </w:r>
      <w:r>
        <w:br/>
      </w:r>
      <w:r>
        <w:rPr>
          <w:b w:val="0"/>
          <w:i w:val="0"/>
        </w:rPr>
        <w:br/>
        <w:t>scraped_at: "2026-09-13T22:14:20"</w:t>
      </w:r>
      <w:r>
        <w:br/>
      </w:r>
      <w:r>
        <w:rPr>
          <w:b w:val="0"/>
          <w:i w:val="0"/>
        </w:rPr>
        <w:br/>
        <w:t>word_count: 1744</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Hip, Hip, Hooray for Diana Downey Tulloch, whose homebred black dog Sh Ch Tullochmohr Final Edition JW (Ch. Int.Nord. Ch Carpenny Walpole ex Briensco Emerald at Tullochmohr) thrilled us all by winning the Gundog Group at Crufts. The cheers from the ringside audience on Gundog day were deafening as they watched Britain’s most popular breed taking the top spot in the Gundog Group.</w:t>
      </w:r>
    </w:p>
    <w:p>
      <w:r>
        <w:rPr>
          <w:b w:val="0"/>
          <w:i w:val="0"/>
        </w:rPr>
        <w:t>For Diana this must have been a dream come true; the fact that she had to return to Ayrshire that evening and then drive all the way back to Crufts in Birmingham for the Best in Show Finals two days later, must have seemed quite inconsequential.</w:t>
      </w:r>
    </w:p>
    <w:p>
      <w:r>
        <w:rPr>
          <w:b w:val="0"/>
          <w:i w:val="0"/>
        </w:rPr>
        <w:t>For Labrador owners who viewed Crufts from the comfort of their own homes, it was great to see on the final night, the Labrador, undoubtedly the most popular pedigree dog in the UK, strutting his stuff so impressively along with all the other Group winners. He even managed to jump up and give the BIS judge, Margaret Everton, a much appreciated, typical Labrador good-humoured greeting. Excellent to see the BIS judge so well in touch with all the niceties of the individual breeds and that she knew exactly the right spot to assess a Labrador’s undercoat! Such in depth knowledge is most impressive.</w:t>
      </w:r>
    </w:p>
    <w:p>
      <w:r>
        <w:rPr>
          <w:b w:val="0"/>
          <w:i w:val="0"/>
        </w:rPr>
        <w:t>There were 236 Dogs entered under Richard Wiles and 259 Bitches entered under Margaret Litherland, both judges looking wonderfully smart, as befitted the occasion.</w:t>
      </w:r>
    </w:p>
    <w:p>
      <w:r>
        <w:rPr>
          <w:b w:val="0"/>
          <w:i w:val="0"/>
        </w:rPr>
        <w:t>Judging commenced at 8.30am, and by mid- morning spectators stood four deep with chairs unavailable to sit on, having been booked “by coat” from the crack of dawn, like sunbeds on a holiday beach!</w:t>
      </w:r>
    </w:p>
    <w:p>
      <w:r>
        <w:rPr>
          <w:b w:val="0"/>
          <w:i w:val="0"/>
        </w:rPr>
        <w:t>Spectators and exhibitors from all over the world, surrounded the Labrador ring. Dogs were exhibited from Belgium, Holland, Italy, France, Germany, Spain, Portugal, America, and Japan. The classes were evenly filled, averaging the mid 20s in number; the Undergraduate Bitch class had 37 entries. In the Open Dog class there were 24 champions entered, and 14 champions in Open Bitch.</w:t>
      </w:r>
    </w:p>
    <w:p>
      <w:r>
        <w:rPr>
          <w:b w:val="0"/>
          <w:i w:val="0"/>
        </w:rPr>
        <w:t>From the final line up of class winners the Dog CC was a 13th (and how lucky it proved to be!) for Diana Downey Tulloch’s black Sh Ch Tullochmohr Final Edition JW.</w:t>
      </w:r>
    </w:p>
    <w:p>
      <w:r>
        <w:rPr>
          <w:b w:val="0"/>
          <w:i w:val="0"/>
        </w:rPr>
        <w:t>Judge, Richard Wiles had previously awarded this dog Best Puppy in Show at the Labrador Retriever Club Ch Show a few years ago. As well as his own success on the day, his son Andrew and Margaret Brown’s Ramsayville Rogue Trader won Post Graduate Dog and his daughter, Joyce and Les Brabban’s Cambremer I’ve Got Rhythm went Best Puppy in Breed.</w:t>
      </w:r>
    </w:p>
    <w:p>
      <w:r>
        <w:rPr>
          <w:b w:val="0"/>
          <w:i w:val="0"/>
        </w:rPr>
        <w:t>Final Edition’s sire, Penny Carpanini’s Ch, Int Ch Carpenny Walpole, was himself a former Best of Breed winner at Crufts.</w:t>
      </w:r>
    </w:p>
    <w:p>
      <w:r>
        <w:rPr>
          <w:b w:val="0"/>
          <w:i w:val="0"/>
        </w:rPr>
        <w:t>The Res Dog CC was won by Vic and Janet Coles yellow Sh Ch Stajantors Robin.</w:t>
      </w:r>
      <w:r>
        <w:br/>
      </w:r>
      <w:r>
        <w:rPr>
          <w:b w:val="0"/>
          <w:i w:val="0"/>
        </w:rPr>
        <w:br/>
        <w:t>In the Bitch ring it was a first CC for Alan and Linda Porters black, Lindall Double Blue, notching up the first 2004 points for his Sire, Top Stud Dog of 2003, Rocheby Old Smokey, owned by Marion and David Hopkinson; her dam is Lindall Decoupage.</w:t>
      </w:r>
    </w:p>
    <w:p>
      <w:r>
        <w:rPr>
          <w:b w:val="0"/>
          <w:i w:val="0"/>
        </w:rPr>
        <w:t>The Bitch RCC was won by Mrs Walters Sretlaw Dark Crystal (Sh Ch Rocheby Whisky Mac x Sretlaw out of the Blue).</w:t>
      </w:r>
    </w:p>
    <w:p>
      <w:r>
        <w:rPr>
          <w:b w:val="0"/>
          <w:i w:val="0"/>
        </w:rPr>
        <w:t>I understand the journey home from the NEC car parks was pretty horrendous, with traffic lights all at red, an accident on the motorway and several other events being held at the NEC.</w:t>
      </w:r>
    </w:p>
    <w:p>
      <w:r>
        <w:rPr>
          <w:b w:val="0"/>
          <w:i w:val="0"/>
        </w:rPr>
        <w:t>At least, now Crufts is all over we can once again settle down to enjoy the more normal shows of the rest of the year.</w:t>
      </w:r>
    </w:p>
    <w:p>
      <w:r>
        <w:rPr>
          <w:b w:val="0"/>
          <w:i w:val="0"/>
        </w:rPr>
        <w:t>Following the recent changes at Cotswold and Wyvern Labrador Retriever Club and prior to the next AGM in 2005, Mr Brian Hill will be the Acting Secretary. All enquiries concerning club events should be directed to him at 15 Kiniths Crescent, West Bromwich, Birmingham B71 4BX.Telephone 0121 525 1417. Enquiries for Working Tests should be made to Lynn Minchella telephone 01242 620 635.</w:t>
      </w:r>
    </w:p>
    <w:p>
      <w:r>
        <w:rPr>
          <w:b w:val="0"/>
          <w:i w:val="0"/>
        </w:rPr>
        <w:t>Ann Britton</w:t>
      </w:r>
      <w:r>
        <w:br/>
      </w:r>
      <w:r>
        <w:rPr>
          <w:b w:val="0"/>
          <w:i w:val="0"/>
        </w:rPr>
        <w:br/>
        <w:t>01989 720665</w:t>
      </w:r>
      <w:r>
        <w:br/>
      </w:r>
      <w:r>
        <w:rPr>
          <w:b w:val="0"/>
          <w:i w:val="0"/>
        </w:rPr>
        <w:br/>
        <w:t>email bowstones@btinternet.com</w:t>
      </w:r>
    </w:p>
    <w:p>
      <w:r>
        <w:rPr>
          <w:b w:val="0"/>
          <w:i w:val="0"/>
        </w:rPr>
        <w:t>The most successful Scottish Labrador for years dominated a big entry at this year’s Crufts. Showing his quality throughout both the breed classes and the group and finally, a sterling display in the Best in Show ring. Diana Downey-Tulloch must be very proud of Sh Ch TULLOCHMOHR FINAL EDITION, JW, who never put a foot wrong. Those of you lucky enough to watch him in the group must have had a wonderful feeling of elation when he was awarded the group. We however, had to set off from Crufts before the group to travel down the A14 to Godmanchester to the Black Bull Hotel, booked some weeks ago to accommodate us the eve of the East Anglian Championship Show. More of that later.</w:t>
      </w:r>
    </w:p>
    <w:p>
      <w:r>
        <w:rPr>
          <w:b w:val="0"/>
          <w:i w:val="0"/>
        </w:rPr>
        <w:t>Richard Wiles who had judged dogs was delighted that Margaret Litherland agreed the dog be Best of Breed over her black bitch CC winner, Alan and Linda Porter’s LINDALL DOUBLE BLUE, winner of Junior, and gaining her first CC. Reserve CCs were won by Vic and Janet Cole’s Sh Ch STAJANTOR ROBIN, and Mrs J. Walters’ STRETLAW DARK CRYSTAL. Best Puppy was Les and Joyce Brabban’s CAMBREMER I’VE GOT RHYTHM, a daughter of Final Edition.</w:t>
      </w:r>
    </w:p>
    <w:p>
      <w:r>
        <w:rPr>
          <w:b w:val="0"/>
          <w:i w:val="0"/>
        </w:rPr>
        <w:t>It was so busy it was not possible to get close to the ringside most of the day and it was too uncomfortable to stand on one’s toes peering over heads to watch all the classes. So, as usual, Crufts turned out to be a good social day meeting friends from all over the globe and going home with a sore throat. Someone wondered when Crufts would get round to putting up tiered seating around the Labrador ring. Others thought the ring was being dominated by too many Club stands blocking the perimeter of the ring. Remember I am just reporting what others say! It is interesting to note how of the few Labradors to do well in the Group stages so many have come from Scottish kennels. The great Ch RULER OF BLAIRCOURT eventually won Reserve Best in Show, Sh Ch ROSSBANK COCHINE won Reserve in Group, and now Final Edition.</w:t>
      </w:r>
    </w:p>
    <w:p>
      <w:r>
        <w:rPr>
          <w:b w:val="0"/>
          <w:i w:val="0"/>
        </w:rPr>
        <w:t>To continue with the horror drive to East Anglia. We arrived at Godmanchester after a long delay on the A14 due to a lane closure just a few miles short of our exit point then almost being squashed to pancakes under a 40-ton lorry. We arrived around 8.30 pm to find the hotel in darkness with a note pinned to the door telling creditors where to go! We had nowhere to go and after refusing to pay £120 a night in a rather swanky establishment we found a Travel Inn in our book. Negotiating a roundabout feverishly looking for signs the car phone went with an excited daughter on the phone telling us that Final Edition had just won the group. So we went round the roundabout twice! Bad timing, Gillian. Eventually we found it and in the foyer we also found 10 Belgians booking in with all the delays it takes dealing with a receptionist with no French and Belgians with limited English. Fortunately we knew all of them and my cries of Allez, vite, were taken with good humour.</w:t>
      </w:r>
    </w:p>
    <w:p>
      <w:r>
        <w:rPr>
          <w:b w:val="0"/>
          <w:i w:val="0"/>
        </w:rPr>
        <w:t>No further problems arose at the East Anglian showat Wood Green Animal CentRE, a decent venue with good catering. Again there were many overseas exhibitors and spectators, and it was wonderful to see one of our most respected older judges, Marjory Satterthwaite in good form with a smile and a word for both exhibitors and ringsiders alike getting through her huge entry in good time. Her bitch CC winner was Jenny Green’s THURBAJENS SUPER SUSIE, her third CC and the RCC was awarded to Richard and Susie Wiles` RICHBOURNE STAR LIGHT. In the Dog ring Angela William’s awarded the Greenworth’s Puppy, GREENWORTH TONY MCCOY the CC with the RCC going to winner of a very international entry of Open Dogs, Saudjie and John Crook’s AM.CH. WEATHERTOP STORM CLOUD. On the decision of the Referee, Janet Cole, the bitch was awarded Best of Breed.</w:t>
      </w:r>
    </w:p>
    <w:p>
      <w:r>
        <w:rPr>
          <w:b w:val="0"/>
          <w:i w:val="0"/>
        </w:rPr>
        <w:t>Thanks to all who made us so welcome at East Anglia and who advised us on the best road home. The overnight stay at a Travel Inn in Doncaster helped make it a good trip.</w:t>
      </w:r>
    </w:p>
    <w:p>
      <w:r>
        <w:rPr>
          <w:b w:val="0"/>
          <w:i w:val="0"/>
        </w:rPr>
        <w:t>Jim Nolan</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