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- 22/09/2017 - ISSUE"</w:t>
      </w:r>
      <w:r>
        <w:br/>
      </w:r>
      <w:r>
        <w:rPr>
          <w:b w:val="0"/>
          <w:i w:val="0"/>
        </w:rPr>
        <w:br/>
        <w:t>date_original: "22/09/2017 - ISSUE"</w:t>
      </w:r>
      <w:r>
        <w:br/>
      </w:r>
      <w:r>
        <w:rPr>
          <w:b w:val="0"/>
          <w:i w:val="0"/>
        </w:rPr>
        <w:br/>
        <w:t>source_url: "https://www.ourdogs.co.uk/members/breednotes/RetrieverLabradorMain.php"</w:t>
      </w:r>
      <w:r>
        <w:br/>
      </w:r>
      <w:r>
        <w:rPr>
          <w:b w:val="0"/>
          <w:i w:val="0"/>
        </w:rPr>
        <w:br/>
        <w:t>scraped_at: "2026-09-13T15:25:04"</w:t>
      </w:r>
      <w:r>
        <w:br/>
      </w:r>
      <w:r>
        <w:rPr>
          <w:b w:val="0"/>
          <w:i w:val="0"/>
        </w:rPr>
        <w:br/>
        <w:t>word_count: 1385</w:t>
      </w:r>
    </w:p>
    <w:p>
      <w:r>
        <w:t>――――――――――――――――――――――――――――――</w:t>
      </w:r>
    </w:p>
    <w:p>
      <w:r>
        <w:rPr>
          <w:b w:val="0"/>
          <w:i w:val="0"/>
        </w:rPr>
        <w:t>NEWS MEMBERS' AREA SHOP SUBSCRIBE UPCOMING SHOWS MORE</w:t>
      </w:r>
    </w:p>
    <w:p>
      <w:r>
        <w:rPr>
          <w:b w:val="0"/>
          <w:i w:val="0"/>
        </w:rPr>
        <w:t>RETRIEVER LABRADOR</w:t>
      </w:r>
    </w:p>
    <w:p>
      <w:r>
        <w:rPr>
          <w:b w:val="0"/>
          <w:i w:val="0"/>
        </w:rPr>
        <w:t>Issue: 22/09/2017</w:t>
      </w:r>
    </w:p>
    <w:p>
      <w:r>
        <w:rPr>
          <w:b w:val="0"/>
          <w:i w:val="0"/>
        </w:rPr>
        <w:t>Three Ridings Labrador Club (Joint Championship Show) will be held on 22nd October 2017</w:t>
      </w:r>
    </w:p>
    <w:p>
      <w:r>
        <w:rPr>
          <w:b w:val="0"/>
          <w:i w:val="0"/>
        </w:rPr>
        <w:t>at Richard Dunn SC, Bradford BD6 1EZ. Postal entries close  on: 22/09/2017  Online entries close on: 01/10/2017</w:t>
      </w:r>
    </w:p>
    <w:p>
      <w:r>
        <w:rPr>
          <w:b w:val="0"/>
          <w:i w:val="0"/>
        </w:rPr>
        <w:t>The Judges are - Dogs: Ms H. Jokisilta (Palabras) and  Bitches: Mrs M. Woodley (Alkhamhurst)</w:t>
      </w:r>
    </w:p>
    <w:p>
      <w:r>
        <w:rPr>
          <w:b w:val="0"/>
          <w:i w:val="0"/>
        </w:rPr>
        <w:t>Referee: Ms C Morton.</w:t>
      </w:r>
    </w:p>
    <w:p>
      <w:r>
        <w:rPr>
          <w:b w:val="0"/>
          <w:i w:val="0"/>
        </w:rPr>
        <w:t>East Anglian Lab Club Open show will be held on Sunday 5th November starting at 11am at the new venue, Red Lodge Millenium Centre, Lavender Close, Red Lodge, Bury St Edmunds, Suffolk IP28 1TT, just off the A11 and A14 close to Bury St Edmunds and Newmarket. The judge is Mrs Lesley Tasker. Postal entries close on 12th October and online via Fosse data on 19th October. Enquiries and postal entries to Mrs J Cole, Station Farm, Mabea, Cambs, PE15 0HQ. jcole.mrs@gmail.com</w:t>
      </w:r>
    </w:p>
    <w:p>
      <w:r>
        <w:rPr>
          <w:b w:val="0"/>
          <w:i w:val="0"/>
        </w:rPr>
        <w:t>Oakengates and District Canine Society Open show to be held on December 17th at Telford, Shropshire has 3 classes of Labradors  scheduled. The judge is Christine Morgan. The Schedule can be found on Fosse Data website or by emailing Sue Rose at sue@kavacanne.co.uk</w:t>
      </w:r>
    </w:p>
    <w:p>
      <w:r>
        <w:rPr>
          <w:b w:val="0"/>
          <w:i w:val="0"/>
        </w:rPr>
        <w:t xml:space="preserve">Belated Results of Richmond Ch Show held at Loseley Park near Guildford two weeks ago when </w:t>
      </w:r>
    </w:p>
    <w:p>
      <w:r>
        <w:rPr>
          <w:b w:val="0"/>
          <w:i w:val="0"/>
        </w:rPr>
        <w:t xml:space="preserve">I was away judging in France. The judge at Richmond was Karen Walsh with an entry of 116 dogs and bitches. Dog CC and Best of Breed was the Browns, Farquarson and Todds black, Ramsayville Ruby Walsh. The Dog RCC was won by Gary Johnsons yellow, Cremino Chilly Pepper . The Bitch CC her second, was won by the yellow, Waterbrook Pillow Talk owned and bred by the Gawthorpe family, Frank, Margaret and Karl, whilst the Bitch RCC went to Ronwein Phillips yellow,  Carpenny Velvet at Sheenaron. Best Puppy was Mrs Vriezens My Silver Hopeful Star Van Het Lepkeshof and Best Veteran Mrs Hodges Pawcrest Final Countdown. </w:t>
      </w:r>
    </w:p>
    <w:p>
      <w:r>
        <w:rPr>
          <w:b w:val="0"/>
          <w:i w:val="0"/>
        </w:rPr>
        <w:t xml:space="preserve">It was interesting and somewhat disturbing to read some of the comments about the show afterwards. </w:t>
      </w:r>
    </w:p>
    <w:p>
      <w:r>
        <w:rPr>
          <w:b w:val="0"/>
          <w:i w:val="0"/>
        </w:rPr>
        <w:t>Regarding the cost of the Richmond entry fee, which was, I gather, towards the upper level, we in the UK have become used to an average fee of around Â£26 per dog per class at most benched Ch Shows and free carparking. A few shows are charging more than this, plus car parking to cover their costs but this may be putting some people off entering.</w:t>
      </w:r>
    </w:p>
    <w:p>
      <w:r>
        <w:rPr>
          <w:b w:val="0"/>
          <w:i w:val="0"/>
        </w:rPr>
        <w:t xml:space="preserve">However, we have to appreciate that actually the  cost of entering shows here in the UK is far far cheaper than similar shows abroad in FCI countries, where the accepted norm when entering towards the entry closing date, can be as much as Â£50 per dog per class with no benching or cover from intense sun or inclement weather provided. </w:t>
      </w:r>
    </w:p>
    <w:p>
      <w:r>
        <w:rPr>
          <w:b w:val="0"/>
          <w:i w:val="0"/>
        </w:rPr>
        <w:t xml:space="preserve">Thats almost twice as much as we pay! </w:t>
      </w:r>
    </w:p>
    <w:p>
      <w:r>
        <w:rPr>
          <w:b w:val="0"/>
          <w:i w:val="0"/>
        </w:rPr>
        <w:t>With inflation on the move in the UK and with costs already pared to the bone these last few years,  show organisers costs will increase by the rate of inflation, which is edging on 3% at the moment and that extra cost will  have to be passed on by the societies, otherwise they would soon be closed down and out of business. So, when grimacing at paying Â£26 per class or a bit more, (and, I know, I do it too when entering multiple dogs), just remember its twice as expensive over the channel!</w:t>
      </w:r>
    </w:p>
    <w:p>
      <w:r>
        <w:rPr>
          <w:b w:val="0"/>
          <w:i w:val="0"/>
        </w:rPr>
        <w:t>With costs of attending shows to the fore, I am told  the Labrador entry for Belfast  which involves an expensive  ferry journey for the majority exhibitors from  Scotland or England, is down to just 50 Labradors.</w:t>
      </w:r>
    </w:p>
    <w:p>
      <w:r>
        <w:rPr>
          <w:b w:val="0"/>
          <w:i w:val="0"/>
        </w:rPr>
        <w:t>At Darlington on 17th September, from an entry of 169, judge Nancy Farquarson selected the following winners:-</w:t>
      </w:r>
    </w:p>
    <w:p>
      <w:r>
        <w:rPr>
          <w:b w:val="0"/>
          <w:i w:val="0"/>
        </w:rPr>
        <w:t xml:space="preserve">Dog CC and Best of Breed David Coodes yellow, Ch Warringah's Perth JW Sh.CM </w:t>
      </w:r>
    </w:p>
    <w:p>
      <w:r>
        <w:rPr>
          <w:b w:val="0"/>
          <w:i w:val="0"/>
        </w:rPr>
        <w:t xml:space="preserve">Res Dog CC - Carole and Mervyn Reynolds black, Sh Ch Carromer's Blue Lagoon </w:t>
      </w:r>
    </w:p>
    <w:p>
      <w:r>
        <w:rPr>
          <w:b w:val="0"/>
          <w:i w:val="0"/>
        </w:rPr>
        <w:t xml:space="preserve">Bitch CC - Mark and Jane Rawlinson and Mr and Mrs D Balshaws yellow, Shanorrell Soiree At Halshimoor </w:t>
      </w:r>
    </w:p>
    <w:p>
      <w:r>
        <w:rPr>
          <w:b w:val="0"/>
          <w:i w:val="0"/>
        </w:rPr>
        <w:t xml:space="preserve">Res Bitch CC - Ms Linda Harvey- Majors yellow, Anuedis Everybody Is Fine in Linjor (Imp) </w:t>
      </w:r>
    </w:p>
    <w:p>
      <w:r>
        <w:rPr>
          <w:b w:val="0"/>
          <w:i w:val="0"/>
        </w:rPr>
        <w:t xml:space="preserve">Best Puppy - Mrs Judith Charltons yellow, Foxrush Time To Shine JW </w:t>
      </w:r>
    </w:p>
    <w:p>
      <w:r>
        <w:rPr>
          <w:b w:val="0"/>
          <w:i w:val="0"/>
        </w:rPr>
        <w:t xml:space="preserve">Best Veteran was  Mr and Mrs Ken Roberts yellow, Sh Ch Stormrose Morning Jewel JW Sh.CM </w:t>
      </w:r>
    </w:p>
    <w:p>
      <w:r>
        <w:rPr>
          <w:b w:val="0"/>
          <w:i w:val="0"/>
        </w:rPr>
        <w:t>Lynda Miles, Sheelin Cuthbert and I travelled to France with other Retriever breed judges to judge at the well organised 37th French Retriever Club show held 3 hours drive south of Paris, in  a tree lined park, in the picturesque small historic town of Aubigny  sur Nere The town with its many attractive timbered buildings and impressive chateau, has a strong link with Scotland, when in the 16th century the Scottish Stuarts joined the French of the area to fight against the English!! A few centuries on, all forgiven, we English were made extremely welcome.</w:t>
      </w:r>
    </w:p>
    <w:p>
      <w:r>
        <w:rPr>
          <w:b w:val="0"/>
          <w:i w:val="0"/>
        </w:rPr>
        <w:t>This show is a prestigious event in the French show calendar. There was a good entry of 179 Labrador dogs and bitches out of a total 432 Retrievers from all the retriever breeds. Whilst there are several shows in France where CACs, are awarded , to become a French Champion an animal must gain one of its qualifying  CACs at the French Retriever Club show or I understand, the French Labrador Club show; so only two chances a year!</w:t>
      </w:r>
    </w:p>
    <w:p>
      <w:r>
        <w:rPr>
          <w:b w:val="0"/>
          <w:i w:val="0"/>
        </w:rPr>
        <w:t>In France under FCI rules, judges can only judge 80 dogs per day as every exhibit entered has to have a critique written about it by the judge, dictated to a scribe at the stewards table, who hopefully speaks English as well as French. Luckily they all did. The written detailed critiques are later given to the exhibitors at the end of the show. Everyone took what was written, good and sometimes no so good, exceedingly well and no tantrums were evidenced.</w:t>
      </w:r>
    </w:p>
    <w:p>
      <w:r>
        <w:rPr>
          <w:b w:val="0"/>
          <w:i w:val="0"/>
        </w:rPr>
        <w:t xml:space="preserve">Apart from two absolute cloudbursts, when torrential rain completely stopped proceedings for twenty minutes, the weather was dry and temperature perfect for showing. </w:t>
      </w:r>
    </w:p>
    <w:p>
      <w:r>
        <w:rPr>
          <w:b w:val="0"/>
          <w:i w:val="0"/>
        </w:rPr>
        <w:t xml:space="preserve">Sheelin Cuthbert judged all the puppies, (classes start from 4 months of age), junior bitches and dog and bitch Veterans. </w:t>
      </w:r>
    </w:p>
    <w:p>
      <w:r>
        <w:rPr>
          <w:b w:val="0"/>
          <w:i w:val="0"/>
        </w:rPr>
        <w:t>I judged the Junior, Intermediate, Open, Working and Champion Males and Lynda Miles judged the Intermediate, Open (with 34 entered in the class) and Working females, each of us taking approximately one third of the entry.</w:t>
      </w:r>
    </w:p>
    <w:p>
      <w:r>
        <w:rPr>
          <w:b w:val="0"/>
          <w:i w:val="0"/>
        </w:rPr>
        <w:t xml:space="preserve">As mentioned before, Sheelin judged the Veteran Dog and Veteran Bitch classes, the dog winning Best Veteran. He was Irmina Dudkowiaks 8 year old black dog, Int Ch Dolbia Will to Please from Poland. He then came into my ring to challenge all the male class winners that I had judged and won Best Dog under me.  Later he went Best of Breed and by the end of the day had added Best Veteran in Show and Best in Show plus an enormous bottle of champagne and another of French whisky, to his days tally of great awards. </w:t>
      </w:r>
    </w:p>
    <w:p>
      <w:r>
        <w:rPr>
          <w:b w:val="0"/>
          <w:i w:val="0"/>
        </w:rPr>
        <w:t>He has previously won 2 CCs in the UK, however In France I have never seen him in such sparkling form, fit, well and so happy , striding round the enormous BIS ring like a two year old.</w:t>
      </w:r>
    </w:p>
    <w:p>
      <w:r>
        <w:rPr>
          <w:b w:val="0"/>
          <w:i w:val="0"/>
        </w:rPr>
        <w:t xml:space="preserve">The Dog CAC was won by the yellow Open Dog winner, Paul All Star of Lomo Ancho shown by Phillipe Lammens and the RCAC went to the chocolate Lupo Di Fiocchi e Gocce who won the Working Dog class shown by Fulvia Grassi. </w:t>
      </w:r>
    </w:p>
    <w:p>
      <w:r>
        <w:rPr>
          <w:b w:val="0"/>
          <w:i w:val="0"/>
        </w:rPr>
        <w:t>Not having a marked up catalogue, I am unsure of the bitch CAC winners names. These were judged by Lynda Miles. Best Bitch was Sandrine Weleles balanced top quality yellow, Ch Lady Stardust of Sweet Eyes, winner of the Working Bitch class.</w:t>
      </w:r>
    </w:p>
    <w:p>
      <w:r>
        <w:rPr>
          <w:b w:val="0"/>
          <w:i w:val="0"/>
        </w:rPr>
        <w:t>On call all day at the show, darting hither and thither with her camera was hard working official photographer, Valerie Delprat. She has posted many splendid photographs of the show online. Do have a look at her website.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