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- 25/02/2022 - ISSUE"</w:t>
      </w:r>
      <w:r>
        <w:br/>
      </w:r>
      <w:r>
        <w:rPr>
          <w:b w:val="0"/>
          <w:i w:val="0"/>
        </w:rPr>
        <w:br/>
        <w:t>date_original: "25/02/2022 - ISSUE"</w:t>
      </w:r>
      <w:r>
        <w:br/>
      </w:r>
      <w:r>
        <w:rPr>
          <w:b w:val="0"/>
          <w:i w:val="0"/>
        </w:rPr>
        <w:br/>
        <w:t>source_url: "https://www.ourdogs.co.uk/members/breednotes/RetrieverLabradorMain.php"</w:t>
      </w:r>
      <w:r>
        <w:br/>
      </w:r>
      <w:r>
        <w:rPr>
          <w:b w:val="0"/>
          <w:i w:val="0"/>
        </w:rPr>
        <w:br/>
        <w:t>scraped_at: "2026-09-13T15:12:50"</w:t>
      </w:r>
      <w:r>
        <w:br/>
      </w:r>
      <w:r>
        <w:rPr>
          <w:b w:val="0"/>
          <w:i w:val="0"/>
        </w:rPr>
        <w:br/>
        <w:t>word_count: 1580</w:t>
      </w:r>
    </w:p>
    <w:p>
      <w:r>
        <w:t>――――――――――――――――――――――――――――――</w:t>
      </w:r>
    </w:p>
    <w:p>
      <w:r>
        <w:rPr>
          <w:b w:val="0"/>
          <w:i w:val="0"/>
        </w:rPr>
        <w:t>NEWS MEMBERS' AREA SHOP SUBSCRIBE UPCOMING SHOWS MORE</w:t>
      </w:r>
    </w:p>
    <w:p>
      <w:r>
        <w:rPr>
          <w:b w:val="0"/>
          <w:i w:val="0"/>
        </w:rPr>
        <w:t>RETRIEVER LABRADOR</w:t>
      </w:r>
    </w:p>
    <w:p>
      <w:r>
        <w:rPr>
          <w:b w:val="0"/>
          <w:i w:val="0"/>
        </w:rPr>
        <w:t>Issue: 25/02/2022</w:t>
      </w:r>
    </w:p>
    <w:p>
      <w:r>
        <w:rPr>
          <w:b w:val="0"/>
          <w:i w:val="0"/>
        </w:rPr>
        <w:t>The worst damaging storms for many years hit the whole of Britain last weekend. It certainly was a case of batten down the hatches; Scotland and the North of England were covered in snow and areas further south suffered major rain and hail storms and were buffeted by the strongest, most damaging winds for decades. It certainly wasnÃ¢â‚¬â„¢t safe to be outside. Even the O2 Arena in London lost its roof. Thousands of homes were without electricity for several days.</w:t>
      </w:r>
    </w:p>
    <w:p>
      <w:r>
        <w:rPr>
          <w:b w:val="0"/>
          <w:i w:val="0"/>
        </w:rPr>
        <w:t>Hopefully that will be the final storm for this winter. In the meantime I am waiting for new fencing panels next week, the old ones rendered to firewood in the storms.</w:t>
      </w:r>
    </w:p>
    <w:p>
      <w:r>
        <w:rPr>
          <w:b w:val="0"/>
          <w:i w:val="0"/>
        </w:rPr>
        <w:t>United Retriever Club held their Open Show midweek at the Kennel Club Building, Stoneleigh. Another splendid event organised by Alison Scutcher and her experienced friendly team.</w:t>
      </w:r>
    </w:p>
    <w:p>
      <w:r>
        <w:rPr>
          <w:b w:val="0"/>
          <w:i w:val="0"/>
        </w:rPr>
        <w:t xml:space="preserve">After seven weeks hopping around on one leg, my battered calf and cruciate are now building up strength and I can at last walk again, but not run yet. ThatÃ¢â‚¬â„¢s work in progress. I did manage to get to URC having missed so many shows I had previously entered. </w:t>
      </w:r>
    </w:p>
    <w:p>
      <w:r>
        <w:rPr>
          <w:b w:val="0"/>
          <w:i w:val="0"/>
        </w:rPr>
        <w:t xml:space="preserve">I really enjoyed being back. A great tonic. </w:t>
      </w:r>
    </w:p>
    <w:p>
      <w:r>
        <w:rPr>
          <w:b w:val="0"/>
          <w:i w:val="0"/>
        </w:rPr>
        <w:t xml:space="preserve">The Kennel Club Building looked bright and clean and the show set out to advantage.  </w:t>
      </w:r>
    </w:p>
    <w:p>
      <w:r>
        <w:rPr>
          <w:b w:val="0"/>
          <w:i w:val="0"/>
        </w:rPr>
        <w:t>On arrival I was so grateful for the kindly cheery greetings and assistance offered by fellow exhibitors to help me getting into the show and setting up. I realised it has been nearly two years not showing Labradors due to my isolated Covid lockdown.</w:t>
      </w:r>
    </w:p>
    <w:p>
      <w:r>
        <w:rPr>
          <w:b w:val="0"/>
          <w:i w:val="0"/>
        </w:rPr>
        <w:t>I only took one 8month bitch puppy with me and wondered how she would take to the big scary wide world at her very first show having lived a very quiet, country life here, with just me and the other dogs since birth.</w:t>
      </w:r>
    </w:p>
    <w:p>
      <w:r>
        <w:rPr>
          <w:b w:val="0"/>
          <w:i w:val="0"/>
        </w:rPr>
        <w:t xml:space="preserve">I neednÃ¢â‚¬â„¢t have worried. Once through the entrance and the initial shock of unused-to noise of barking dogs and so many happily chatting people, she spied two Labs, to whom she said an energetic Ã¢â‚¬Å"Hello. Ah, Labradors, this is fine, its the same as home!Ã¢â‚¬Â (thank you Becci Hodge, Fiona Braddon and Lucy Kent, much appreciated), and relaxed. From then on, she loved every minute of the day and thanks to excellent runner, Jenny King, she showed her socks off and won her first Minor Puppy class at her first show under judge Lorna Ungoed Thomas who had drawn a lovely midweek entry of 74 dogs and bitches. </w:t>
      </w:r>
    </w:p>
    <w:p>
      <w:r>
        <w:rPr>
          <w:b w:val="0"/>
          <w:i w:val="0"/>
        </w:rPr>
        <w:t xml:space="preserve">It was interesting seeing the Labradors after so many months away and studying their breeding with a catalogue in my hands at last. </w:t>
      </w:r>
    </w:p>
    <w:p>
      <w:r>
        <w:rPr>
          <w:b w:val="0"/>
          <w:i w:val="0"/>
        </w:rPr>
        <w:t xml:space="preserve">The main winners were </w:t>
      </w:r>
    </w:p>
    <w:p>
      <w:r>
        <w:rPr>
          <w:b w:val="0"/>
          <w:i w:val="0"/>
        </w:rPr>
        <w:t>Best of Breed - Lucy Kents black Bitch Chyanhal Trevose of Trewinnard.</w:t>
      </w:r>
    </w:p>
    <w:p>
      <w:r>
        <w:rPr>
          <w:b w:val="0"/>
          <w:i w:val="0"/>
        </w:rPr>
        <w:t>Best Dog. David Coodes black Warringahs The Bluff</w:t>
      </w:r>
    </w:p>
    <w:p>
      <w:r>
        <w:rPr>
          <w:b w:val="0"/>
          <w:i w:val="0"/>
        </w:rPr>
        <w:t>Best Puppy and BPIS shown by Becci Hodge Nancys Special Treasure.</w:t>
      </w:r>
    </w:p>
    <w:p>
      <w:r>
        <w:rPr>
          <w:b w:val="0"/>
          <w:i w:val="0"/>
        </w:rPr>
        <w:t>At lunchtime the sad news came through that Marlene Hepper had passed away after not having the best of health in recent years.</w:t>
      </w:r>
    </w:p>
    <w:p>
      <w:r>
        <w:rPr>
          <w:b w:val="0"/>
          <w:i w:val="0"/>
        </w:rPr>
        <w:t xml:space="preserve">Her classic Mardas Labradors have been important to the breed over very many years. Anthony Allen has kindly written the following obituary. </w:t>
      </w:r>
    </w:p>
    <w:p>
      <w:r>
        <w:rPr>
          <w:b w:val="0"/>
          <w:i w:val="0"/>
        </w:rPr>
        <w:t>Marlene Hepper</w:t>
      </w:r>
    </w:p>
    <w:p>
      <w:r>
        <w:rPr>
          <w:b w:val="0"/>
          <w:i w:val="0"/>
        </w:rPr>
        <w:t>1939 Ã¢â‚¬â€œ 2022</w:t>
      </w:r>
    </w:p>
    <w:p>
      <w:r>
        <w:rPr>
          <w:b w:val="0"/>
          <w:i w:val="0"/>
        </w:rPr>
        <w:t>By Anthony Allen</w:t>
      </w:r>
    </w:p>
    <w:p>
      <w:r>
        <w:rPr>
          <w:b w:val="0"/>
          <w:i w:val="0"/>
        </w:rPr>
        <w:t xml:space="preserve">It was in 1968 a Labrador first entered the Hepper household comprising Marlene, David and their three young boys. Marlene had originally been brought up with Boxers but having been left dogless had wanted a fashionable Afghan Hound, but it was decided they were too expensive, so they obtained Shan a rescue Labrador that had been dumped on Flockton Moors outside Wakefield. So began a lifetime association with Labradors. </w:t>
      </w:r>
    </w:p>
    <w:p>
      <w:r>
        <w:rPr>
          <w:b w:val="0"/>
          <w:i w:val="0"/>
        </w:rPr>
        <w:t>At that time you could register a puppy with the Kennel Club with a second class registration providing three Championship Show judges stated that the puppy did look like a Labrador. Three judges did state that this puppy was indeed a Labrador. So, it came about that Shan was their first registered show puppy. They had a great time with him going to small open shows and winning firsts and occasionally being placed down the line, but they didnÃ¢â‚¬â„¢t care.</w:t>
      </w:r>
    </w:p>
    <w:p>
      <w:r>
        <w:rPr>
          <w:b w:val="0"/>
          <w:i w:val="0"/>
        </w:rPr>
        <w:t xml:space="preserve">Marlene and David knew if they wanted to succeed, they would need to improve their breeding. Those of you who knew Marlene will have encountered her steely determination to succeed. So they set off to acquire some top quality dogs. The foundations came from the top winning Yorkshire based Keithray kennel. </w:t>
      </w:r>
    </w:p>
    <w:p>
      <w:r>
        <w:rPr>
          <w:b w:val="0"/>
          <w:i w:val="0"/>
        </w:rPr>
        <w:t xml:space="preserve">In 1975 Mardas Vivette was mated to Ch. Ballyduff Marketeer and produced Sh.Ch. Martin of Mardas the Kennels first title holder. Over the next 47 years 10 UK champions would carry the Mardas affix. Something I know she was immensely proud of, she said to me when the tenth was crowned that Ã¢â‚¬Ëœshe could now wash her face with her contemporariesÃ¢â‚¬â„¢. </w:t>
      </w:r>
    </w:p>
    <w:p>
      <w:r>
        <w:rPr>
          <w:b w:val="0"/>
          <w:i w:val="0"/>
        </w:rPr>
        <w:t xml:space="preserve">Mardas never campaigned their dogs to multiple CCÃ¢â‚¬â„¢s as Marlene would always have another tucked away in the nest; she loved showing her puppies the most. </w:t>
      </w:r>
    </w:p>
    <w:p>
      <w:r>
        <w:rPr>
          <w:b w:val="0"/>
          <w:i w:val="0"/>
        </w:rPr>
        <w:t xml:space="preserve">Other dogs of note included Sh Ch Mardas Master Mariner and the very beautiful showgirl Sh Ch Mardas Corndilly who was the only yellow title holder to carry the affix. Corndilly also won a G2 at Three Counties. </w:t>
      </w:r>
    </w:p>
    <w:p>
      <w:r>
        <w:rPr>
          <w:b w:val="0"/>
          <w:i w:val="0"/>
        </w:rPr>
        <w:t xml:space="preserve">The CC winner Mardas Move with Style also won a Gundog Group. </w:t>
      </w:r>
    </w:p>
    <w:p>
      <w:r>
        <w:rPr>
          <w:b w:val="0"/>
          <w:i w:val="0"/>
        </w:rPr>
        <w:t xml:space="preserve">The chocolate CC winner, Special Edition of Mardas, made Mardas one of the few kennels to win CCÃ¢â‚¬â„¢s in all three colours. </w:t>
      </w:r>
    </w:p>
    <w:p>
      <w:r>
        <w:rPr>
          <w:b w:val="0"/>
          <w:i w:val="0"/>
        </w:rPr>
        <w:t xml:space="preserve">In recent years there have been a number of top-flight Show Champion bitches, including Sahara Silk, Mona Lisa, Side Saddle, Vanity Fare and Venetian Fan Fare. If you saw them together you would instantly recognise the type as Mardas. </w:t>
      </w:r>
    </w:p>
    <w:p>
      <w:r>
        <w:rPr>
          <w:b w:val="0"/>
          <w:i w:val="0"/>
        </w:rPr>
        <w:t xml:space="preserve">For 50 years Marlene stuck to what she liked in a Labradors, even when the fashion of the day was against her. Something we all admire her for. The most recent Sh Ch was made up in 2018, Sh Ch Mardas All Blacks, forty years after Martin gained his title, that consistency is some achievement in my book. </w:t>
      </w:r>
    </w:p>
    <w:p>
      <w:r>
        <w:rPr>
          <w:b w:val="0"/>
          <w:i w:val="0"/>
        </w:rPr>
        <w:t>The Mardas kennel name features in many pedigrees, most notably Anne Taylors one time breed record holder Ch Fabraken Comedy Star, sired by Martin. He won 35 CCÃ¢â‚¬â„¢s.</w:t>
      </w:r>
    </w:p>
    <w:p>
      <w:r>
        <w:rPr>
          <w:b w:val="0"/>
          <w:i w:val="0"/>
        </w:rPr>
        <w:t>Marlene judged Labradors in the UK many times including The Labrador Club and then at Crufts in 2006. She was honoured to judge all over the world, including very memorable trips with husband David, to Japan and New Zealand, which she talked about ofter.</w:t>
      </w:r>
    </w:p>
    <w:p>
      <w:r>
        <w:rPr>
          <w:b w:val="0"/>
          <w:i w:val="0"/>
        </w:rPr>
        <w:t xml:space="preserve">Marlene and David also faced a fair amount of adversity, which others would not have recovered from. The house was flooded multiple times, a kennel fire, the loss of their beloved youngest son Stephen and two serious car accidents. In the second accident Marlene broke her back and was told she would never walk again. The lady proved the doctors wrong! </w:t>
      </w:r>
    </w:p>
    <w:p>
      <w:r>
        <w:rPr>
          <w:b w:val="0"/>
          <w:i w:val="0"/>
        </w:rPr>
        <w:t>As a young lady she loved motorcycles and had a love of speed, as anyone who ever sat in a car with her will tell you. If she was driving, you hung on, if she was a passenger, she would constantly be telling you to go faster and never let anyone in!</w:t>
      </w:r>
    </w:p>
    <w:p>
      <w:r>
        <w:rPr>
          <w:b w:val="0"/>
          <w:i w:val="0"/>
        </w:rPr>
        <w:t xml:space="preserve">Marlene was a Yorkshire lady through and through, made with determination, grit and steel. She was one of a kind, forthright, outspoken, determined and I can tell you she was all of those till her last. </w:t>
      </w:r>
    </w:p>
    <w:p>
      <w:r>
        <w:rPr>
          <w:b w:val="0"/>
          <w:i w:val="0"/>
        </w:rPr>
        <w:t>She was also a great friend to many both in the UK and abroad and for the last 16 years, since we moved to Yorkshire, part of our extended family. No one could doubt her love of Labradors, it ran through her veins. The breed has lost another of it greats.Ã¢â‚¬Â</w:t>
      </w:r>
    </w:p>
    <w:p>
      <w:r>
        <w:rPr>
          <w:b w:val="0"/>
          <w:i w:val="0"/>
        </w:rPr>
        <w:t xml:space="preserve">Thank you Anthony. </w:t>
      </w:r>
    </w:p>
    <w:p>
      <w:r>
        <w:rPr>
          <w:b w:val="0"/>
          <w:i w:val="0"/>
        </w:rPr>
        <w:t>Marlene, was a character and her classic Mardas kennel will always be remembered.</w:t>
      </w:r>
    </w:p>
    <w:p>
      <w:r>
        <w:rPr>
          <w:b w:val="0"/>
          <w:i w:val="0"/>
        </w:rPr>
        <w:t>Anthony Allen writes further, Ã¢â‚¬Å"I have  been regularly speaking to David Hepper and for those who have asked, he his doing OK, and thanks everyone who has sent cards and calls.</w:t>
      </w:r>
    </w:p>
    <w:p>
      <w:r>
        <w:rPr>
          <w:b w:val="0"/>
          <w:i w:val="0"/>
        </w:rPr>
        <w:t>David still has Blue at home with him (Sh Ch Mardas All Blacks) which is a great comfort.</w:t>
      </w:r>
    </w:p>
    <w:p>
      <w:r>
        <w:rPr>
          <w:b w:val="0"/>
          <w:i w:val="0"/>
        </w:rPr>
        <w:t>I  will be showing David all the lovely Facebook messages, from all over the world, when I visit in the next few days. If anyone wants to get in touch with David you can either email me Anthony Allen at anthony@allenie.co.uk or send me a FB message and I will ensure that it is passed on. Anyone who wishes to write or send a card, the address is David Hepper, The Willows, Low Street, Carlton, North Yorks DN14 9PN</w:t>
      </w:r>
    </w:p>
    <w:p>
      <w:r>
        <w:rPr>
          <w:b w:val="0"/>
          <w:i w:val="0"/>
        </w:rPr>
        <w:t>As per MarleneÃ¢â‚¬â„¢s wishes it will be a private family funeral. David will let me know when it is to take place and he will advise as many as he can, David asks that friends just raise a glass to her on that day.Ã¢â‚¬Â Thank you Anthony.</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