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- 15/09/2017 - ISSUE"</w:t>
      </w:r>
      <w:r>
        <w:br/>
      </w:r>
      <w:r>
        <w:rPr>
          <w:b w:val="0"/>
          <w:i w:val="0"/>
        </w:rPr>
        <w:br/>
        <w:t>date_original: "15/09/2017 - ISSUE"</w:t>
      </w:r>
      <w:r>
        <w:br/>
      </w:r>
      <w:r>
        <w:rPr>
          <w:b w:val="0"/>
          <w:i w:val="0"/>
        </w:rPr>
        <w:br/>
        <w:t>source_url: "https://www.ourdogs.co.uk/members/breednotes/RetrieverLabradorMain.php"</w:t>
      </w:r>
      <w:r>
        <w:br/>
      </w:r>
      <w:r>
        <w:rPr>
          <w:b w:val="0"/>
          <w:i w:val="0"/>
        </w:rPr>
        <w:br/>
        <w:t>scraped_at: "2026-09-13T15:25:07"</w:t>
      </w:r>
      <w:r>
        <w:br/>
      </w:r>
      <w:r>
        <w:rPr>
          <w:b w:val="0"/>
          <w:i w:val="0"/>
        </w:rPr>
        <w:br/>
        <w:t>word_count: 1115</w:t>
      </w:r>
    </w:p>
    <w:p>
      <w:r>
        <w:t>――――――――――――――――――――――――――――――</w:t>
      </w:r>
    </w:p>
    <w:p>
      <w:r>
        <w:rPr>
          <w:b w:val="0"/>
          <w:i w:val="0"/>
        </w:rPr>
        <w:t>NEWS MEMBERS' AREA SHOP SUBSCRIBE UPCOMING SHOWS MORE</w:t>
      </w:r>
    </w:p>
    <w:p>
      <w:r>
        <w:rPr>
          <w:b w:val="0"/>
          <w:i w:val="0"/>
        </w:rPr>
        <w:t>RETRIEVER LABRADOR</w:t>
      </w:r>
    </w:p>
    <w:p>
      <w:r>
        <w:rPr>
          <w:b w:val="0"/>
          <w:i w:val="0"/>
        </w:rPr>
        <w:t>Issue: 15/09/2017</w:t>
      </w:r>
    </w:p>
    <w:p>
      <w:r>
        <w:rPr>
          <w:b w:val="0"/>
          <w:i w:val="0"/>
        </w:rPr>
        <w:t>Postal entries close on 14th September for Northumberland and Durham Lab Club Ch Show to be held on 14th October at Ponteland, Northumberland. The judges are Isobel Key. (Dogs) and Ann Britton (Bitches). Online entries close via fossedata on 21st September. Enquiries to Mrs K Jenkins 01665570935.</w:t>
      </w:r>
    </w:p>
    <w:p>
      <w:r>
        <w:rPr>
          <w:b w:val="0"/>
          <w:i w:val="0"/>
        </w:rPr>
        <w:t xml:space="preserve">I wrote these notes early as last weekend when I would have written them, three of us,  Sheelin Cuthbert, (Ballyduff) Lynda Miles (Llanstinan ) and I were already travelling to France to judge Labradors at the Retriever Club of France. News of Richmond show held whilst we were away, will therefore be one week late. </w:t>
      </w:r>
    </w:p>
    <w:p>
      <w:r>
        <w:rPr>
          <w:b w:val="0"/>
          <w:i w:val="0"/>
        </w:rPr>
        <w:t xml:space="preserve">There being little other news from the Labrador world, here in rural Herefordshire it has been "wildlife excitement week"! </w:t>
      </w:r>
    </w:p>
    <w:p>
      <w:r>
        <w:rPr>
          <w:b w:val="0"/>
          <w:i w:val="0"/>
        </w:rPr>
        <w:t>At dusk each rainy night there are loads of baby frogs and toads hopping about and scuttling for cover in surprise as I turn on the outside lights and walk by, towards the kennels.</w:t>
      </w:r>
    </w:p>
    <w:p>
      <w:r>
        <w:rPr>
          <w:b w:val="0"/>
          <w:i w:val="0"/>
        </w:rPr>
        <w:t>Battalions of pale pinky-beige, slimey slugs are sleepily lurking under wet flower pots and on foliage, quietly eying up the Hostas for next day's dinner.</w:t>
      </w:r>
    </w:p>
    <w:p>
      <w:r>
        <w:rPr>
          <w:b w:val="0"/>
          <w:i w:val="0"/>
        </w:rPr>
        <w:t>Theres another rugby-ball sized hedgehog who has returned after a few months absence and renewed his autumnal and winter residence under the water-but stand. He emerges nightly and sits on the path in front of the dogs in the dog-run, just to wind them up, whilst down in the dog paddock, the moles have been digging for victory ie rampaging around, tunnelling away, under the turf. At least the dogs cleverly caught and despatched their very first mole the other day. Trouble is they then dug along the underground mole run to see if there were any more, making almost as much mess as the moles had.</w:t>
      </w:r>
    </w:p>
    <w:p>
      <w:r>
        <w:rPr>
          <w:b w:val="0"/>
          <w:i w:val="0"/>
        </w:rPr>
        <w:t>After one particularly wet day, having fed and exercised the dogs at teatime in the rain and towel-dried them off, I put them back in their kennels for the evening and raced indoors, away from the continuing storm. I didn't even bother to pick up the empty dog bowls that were still lying around, the rain was so torrential.</w:t>
      </w:r>
    </w:p>
    <w:p>
      <w:r>
        <w:rPr>
          <w:b w:val="0"/>
          <w:i w:val="0"/>
        </w:rPr>
        <w:t xml:space="preserve">As usual, before I turned in later at bedtime I went outside once again to let the dogs out for their final run. That done, I shut them back in their kennels and made my way indoors, collecting up the empty bowls from the kennel path on the way, clutching them closely to my chest in a stack of ten or twelve so as not to drop them. Once indoors, I dumped the empty stack of bowls on the worktop in the kitchen, turned off the lights and went upstairs to bed. </w:t>
      </w:r>
    </w:p>
    <w:p>
      <w:r>
        <w:rPr>
          <w:b w:val="0"/>
          <w:i w:val="0"/>
        </w:rPr>
        <w:t xml:space="preserve">I woke up early, at 6.15am and thought, "I'll go and get a cuppa and take it back to bed". I wandered downstairs with no shoes on, into the quiet, semi dark kitchen, half asleep. </w:t>
      </w:r>
    </w:p>
    <w:p>
      <w:r>
        <w:rPr>
          <w:b w:val="0"/>
          <w:i w:val="0"/>
        </w:rPr>
        <w:t xml:space="preserve">Shock Horror! I certainly woke up then! </w:t>
      </w:r>
    </w:p>
    <w:p>
      <w:r>
        <w:rPr>
          <w:b w:val="0"/>
          <w:i w:val="0"/>
        </w:rPr>
        <w:t>Wide awake, "What the hâ€¦is THAT crawling along the floor?" Ahhhhhhh!</w:t>
      </w:r>
    </w:p>
    <w:p>
      <w:r>
        <w:rPr>
          <w:b w:val="0"/>
          <w:i w:val="0"/>
        </w:rPr>
        <w:t xml:space="preserve">A very active, grass-snake with its identifying yellow collar was wiggling and rolling itself in loops along the kitchen floor. I think it was as horrified at the sight of me, as I was of it. Then in a flash, it completely disappeared. </w:t>
      </w:r>
    </w:p>
    <w:p>
      <w:r>
        <w:rPr>
          <w:b w:val="0"/>
          <w:i w:val="0"/>
        </w:rPr>
        <w:t xml:space="preserve">"Oh no". "Where's it gone? ". "Ah, there it is!"  </w:t>
      </w:r>
    </w:p>
    <w:p>
      <w:r>
        <w:rPr>
          <w:b w:val="0"/>
          <w:i w:val="0"/>
        </w:rPr>
        <w:t>Hidden from view, under the table. Just the tip of its tail sticking out.</w:t>
      </w:r>
    </w:p>
    <w:p>
      <w:r>
        <w:rPr>
          <w:b w:val="0"/>
          <w:i w:val="0"/>
        </w:rPr>
        <w:t>I moved the table to look....I still had no shoes on. Memo to self, "Dont drop the table on your toes when looking for a snake!"</w:t>
      </w:r>
    </w:p>
    <w:p>
      <w:r>
        <w:rPr>
          <w:b w:val="0"/>
          <w:i w:val="0"/>
        </w:rPr>
        <w:t>Its sanctuary removed, the snake went all stiff, rigid and played very dead. Except it wasnt dead at all! Once it saw me, it was off again, heading down the long kitchen in  rolley, poley mode!</w:t>
      </w:r>
    </w:p>
    <w:p>
      <w:r>
        <w:rPr>
          <w:b w:val="0"/>
          <w:i w:val="0"/>
        </w:rPr>
        <w:t>Urrrgh! How ghastly! What to do? Deep breath; Pretend to be brave!</w:t>
      </w:r>
    </w:p>
    <w:p>
      <w:r>
        <w:rPr>
          <w:b w:val="0"/>
          <w:i w:val="0"/>
        </w:rPr>
        <w:t>I put my shoes on, grabbed a broom and a long handled dustpan from the garage and gently rolled the snake onto the dustpan, which once loaded, I held at outstretched arm's length.</w:t>
      </w:r>
    </w:p>
    <w:p>
      <w:r>
        <w:rPr>
          <w:b w:val="0"/>
          <w:i w:val="0"/>
        </w:rPr>
        <w:t xml:space="preserve">Unfortunately, being angry and frightened, the snake was now wide awake and  active. It kept rolling off the dustpan and dropping onto the floor and slithering away with me in hot pursuit. </w:t>
      </w:r>
    </w:p>
    <w:p>
      <w:r>
        <w:rPr>
          <w:b w:val="0"/>
          <w:i w:val="0"/>
        </w:rPr>
        <w:t xml:space="preserve">Eventually after several abortive attempts, I finally caught it and made it to the back door with the snake still on board the dustpan. </w:t>
      </w:r>
    </w:p>
    <w:p>
      <w:r>
        <w:rPr>
          <w:b w:val="0"/>
          <w:i w:val="0"/>
        </w:rPr>
        <w:t>I thought, "Now, I only needed the handle of the dustpan to break!"  But No, it valiantly held.</w:t>
      </w:r>
    </w:p>
    <w:p>
      <w:r>
        <w:rPr>
          <w:b w:val="0"/>
          <w:i w:val="0"/>
        </w:rPr>
        <w:t xml:space="preserve">Standing outside in my nightie in the pouring rain with a snake on a dustpan, I decided the best thing to do was to deliver the creature from the dustpan to safety, as quickly as I could, ideally in the direction of the adjacent spinney. </w:t>
      </w:r>
    </w:p>
    <w:p>
      <w:r>
        <w:rPr>
          <w:b w:val="0"/>
          <w:i w:val="0"/>
        </w:rPr>
        <w:t xml:space="preserve">Sadly my early morning, shot-putting aim failed miserably and the snake didn't arrive in the spinney but ended up still in my garden staring me in the face, suspended, four foot away, very alive, in a holly bush. </w:t>
      </w:r>
    </w:p>
    <w:p>
      <w:r>
        <w:rPr>
          <w:b w:val="0"/>
          <w:i w:val="0"/>
        </w:rPr>
        <w:t xml:space="preserve">Ah well I had tried. I'd had enough. Soaking wet I retreated indoors, shutting the back door firmly behind me. </w:t>
      </w:r>
    </w:p>
    <w:p>
      <w:r>
        <w:rPr>
          <w:b w:val="0"/>
          <w:i w:val="0"/>
        </w:rPr>
        <w:t xml:space="preserve">I never did get the cuppa in bed, but somewhat in shock, I contemplated how a horrible snake could even get into my kitchen? There's a long passageway from the kitchen, leading outside. A snake surely couldn't have crawled all that way. </w:t>
      </w:r>
    </w:p>
    <w:p>
      <w:r>
        <w:rPr>
          <w:b w:val="0"/>
          <w:i w:val="0"/>
        </w:rPr>
        <w:t xml:space="preserve">Then the penny dropped! Of course, it must have been hidden in the pile of wet dog bowls I had collected just before I went to bed, and yes, I had closely clutched the stack of bowls to my bosom to carry them indoors. I guess the snake was in one of those bowls! It must have curled up extra tightly to shelter from the nasty wet weather and dropped off to sleep. </w:t>
      </w:r>
    </w:p>
    <w:p>
      <w:r>
        <w:rPr>
          <w:b w:val="0"/>
          <w:i w:val="0"/>
        </w:rPr>
        <w:t>Memo to self. "Collect all dog bowls as soon as dogs have eaten. Never leave them outdoors in the rain!"</w:t>
      </w:r>
    </w:p>
    <w:p>
      <w:r>
        <w:rPr>
          <w:b w:val="0"/>
          <w:i w:val="0"/>
        </w:rPr>
        <w:t>Do let me have your news and views or suggestions for topics you would like to discuss or learn about. Remember, its your breed column.</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